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103"/>
      </w:tblGrid>
      <w:tr w:rsidR="006E1749" w:rsidRPr="009B3473" w14:paraId="7CFCAA14" w14:textId="77777777" w:rsidTr="001B02C1">
        <w:tc>
          <w:tcPr>
            <w:tcW w:w="4395" w:type="dxa"/>
          </w:tcPr>
          <w:p w14:paraId="43AD028D" w14:textId="323DA893" w:rsidR="006E1749" w:rsidRPr="009B3473" w:rsidRDefault="001B02C1" w:rsidP="006E1749">
            <w:pPr>
              <w:ind w:firstLine="33"/>
              <w:jc w:val="center"/>
              <w:rPr>
                <w:sz w:val="30"/>
                <w:szCs w:val="30"/>
              </w:rPr>
            </w:pPr>
            <w:r>
              <w:rPr>
                <w:sz w:val="30"/>
                <w:szCs w:val="30"/>
              </w:rPr>
              <w:t>ĐẢNG BỘ TỈNH LÀO CAI</w:t>
            </w:r>
          </w:p>
          <w:p w14:paraId="5F47B12A" w14:textId="6146B3E6" w:rsidR="006E1749" w:rsidRPr="009B3473" w:rsidRDefault="006E1749" w:rsidP="006E1749">
            <w:pPr>
              <w:ind w:firstLine="33"/>
              <w:jc w:val="center"/>
              <w:rPr>
                <w:b/>
                <w:bCs/>
                <w:sz w:val="30"/>
                <w:szCs w:val="30"/>
              </w:rPr>
            </w:pPr>
            <w:r w:rsidRPr="009B3473">
              <w:rPr>
                <w:b/>
                <w:bCs/>
                <w:sz w:val="30"/>
                <w:szCs w:val="30"/>
              </w:rPr>
              <w:t xml:space="preserve">ĐẢNG ỦY </w:t>
            </w:r>
            <w:r w:rsidR="00814A2E" w:rsidRPr="009B3473">
              <w:rPr>
                <w:b/>
                <w:bCs/>
                <w:sz w:val="30"/>
                <w:szCs w:val="30"/>
              </w:rPr>
              <w:t xml:space="preserve">XÃ </w:t>
            </w:r>
            <w:r w:rsidR="001B02C1">
              <w:rPr>
                <w:b/>
                <w:bCs/>
                <w:sz w:val="30"/>
                <w:szCs w:val="30"/>
              </w:rPr>
              <w:t>LÙNG PHÌNH</w:t>
            </w:r>
          </w:p>
          <w:p w14:paraId="5C647F35" w14:textId="77777777" w:rsidR="006E1749" w:rsidRPr="009B3473" w:rsidRDefault="006E1749" w:rsidP="006E1749">
            <w:pPr>
              <w:ind w:firstLine="33"/>
              <w:jc w:val="center"/>
              <w:rPr>
                <w:sz w:val="30"/>
                <w:szCs w:val="30"/>
              </w:rPr>
            </w:pPr>
            <w:r w:rsidRPr="009B3473">
              <w:rPr>
                <w:sz w:val="30"/>
                <w:szCs w:val="30"/>
              </w:rPr>
              <w:t>*</w:t>
            </w:r>
          </w:p>
          <w:p w14:paraId="27D0BDAF" w14:textId="3969BABF" w:rsidR="006E1749" w:rsidRPr="009B3473" w:rsidRDefault="006E1749" w:rsidP="00434059">
            <w:pPr>
              <w:spacing w:after="120"/>
              <w:ind w:firstLine="33"/>
              <w:jc w:val="center"/>
              <w:rPr>
                <w:sz w:val="30"/>
                <w:szCs w:val="30"/>
              </w:rPr>
            </w:pPr>
            <w:r w:rsidRPr="009B3473">
              <w:rPr>
                <w:sz w:val="30"/>
                <w:szCs w:val="30"/>
              </w:rPr>
              <w:t xml:space="preserve">Số </w:t>
            </w:r>
            <w:r w:rsidR="001433A9" w:rsidRPr="009B3473">
              <w:rPr>
                <w:sz w:val="30"/>
                <w:szCs w:val="30"/>
              </w:rPr>
              <w:t xml:space="preserve">      </w:t>
            </w:r>
            <w:r w:rsidRPr="009B3473">
              <w:rPr>
                <w:sz w:val="30"/>
                <w:szCs w:val="30"/>
              </w:rPr>
              <w:t>-QĐ/ĐU</w:t>
            </w:r>
          </w:p>
        </w:tc>
        <w:tc>
          <w:tcPr>
            <w:tcW w:w="5103" w:type="dxa"/>
          </w:tcPr>
          <w:p w14:paraId="0E09AEC8" w14:textId="09BD2CC9" w:rsidR="006E1749" w:rsidRPr="0080617A" w:rsidRDefault="0080617A" w:rsidP="004D33B1">
            <w:pPr>
              <w:ind w:hanging="45"/>
              <w:jc w:val="right"/>
              <w:rPr>
                <w:i/>
                <w:iCs/>
                <w:sz w:val="30"/>
                <w:szCs w:val="30"/>
              </w:rPr>
            </w:pPr>
            <w:r>
              <w:rPr>
                <w:b/>
                <w:bCs/>
                <w:noProof/>
                <w:sz w:val="30"/>
                <w:szCs w:val="30"/>
              </w:rPr>
              <mc:AlternateContent>
                <mc:Choice Requires="wps">
                  <w:drawing>
                    <wp:anchor distT="0" distB="0" distL="114300" distR="114300" simplePos="0" relativeHeight="251659264" behindDoc="0" locked="0" layoutInCell="1" allowOverlap="1" wp14:anchorId="396BC5E1" wp14:editId="27128D6C">
                      <wp:simplePos x="0" y="0"/>
                      <wp:positionH relativeFrom="column">
                        <wp:posOffset>489585</wp:posOffset>
                      </wp:positionH>
                      <wp:positionV relativeFrom="paragraph">
                        <wp:posOffset>222885</wp:posOffset>
                      </wp:positionV>
                      <wp:extent cx="2609850" cy="0"/>
                      <wp:effectExtent l="0" t="0" r="0" b="0"/>
                      <wp:wrapNone/>
                      <wp:docPr id="790091735" name="Straight Connector 1"/>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C1EE3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8.55pt,17.55pt" to="244.0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Q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" strokecolor="black [3040]"/>
                  </w:pict>
                </mc:Fallback>
              </mc:AlternateContent>
            </w:r>
            <w:r w:rsidR="006E1749" w:rsidRPr="0080617A">
              <w:rPr>
                <w:b/>
                <w:bCs/>
                <w:sz w:val="30"/>
                <w:szCs w:val="30"/>
              </w:rPr>
              <w:t>ĐẢNG CỘNG SẢN VIỆT NAM</w:t>
            </w:r>
          </w:p>
          <w:p w14:paraId="4A9A7600" w14:textId="77777777" w:rsidR="006E1749" w:rsidRPr="009B3473" w:rsidRDefault="006E1749" w:rsidP="004D33B1">
            <w:pPr>
              <w:ind w:hanging="45"/>
              <w:jc w:val="right"/>
              <w:rPr>
                <w:i/>
                <w:iCs/>
                <w:sz w:val="30"/>
                <w:szCs w:val="30"/>
              </w:rPr>
            </w:pPr>
          </w:p>
          <w:p w14:paraId="22ADB4C5" w14:textId="704CD523" w:rsidR="006E1749" w:rsidRPr="001B02C1" w:rsidRDefault="001B02C1" w:rsidP="004D33B1">
            <w:pPr>
              <w:ind w:hanging="45"/>
              <w:jc w:val="right"/>
              <w:rPr>
                <w:b/>
                <w:bCs/>
                <w:u w:val="single"/>
              </w:rPr>
            </w:pPr>
            <w:r w:rsidRPr="001B02C1">
              <w:rPr>
                <w:i/>
                <w:iCs/>
              </w:rPr>
              <w:t>Lùng Phình</w:t>
            </w:r>
            <w:r w:rsidR="006E1749" w:rsidRPr="001B02C1">
              <w:rPr>
                <w:i/>
                <w:iCs/>
              </w:rPr>
              <w:t xml:space="preserve">, ngày </w:t>
            </w:r>
            <w:r>
              <w:rPr>
                <w:i/>
                <w:iCs/>
              </w:rPr>
              <w:t xml:space="preserve">   </w:t>
            </w:r>
            <w:r w:rsidR="006E1749" w:rsidRPr="001B02C1">
              <w:rPr>
                <w:i/>
                <w:iCs/>
              </w:rPr>
              <w:t xml:space="preserve"> tháng </w:t>
            </w:r>
            <w:r>
              <w:rPr>
                <w:i/>
                <w:iCs/>
              </w:rPr>
              <w:t>7</w:t>
            </w:r>
            <w:r w:rsidR="006E1749" w:rsidRPr="001B02C1">
              <w:rPr>
                <w:i/>
                <w:iCs/>
              </w:rPr>
              <w:t xml:space="preserve"> năm 2026</w:t>
            </w:r>
          </w:p>
        </w:tc>
      </w:tr>
    </w:tbl>
    <w:p w14:paraId="0415AA2B" w14:textId="77777777" w:rsidR="00717D82" w:rsidRPr="009B3473" w:rsidRDefault="00717D82">
      <w:pPr>
        <w:rPr>
          <w:sz w:val="2"/>
        </w:rPr>
      </w:pPr>
    </w:p>
    <w:p w14:paraId="4E2DF27C" w14:textId="68460C72" w:rsidR="00217E33" w:rsidRPr="009B3473" w:rsidRDefault="00217E33" w:rsidP="00F407A8">
      <w:pPr>
        <w:spacing w:after="0" w:line="240" w:lineRule="auto"/>
        <w:ind w:firstLine="720"/>
        <w:jc w:val="center"/>
        <w:rPr>
          <w:rFonts w:ascii="Times New Roman" w:hAnsi="Times New Roman" w:cs="Times New Roman"/>
          <w:sz w:val="30"/>
          <w:szCs w:val="30"/>
        </w:rPr>
      </w:pPr>
      <w:r w:rsidRPr="009B3473">
        <w:rPr>
          <w:rFonts w:ascii="Times New Roman" w:hAnsi="Times New Roman" w:cs="Times New Roman"/>
          <w:b/>
          <w:bCs/>
          <w:sz w:val="30"/>
          <w:szCs w:val="30"/>
        </w:rPr>
        <w:t>QUYẾT ĐỊNH</w:t>
      </w:r>
      <w:r w:rsidRPr="009B3473">
        <w:rPr>
          <w:rFonts w:ascii="Times New Roman" w:hAnsi="Times New Roman" w:cs="Times New Roman"/>
          <w:b/>
          <w:bCs/>
          <w:sz w:val="30"/>
          <w:szCs w:val="30"/>
        </w:rPr>
        <w:br/>
      </w:r>
      <w:r w:rsidRPr="00EE3F31">
        <w:rPr>
          <w:rFonts w:ascii="Times New Roman" w:hAnsi="Times New Roman" w:cs="Times New Roman"/>
          <w:b/>
          <w:bCs/>
          <w:sz w:val="28"/>
          <w:szCs w:val="28"/>
        </w:rPr>
        <w:t xml:space="preserve">thành lập Tổ </w:t>
      </w:r>
      <w:r w:rsidR="008F2C02" w:rsidRPr="00EE3F31">
        <w:rPr>
          <w:rFonts w:ascii="Times New Roman" w:hAnsi="Times New Roman" w:cs="Times New Roman"/>
          <w:b/>
          <w:bCs/>
          <w:sz w:val="28"/>
          <w:szCs w:val="28"/>
        </w:rPr>
        <w:t xml:space="preserve">tham mưu </w:t>
      </w:r>
      <w:r w:rsidRPr="00EE3F31">
        <w:rPr>
          <w:rFonts w:ascii="Times New Roman" w:hAnsi="Times New Roman" w:cs="Times New Roman"/>
          <w:b/>
          <w:bCs/>
          <w:sz w:val="28"/>
          <w:szCs w:val="28"/>
        </w:rPr>
        <w:t xml:space="preserve">công tác </w:t>
      </w:r>
      <w:r w:rsidR="003709C4" w:rsidRPr="00EE3F31">
        <w:rPr>
          <w:rFonts w:ascii="Times New Roman" w:hAnsi="Times New Roman" w:cs="Times New Roman"/>
          <w:b/>
          <w:bCs/>
          <w:sz w:val="28"/>
          <w:szCs w:val="28"/>
        </w:rPr>
        <w:t>n</w:t>
      </w:r>
      <w:r w:rsidRPr="00EE3F31">
        <w:rPr>
          <w:rFonts w:ascii="Times New Roman" w:hAnsi="Times New Roman" w:cs="Times New Roman"/>
          <w:b/>
          <w:bCs/>
          <w:sz w:val="28"/>
          <w:szCs w:val="28"/>
        </w:rPr>
        <w:t>ộ</w:t>
      </w:r>
      <w:r w:rsidR="00E33631" w:rsidRPr="00EE3F31">
        <w:rPr>
          <w:rFonts w:ascii="Times New Roman" w:hAnsi="Times New Roman" w:cs="Times New Roman"/>
          <w:b/>
          <w:bCs/>
          <w:sz w:val="28"/>
          <w:szCs w:val="28"/>
        </w:rPr>
        <w:t>i chính</w:t>
      </w:r>
      <w:r w:rsidR="00EE3F31">
        <w:rPr>
          <w:rFonts w:ascii="Times New Roman" w:hAnsi="Times New Roman" w:cs="Times New Roman"/>
          <w:b/>
          <w:bCs/>
          <w:sz w:val="28"/>
          <w:szCs w:val="28"/>
        </w:rPr>
        <w:t xml:space="preserve"> thuộc Đảng ủy xã Lùng Phình</w:t>
      </w:r>
      <w:r w:rsidRPr="00EE3F31">
        <w:rPr>
          <w:rFonts w:ascii="Times New Roman" w:hAnsi="Times New Roman" w:cs="Times New Roman"/>
          <w:sz w:val="30"/>
          <w:szCs w:val="30"/>
        </w:rPr>
        <w:br/>
      </w:r>
      <w:r w:rsidRPr="009B3473">
        <w:rPr>
          <w:rFonts w:ascii="Times New Roman" w:hAnsi="Times New Roman" w:cs="Times New Roman"/>
          <w:sz w:val="30"/>
          <w:szCs w:val="30"/>
        </w:rPr>
        <w:t>-----</w:t>
      </w:r>
    </w:p>
    <w:p w14:paraId="53BC6818" w14:textId="5E563DBE" w:rsidR="007744DB" w:rsidRPr="001A4C9D" w:rsidRDefault="00217E33"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Căn cứ Điều lệ Đảng Cộng sản Việt Nam,</w:t>
      </w:r>
    </w:p>
    <w:p w14:paraId="7DF253E1" w14:textId="5E4B2BC3" w:rsidR="007744DB" w:rsidRPr="001A4C9D" w:rsidRDefault="00217E33"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Căn cứ Quy định số 298-QĐ/TW, ngày 09/6/2025 của Ban Bí thư quy định chức năng, nhiệm vụ, tổ chức bộ máy của đảng ủy cấp trên trực tiếp của tổ chức cơ sở đảng ở xã, phường, đặc khu;</w:t>
      </w:r>
    </w:p>
    <w:p w14:paraId="5488E5E8" w14:textId="04DAD02E" w:rsidR="007744DB" w:rsidRPr="001A4C9D" w:rsidRDefault="00217E33"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Căn cứ Quy định số 299-QĐ/TW ngày 09/6/2025 của Ban Bí thư về chức năng, nhiệm vụ, tổ chức bộ máy cơ quan chuyên trách tham mưu, giúp việc đảng ủy xã, phường, đặc khu;</w:t>
      </w:r>
    </w:p>
    <w:p w14:paraId="52B27F5D" w14:textId="59711D3F" w:rsidR="00865B77" w:rsidRPr="001A4C9D" w:rsidRDefault="00865B77"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Căn cứ </w:t>
      </w:r>
      <w:r w:rsidR="00814A2E" w:rsidRPr="001A4C9D">
        <w:rPr>
          <w:rFonts w:ascii="Times New Roman" w:hAnsi="Times New Roman" w:cs="Times New Roman"/>
          <w:sz w:val="28"/>
          <w:szCs w:val="28"/>
        </w:rPr>
        <w:t xml:space="preserve">Quyết định </w:t>
      </w:r>
      <w:r w:rsidRPr="001A4C9D">
        <w:rPr>
          <w:rFonts w:ascii="Times New Roman" w:hAnsi="Times New Roman" w:cs="Times New Roman"/>
          <w:sz w:val="28"/>
          <w:szCs w:val="28"/>
        </w:rPr>
        <w:t>số</w:t>
      </w:r>
      <w:r w:rsidR="00CE5C70" w:rsidRPr="001A4C9D">
        <w:rPr>
          <w:rFonts w:ascii="Times New Roman" w:hAnsi="Times New Roman" w:cs="Times New Roman"/>
          <w:sz w:val="28"/>
          <w:szCs w:val="28"/>
        </w:rPr>
        <w:t xml:space="preserve"> 391</w:t>
      </w:r>
      <w:r w:rsidRPr="001A4C9D">
        <w:rPr>
          <w:rFonts w:ascii="Times New Roman" w:hAnsi="Times New Roman" w:cs="Times New Roman"/>
          <w:sz w:val="28"/>
          <w:szCs w:val="28"/>
        </w:rPr>
        <w:t>-Q</w:t>
      </w:r>
      <w:r w:rsidR="00814A2E" w:rsidRPr="001A4C9D">
        <w:rPr>
          <w:rFonts w:ascii="Times New Roman" w:hAnsi="Times New Roman" w:cs="Times New Roman"/>
          <w:sz w:val="28"/>
          <w:szCs w:val="28"/>
        </w:rPr>
        <w:t>Đ</w:t>
      </w:r>
      <w:r w:rsidRPr="001A4C9D">
        <w:rPr>
          <w:rFonts w:ascii="Times New Roman" w:hAnsi="Times New Roman" w:cs="Times New Roman"/>
          <w:sz w:val="28"/>
          <w:szCs w:val="28"/>
        </w:rPr>
        <w:t>/TU, ngày</w:t>
      </w:r>
      <w:r w:rsidR="00CE5C70" w:rsidRPr="001A4C9D">
        <w:rPr>
          <w:rFonts w:ascii="Times New Roman" w:hAnsi="Times New Roman" w:cs="Times New Roman"/>
          <w:sz w:val="28"/>
          <w:szCs w:val="28"/>
        </w:rPr>
        <w:t xml:space="preserve"> 15/7/2026</w:t>
      </w:r>
      <w:r w:rsidRPr="001A4C9D">
        <w:rPr>
          <w:rFonts w:ascii="Times New Roman" w:hAnsi="Times New Roman" w:cs="Times New Roman"/>
          <w:sz w:val="28"/>
          <w:szCs w:val="28"/>
        </w:rPr>
        <w:t xml:space="preserve"> của Ban Thường vụ Tỉnh ủy về </w:t>
      </w:r>
      <w:r w:rsidR="00814A2E" w:rsidRPr="001A4C9D">
        <w:rPr>
          <w:rFonts w:ascii="Times New Roman" w:hAnsi="Times New Roman" w:cs="Times New Roman"/>
          <w:sz w:val="28"/>
          <w:szCs w:val="28"/>
        </w:rPr>
        <w:t xml:space="preserve">việc ban hành Quy chế </w:t>
      </w:r>
      <w:r w:rsidRPr="001A4C9D">
        <w:rPr>
          <w:rFonts w:ascii="Times New Roman" w:hAnsi="Times New Roman" w:cs="Times New Roman"/>
          <w:sz w:val="28"/>
          <w:szCs w:val="28"/>
        </w:rPr>
        <w:t xml:space="preserve">hoạt động </w:t>
      </w:r>
      <w:r w:rsidR="00814A2E" w:rsidRPr="001A4C9D">
        <w:rPr>
          <w:rFonts w:ascii="Times New Roman" w:hAnsi="Times New Roman" w:cs="Times New Roman"/>
          <w:sz w:val="28"/>
          <w:szCs w:val="28"/>
        </w:rPr>
        <w:t xml:space="preserve">mẫu </w:t>
      </w:r>
      <w:r w:rsidRPr="001A4C9D">
        <w:rPr>
          <w:rFonts w:ascii="Times New Roman" w:hAnsi="Times New Roman" w:cs="Times New Roman"/>
          <w:sz w:val="28"/>
          <w:szCs w:val="28"/>
        </w:rPr>
        <w:t xml:space="preserve">của Tổ tham mưu công tác nội chính </w:t>
      </w:r>
      <w:r w:rsidR="00696262" w:rsidRPr="001A4C9D">
        <w:rPr>
          <w:rFonts w:ascii="Times New Roman" w:hAnsi="Times New Roman" w:cs="Times New Roman"/>
          <w:sz w:val="28"/>
          <w:szCs w:val="28"/>
        </w:rPr>
        <w:t>thuộc Đảng ủy xã, phường trên địa bàn tỉnh Lào Cai</w:t>
      </w:r>
      <w:r w:rsidR="00D85071" w:rsidRPr="001A4C9D">
        <w:rPr>
          <w:rFonts w:ascii="Times New Roman" w:hAnsi="Times New Roman" w:cs="Times New Roman"/>
          <w:sz w:val="28"/>
          <w:szCs w:val="28"/>
        </w:rPr>
        <w:t>;</w:t>
      </w:r>
    </w:p>
    <w:p w14:paraId="739208EA" w14:textId="6A98AA2E" w:rsidR="002F2C9F" w:rsidRPr="001A4C9D" w:rsidRDefault="002F2C9F"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Căn cứ Thông báo số 620-TB/TU, ngày 14/6/2026 của Thường trực Tỉnh ủy về việc thống nhất chủ trương thành lập Tổ tham mưu công tác nội chính thuộc Đảng ủy các xã, phường trên địa bàn tỉnh; </w:t>
      </w:r>
    </w:p>
    <w:p w14:paraId="5F441907" w14:textId="77777777" w:rsidR="001A4C9D" w:rsidRPr="001A4C9D" w:rsidRDefault="001A4C9D" w:rsidP="001A4C9D">
      <w:pPr>
        <w:tabs>
          <w:tab w:val="left" w:pos="8145"/>
        </w:tabs>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Căn cứ Hướng dẫn số 03-HD/BNCTU ngày 16/7/2026 về việc thành lập và hoạt động của Tổ tham mưu công tác nội chính thuộc Đảng ủy các xã, phường trên địa bàn tỉnh Lào Cai;</w:t>
      </w:r>
    </w:p>
    <w:p w14:paraId="07CC85E8" w14:textId="030663CE" w:rsidR="00D312B1" w:rsidRPr="001A4C9D" w:rsidRDefault="001A4C9D" w:rsidP="001A4C9D">
      <w:pPr>
        <w:spacing w:after="0" w:line="240" w:lineRule="auto"/>
        <w:ind w:firstLine="720"/>
        <w:jc w:val="both"/>
        <w:rPr>
          <w:rFonts w:ascii="Times New Roman" w:hAnsi="Times New Roman" w:cs="Times New Roman"/>
          <w:sz w:val="28"/>
          <w:szCs w:val="28"/>
        </w:rPr>
      </w:pPr>
      <w:r w:rsidRPr="001A4C9D">
        <w:rPr>
          <w:rFonts w:ascii="Times New Roman" w:eastAsia="Times New Roman" w:hAnsi="Times New Roman" w:cs="Times New Roman"/>
          <w:bCs/>
          <w:sz w:val="28"/>
          <w:szCs w:val="28"/>
        </w:rPr>
        <w:t>C</w:t>
      </w:r>
      <w:r w:rsidR="00FA23F7" w:rsidRPr="001A4C9D">
        <w:rPr>
          <w:rFonts w:ascii="Times New Roman" w:eastAsia="Times New Roman" w:hAnsi="Times New Roman" w:cs="Times New Roman"/>
          <w:bCs/>
          <w:sz w:val="28"/>
          <w:szCs w:val="28"/>
        </w:rPr>
        <w:t>ăn cứ Quy chế số 8-QC/ĐU ngày 25/5/2026 của Đảng ủy xã Lùng Phình về Quy chế làm việc của Ban Chấp hành Đảng bộ xã Lùng Phình khóa I, nhiệm kỳ 2025-2030</w:t>
      </w:r>
      <w:r w:rsidR="003C2F56" w:rsidRPr="001A4C9D">
        <w:rPr>
          <w:rFonts w:ascii="Times New Roman" w:hAnsi="Times New Roman" w:cs="Times New Roman"/>
          <w:sz w:val="28"/>
          <w:szCs w:val="28"/>
        </w:rPr>
        <w:t>;</w:t>
      </w:r>
    </w:p>
    <w:p w14:paraId="2A62012B" w14:textId="58EC9993" w:rsidR="003C2F56" w:rsidRPr="001A4C9D" w:rsidRDefault="003C2F56"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Xét đề nghị của Văn phòng Đảng ủy </w:t>
      </w:r>
      <w:r w:rsidR="00814A2E" w:rsidRPr="001A4C9D">
        <w:rPr>
          <w:rFonts w:ascii="Times New Roman" w:hAnsi="Times New Roman" w:cs="Times New Roman"/>
          <w:sz w:val="28"/>
          <w:szCs w:val="28"/>
        </w:rPr>
        <w:t xml:space="preserve">xã </w:t>
      </w:r>
      <w:r w:rsidR="00CE5C70" w:rsidRPr="001A4C9D">
        <w:rPr>
          <w:rFonts w:ascii="Times New Roman" w:hAnsi="Times New Roman" w:cs="Times New Roman"/>
          <w:sz w:val="28"/>
          <w:szCs w:val="28"/>
        </w:rPr>
        <w:t>Lùng Phình</w:t>
      </w:r>
    </w:p>
    <w:p w14:paraId="088E35F1" w14:textId="77777777" w:rsidR="00D312B1" w:rsidRPr="001A4C9D" w:rsidRDefault="00D312B1" w:rsidP="001A4C9D">
      <w:pPr>
        <w:spacing w:after="0" w:line="240" w:lineRule="auto"/>
        <w:ind w:firstLine="720"/>
        <w:jc w:val="both"/>
        <w:rPr>
          <w:rFonts w:ascii="Times New Roman" w:hAnsi="Times New Roman" w:cs="Times New Roman"/>
          <w:sz w:val="28"/>
          <w:szCs w:val="28"/>
        </w:rPr>
      </w:pPr>
    </w:p>
    <w:p w14:paraId="0CD385C6" w14:textId="24023C22" w:rsidR="003C2F56" w:rsidRPr="001A4C9D" w:rsidRDefault="00A916DE" w:rsidP="001A4C9D">
      <w:pPr>
        <w:spacing w:after="0" w:line="240" w:lineRule="auto"/>
        <w:ind w:firstLine="720"/>
        <w:jc w:val="center"/>
        <w:rPr>
          <w:rFonts w:ascii="Times New Roman" w:hAnsi="Times New Roman" w:cs="Times New Roman"/>
          <w:b/>
          <w:bCs/>
          <w:sz w:val="28"/>
          <w:szCs w:val="28"/>
        </w:rPr>
      </w:pPr>
      <w:r w:rsidRPr="001A4C9D">
        <w:rPr>
          <w:rFonts w:ascii="Times New Roman" w:hAnsi="Times New Roman" w:cs="Times New Roman"/>
          <w:b/>
          <w:bCs/>
          <w:sz w:val="28"/>
          <w:szCs w:val="28"/>
        </w:rPr>
        <w:t>BAN THƯỜNG VỤ QUYẾT ĐỊNH</w:t>
      </w:r>
    </w:p>
    <w:p w14:paraId="7D24EADB" w14:textId="77777777" w:rsidR="00D312B1" w:rsidRPr="001A4C9D" w:rsidRDefault="00D312B1" w:rsidP="001A4C9D">
      <w:pPr>
        <w:spacing w:after="0" w:line="240" w:lineRule="auto"/>
        <w:ind w:firstLine="720"/>
        <w:jc w:val="center"/>
        <w:rPr>
          <w:rFonts w:ascii="Times New Roman" w:hAnsi="Times New Roman" w:cs="Times New Roman"/>
          <w:b/>
          <w:bCs/>
          <w:sz w:val="28"/>
          <w:szCs w:val="28"/>
        </w:rPr>
      </w:pPr>
    </w:p>
    <w:p w14:paraId="29BFA46B" w14:textId="7AD2C6EE" w:rsidR="00475FCB" w:rsidRPr="001A4C9D" w:rsidRDefault="00475FCB" w:rsidP="001A4C9D">
      <w:pPr>
        <w:spacing w:after="0" w:line="240" w:lineRule="auto"/>
        <w:ind w:firstLine="720"/>
        <w:jc w:val="both"/>
        <w:rPr>
          <w:rFonts w:ascii="Times New Roman" w:hAnsi="Times New Roman" w:cs="Times New Roman"/>
          <w:spacing w:val="-8"/>
          <w:sz w:val="28"/>
          <w:szCs w:val="28"/>
        </w:rPr>
      </w:pPr>
      <w:r w:rsidRPr="001A4C9D">
        <w:rPr>
          <w:rFonts w:ascii="Times New Roman" w:hAnsi="Times New Roman" w:cs="Times New Roman"/>
          <w:b/>
          <w:bCs/>
          <w:spacing w:val="-8"/>
          <w:sz w:val="28"/>
          <w:szCs w:val="28"/>
        </w:rPr>
        <w:t>Điều 1.</w:t>
      </w:r>
      <w:r w:rsidRPr="001A4C9D">
        <w:rPr>
          <w:rFonts w:ascii="Times New Roman" w:hAnsi="Times New Roman" w:cs="Times New Roman"/>
          <w:spacing w:val="-8"/>
          <w:sz w:val="28"/>
          <w:szCs w:val="28"/>
        </w:rPr>
        <w:t xml:space="preserve"> Thành lập Tổ </w:t>
      </w:r>
      <w:r w:rsidR="008F2C02" w:rsidRPr="001A4C9D">
        <w:rPr>
          <w:rFonts w:ascii="Times New Roman" w:hAnsi="Times New Roman" w:cs="Times New Roman"/>
          <w:spacing w:val="-8"/>
          <w:sz w:val="28"/>
          <w:szCs w:val="28"/>
        </w:rPr>
        <w:t xml:space="preserve">tham mưu </w:t>
      </w:r>
      <w:r w:rsidRPr="001A4C9D">
        <w:rPr>
          <w:rFonts w:ascii="Times New Roman" w:hAnsi="Times New Roman" w:cs="Times New Roman"/>
          <w:spacing w:val="-8"/>
          <w:sz w:val="28"/>
          <w:szCs w:val="28"/>
        </w:rPr>
        <w:t xml:space="preserve">công tác </w:t>
      </w:r>
      <w:r w:rsidR="00F90E5A" w:rsidRPr="001A4C9D">
        <w:rPr>
          <w:rFonts w:ascii="Times New Roman" w:hAnsi="Times New Roman" w:cs="Times New Roman"/>
          <w:spacing w:val="-8"/>
          <w:sz w:val="28"/>
          <w:szCs w:val="28"/>
        </w:rPr>
        <w:t>n</w:t>
      </w:r>
      <w:r w:rsidRPr="001A4C9D">
        <w:rPr>
          <w:rFonts w:ascii="Times New Roman" w:hAnsi="Times New Roman" w:cs="Times New Roman"/>
          <w:spacing w:val="-8"/>
          <w:sz w:val="28"/>
          <w:szCs w:val="28"/>
        </w:rPr>
        <w:t>ộ</w:t>
      </w:r>
      <w:r w:rsidR="00E33631" w:rsidRPr="001A4C9D">
        <w:rPr>
          <w:rFonts w:ascii="Times New Roman" w:hAnsi="Times New Roman" w:cs="Times New Roman"/>
          <w:spacing w:val="-8"/>
          <w:sz w:val="28"/>
          <w:szCs w:val="28"/>
        </w:rPr>
        <w:t xml:space="preserve">i chính </w:t>
      </w:r>
      <w:r w:rsidRPr="001A4C9D">
        <w:rPr>
          <w:rFonts w:ascii="Times New Roman" w:hAnsi="Times New Roman" w:cs="Times New Roman"/>
          <w:spacing w:val="-8"/>
          <w:sz w:val="28"/>
          <w:szCs w:val="28"/>
        </w:rPr>
        <w:t>gồm các đồng chí có tên sau:</w:t>
      </w:r>
    </w:p>
    <w:p w14:paraId="38136C25" w14:textId="03269A04" w:rsidR="00E629CA" w:rsidRPr="001A4C9D" w:rsidRDefault="00E629CA" w:rsidP="001A4C9D">
      <w:pPr>
        <w:spacing w:after="0" w:line="240" w:lineRule="auto"/>
        <w:ind w:firstLine="720"/>
        <w:jc w:val="both"/>
        <w:rPr>
          <w:rFonts w:ascii="Times New Roman" w:hAnsi="Times New Roman" w:cs="Times New Roman"/>
          <w:spacing w:val="-8"/>
          <w:sz w:val="28"/>
          <w:szCs w:val="28"/>
        </w:rPr>
      </w:pPr>
      <w:r w:rsidRPr="001A4C9D">
        <w:rPr>
          <w:rFonts w:ascii="Times New Roman" w:hAnsi="Times New Roman" w:cs="Times New Roman"/>
          <w:spacing w:val="-8"/>
          <w:sz w:val="28"/>
          <w:szCs w:val="28"/>
        </w:rPr>
        <w:t>- Đồng chí</w:t>
      </w:r>
      <w:r w:rsidR="00CE5C70" w:rsidRPr="001A4C9D">
        <w:rPr>
          <w:rFonts w:ascii="Times New Roman" w:hAnsi="Times New Roman" w:cs="Times New Roman"/>
          <w:spacing w:val="-8"/>
          <w:sz w:val="28"/>
          <w:szCs w:val="28"/>
        </w:rPr>
        <w:t xml:space="preserve"> </w:t>
      </w:r>
      <w:r w:rsidR="00CE5C70" w:rsidRPr="001A4C9D">
        <w:rPr>
          <w:rFonts w:ascii="Times New Roman" w:hAnsi="Times New Roman" w:cs="Times New Roman"/>
          <w:b/>
          <w:bCs/>
          <w:spacing w:val="-8"/>
          <w:sz w:val="28"/>
          <w:szCs w:val="28"/>
        </w:rPr>
        <w:t>Trần Xuân Hiếu</w:t>
      </w:r>
      <w:r w:rsidR="00CE5C70" w:rsidRPr="001A4C9D">
        <w:rPr>
          <w:rFonts w:ascii="Times New Roman" w:hAnsi="Times New Roman" w:cs="Times New Roman"/>
          <w:spacing w:val="-8"/>
          <w:sz w:val="28"/>
          <w:szCs w:val="28"/>
        </w:rPr>
        <w:t xml:space="preserve">, </w:t>
      </w:r>
      <w:r w:rsidRPr="001A4C9D">
        <w:rPr>
          <w:rFonts w:ascii="Times New Roman" w:hAnsi="Times New Roman" w:cs="Times New Roman"/>
          <w:spacing w:val="-8"/>
          <w:sz w:val="28"/>
          <w:szCs w:val="28"/>
        </w:rPr>
        <w:t xml:space="preserve"> Phó Bí thư Thường trực Đảng ủy</w:t>
      </w:r>
      <w:r w:rsidR="00980E77" w:rsidRPr="001A4C9D">
        <w:rPr>
          <w:rFonts w:ascii="Times New Roman" w:hAnsi="Times New Roman" w:cs="Times New Roman"/>
          <w:spacing w:val="-8"/>
          <w:sz w:val="28"/>
          <w:szCs w:val="28"/>
        </w:rPr>
        <w:t xml:space="preserve"> -</w:t>
      </w:r>
      <w:r w:rsidR="00F90E5A" w:rsidRPr="001A4C9D">
        <w:rPr>
          <w:rFonts w:ascii="Times New Roman" w:hAnsi="Times New Roman" w:cs="Times New Roman"/>
          <w:spacing w:val="-8"/>
          <w:sz w:val="28"/>
          <w:szCs w:val="28"/>
        </w:rPr>
        <w:t xml:space="preserve"> </w:t>
      </w:r>
      <w:r w:rsidR="00650C08" w:rsidRPr="001A4C9D">
        <w:rPr>
          <w:rFonts w:ascii="Times New Roman" w:hAnsi="Times New Roman" w:cs="Times New Roman"/>
          <w:spacing w:val="-8"/>
          <w:sz w:val="28"/>
          <w:szCs w:val="28"/>
        </w:rPr>
        <w:t>Tổ trưởng</w:t>
      </w:r>
      <w:r w:rsidRPr="001A4C9D">
        <w:rPr>
          <w:rFonts w:ascii="Times New Roman" w:hAnsi="Times New Roman" w:cs="Times New Roman"/>
          <w:spacing w:val="-8"/>
          <w:sz w:val="28"/>
          <w:szCs w:val="28"/>
        </w:rPr>
        <w:t xml:space="preserve">. </w:t>
      </w:r>
    </w:p>
    <w:p w14:paraId="5C28A806" w14:textId="7AEF412C" w:rsidR="00E629CA"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Đồng chí</w:t>
      </w:r>
      <w:r w:rsidR="00CE5C70" w:rsidRPr="001A4C9D">
        <w:rPr>
          <w:rFonts w:ascii="Times New Roman" w:hAnsi="Times New Roman" w:cs="Times New Roman"/>
          <w:sz w:val="28"/>
          <w:szCs w:val="28"/>
        </w:rPr>
        <w:t xml:space="preserve"> </w:t>
      </w:r>
      <w:r w:rsidR="00CE5C70" w:rsidRPr="001A4C9D">
        <w:rPr>
          <w:rFonts w:ascii="Times New Roman" w:hAnsi="Times New Roman" w:cs="Times New Roman"/>
          <w:b/>
          <w:bCs/>
          <w:sz w:val="28"/>
          <w:szCs w:val="28"/>
        </w:rPr>
        <w:t>Trịnh Xuân Vương</w:t>
      </w:r>
      <w:r w:rsidR="00CE5C70" w:rsidRPr="001A4C9D">
        <w:rPr>
          <w:rFonts w:ascii="Times New Roman" w:hAnsi="Times New Roman" w:cs="Times New Roman"/>
          <w:sz w:val="28"/>
          <w:szCs w:val="28"/>
        </w:rPr>
        <w:t xml:space="preserve">, Ủy viên Ban Thường vụ Đảng ủy, </w:t>
      </w:r>
      <w:r w:rsidR="00E33631" w:rsidRPr="001A4C9D">
        <w:rPr>
          <w:rFonts w:ascii="Times New Roman" w:hAnsi="Times New Roman" w:cs="Times New Roman"/>
          <w:sz w:val="28"/>
          <w:szCs w:val="28"/>
        </w:rPr>
        <w:t>Chủ nhiệm Ủy ban Kiểm tra Đảng ủy</w:t>
      </w:r>
      <w:r w:rsidR="00980E77" w:rsidRPr="001A4C9D">
        <w:rPr>
          <w:rFonts w:ascii="Times New Roman" w:hAnsi="Times New Roman" w:cs="Times New Roman"/>
          <w:sz w:val="28"/>
          <w:szCs w:val="28"/>
        </w:rPr>
        <w:t xml:space="preserve"> -</w:t>
      </w:r>
      <w:r w:rsidR="00650C08" w:rsidRPr="001A4C9D">
        <w:rPr>
          <w:rFonts w:ascii="Times New Roman" w:hAnsi="Times New Roman" w:cs="Times New Roman"/>
          <w:sz w:val="28"/>
          <w:szCs w:val="28"/>
        </w:rPr>
        <w:t xml:space="preserve"> Tổ phó</w:t>
      </w:r>
      <w:r w:rsidR="00E33631" w:rsidRPr="001A4C9D">
        <w:rPr>
          <w:rFonts w:ascii="Times New Roman" w:hAnsi="Times New Roman" w:cs="Times New Roman"/>
          <w:sz w:val="28"/>
          <w:szCs w:val="28"/>
        </w:rPr>
        <w:t xml:space="preserve"> Thường trực</w:t>
      </w:r>
      <w:r w:rsidR="004F478A" w:rsidRPr="001A4C9D">
        <w:rPr>
          <w:rFonts w:ascii="Times New Roman" w:hAnsi="Times New Roman" w:cs="Times New Roman"/>
          <w:sz w:val="28"/>
          <w:szCs w:val="28"/>
        </w:rPr>
        <w:t>.</w:t>
      </w:r>
    </w:p>
    <w:p w14:paraId="1EC2CD31" w14:textId="6BFC4603" w:rsidR="00E629CA"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w:t>
      </w:r>
      <w:r w:rsidR="00475FCB" w:rsidRPr="001A4C9D">
        <w:rPr>
          <w:rFonts w:ascii="Times New Roman" w:hAnsi="Times New Roman" w:cs="Times New Roman"/>
          <w:sz w:val="28"/>
          <w:szCs w:val="28"/>
        </w:rPr>
        <w:t>Đ</w:t>
      </w:r>
      <w:r w:rsidRPr="001A4C9D">
        <w:rPr>
          <w:rFonts w:ascii="Times New Roman" w:hAnsi="Times New Roman" w:cs="Times New Roman"/>
          <w:sz w:val="28"/>
          <w:szCs w:val="28"/>
        </w:rPr>
        <w:t>ồng chí</w:t>
      </w:r>
      <w:r w:rsidR="00A31EDE" w:rsidRPr="001A4C9D">
        <w:rPr>
          <w:rFonts w:ascii="Times New Roman" w:hAnsi="Times New Roman" w:cs="Times New Roman"/>
          <w:sz w:val="28"/>
          <w:szCs w:val="28"/>
        </w:rPr>
        <w:t xml:space="preserve"> </w:t>
      </w:r>
      <w:r w:rsidR="001A4C9D" w:rsidRPr="001A4C9D">
        <w:rPr>
          <w:rFonts w:ascii="Times New Roman" w:hAnsi="Times New Roman" w:cs="Times New Roman"/>
          <w:b/>
          <w:bCs/>
          <w:sz w:val="28"/>
          <w:szCs w:val="28"/>
        </w:rPr>
        <w:t>Hà Đức Thành</w:t>
      </w:r>
      <w:r w:rsidR="00A31EDE" w:rsidRPr="001A4C9D">
        <w:rPr>
          <w:rFonts w:ascii="Times New Roman" w:hAnsi="Times New Roman" w:cs="Times New Roman"/>
          <w:sz w:val="28"/>
          <w:szCs w:val="28"/>
        </w:rPr>
        <w:t>, Ủy viên Ban Thường vụ Đảng ủy,</w:t>
      </w:r>
      <w:r w:rsidR="00CE5C70" w:rsidRPr="001A4C9D">
        <w:rPr>
          <w:rFonts w:ascii="Times New Roman" w:hAnsi="Times New Roman" w:cs="Times New Roman"/>
          <w:sz w:val="28"/>
          <w:szCs w:val="28"/>
        </w:rPr>
        <w:t xml:space="preserve"> </w:t>
      </w:r>
      <w:r w:rsidR="00E33631" w:rsidRPr="001A4C9D">
        <w:rPr>
          <w:rFonts w:ascii="Times New Roman" w:hAnsi="Times New Roman" w:cs="Times New Roman"/>
          <w:sz w:val="28"/>
          <w:szCs w:val="28"/>
        </w:rPr>
        <w:t xml:space="preserve">Phó Chủ tịch Ủy ban nhân dân </w:t>
      </w:r>
      <w:r w:rsidR="00980E77" w:rsidRPr="001A4C9D">
        <w:rPr>
          <w:rFonts w:ascii="Times New Roman" w:hAnsi="Times New Roman" w:cs="Times New Roman"/>
          <w:sz w:val="28"/>
          <w:szCs w:val="28"/>
        </w:rPr>
        <w:t>-</w:t>
      </w:r>
      <w:r w:rsidR="00650C08" w:rsidRPr="001A4C9D">
        <w:rPr>
          <w:rFonts w:ascii="Times New Roman" w:hAnsi="Times New Roman" w:cs="Times New Roman"/>
          <w:sz w:val="28"/>
          <w:szCs w:val="28"/>
        </w:rPr>
        <w:t xml:space="preserve"> Tổ phó</w:t>
      </w:r>
      <w:r w:rsidRPr="001A4C9D">
        <w:rPr>
          <w:rFonts w:ascii="Times New Roman" w:hAnsi="Times New Roman" w:cs="Times New Roman"/>
          <w:sz w:val="28"/>
          <w:szCs w:val="28"/>
        </w:rPr>
        <w:t xml:space="preserve">. </w:t>
      </w:r>
    </w:p>
    <w:p w14:paraId="32469091" w14:textId="02F52B8B" w:rsidR="00E629CA"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Các thành viên </w:t>
      </w:r>
      <w:r w:rsidR="00980E77" w:rsidRPr="001A4C9D">
        <w:rPr>
          <w:rFonts w:ascii="Times New Roman" w:hAnsi="Times New Roman" w:cs="Times New Roman"/>
          <w:sz w:val="28"/>
          <w:szCs w:val="28"/>
        </w:rPr>
        <w:t xml:space="preserve">Tổ </w:t>
      </w:r>
      <w:r w:rsidRPr="001A4C9D">
        <w:rPr>
          <w:rFonts w:ascii="Times New Roman" w:hAnsi="Times New Roman" w:cs="Times New Roman"/>
          <w:sz w:val="28"/>
          <w:szCs w:val="28"/>
        </w:rPr>
        <w:t xml:space="preserve">gồm: </w:t>
      </w:r>
    </w:p>
    <w:p w14:paraId="762244E8" w14:textId="12942481" w:rsidR="00E33631"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Đồng chí </w:t>
      </w:r>
      <w:r w:rsidR="00A31EDE" w:rsidRPr="001A4C9D">
        <w:rPr>
          <w:rFonts w:ascii="Times New Roman" w:hAnsi="Times New Roman" w:cs="Times New Roman"/>
          <w:b/>
          <w:bCs/>
          <w:sz w:val="28"/>
          <w:szCs w:val="28"/>
        </w:rPr>
        <w:t>Giàng Seo Vần</w:t>
      </w:r>
      <w:r w:rsidR="00A31EDE" w:rsidRPr="001A4C9D">
        <w:rPr>
          <w:rFonts w:ascii="Times New Roman" w:hAnsi="Times New Roman" w:cs="Times New Roman"/>
          <w:sz w:val="28"/>
          <w:szCs w:val="28"/>
        </w:rPr>
        <w:t>, Ủy viên Ban Thường vụ Đảng ủy,</w:t>
      </w:r>
      <w:r w:rsidR="00E33631" w:rsidRPr="001A4C9D">
        <w:rPr>
          <w:rFonts w:ascii="Times New Roman" w:hAnsi="Times New Roman" w:cs="Times New Roman"/>
          <w:sz w:val="28"/>
          <w:szCs w:val="28"/>
        </w:rPr>
        <w:t xml:space="preserve"> </w:t>
      </w:r>
      <w:r w:rsidRPr="001A4C9D">
        <w:rPr>
          <w:rFonts w:ascii="Times New Roman" w:hAnsi="Times New Roman" w:cs="Times New Roman"/>
          <w:sz w:val="28"/>
          <w:szCs w:val="28"/>
        </w:rPr>
        <w:t>Trưởng Ban xây dựng Đảng</w:t>
      </w:r>
      <w:r w:rsidR="00A31EDE" w:rsidRPr="001A4C9D">
        <w:rPr>
          <w:rFonts w:ascii="Times New Roman" w:hAnsi="Times New Roman" w:cs="Times New Roman"/>
          <w:sz w:val="28"/>
          <w:szCs w:val="28"/>
        </w:rPr>
        <w:t>.</w:t>
      </w:r>
    </w:p>
    <w:p w14:paraId="17EFA9B1" w14:textId="2F30B6DA" w:rsidR="00E629CA" w:rsidRPr="001A4C9D" w:rsidRDefault="00E33631"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Đồng chí </w:t>
      </w:r>
      <w:r w:rsidR="00A31EDE" w:rsidRPr="001A4C9D">
        <w:rPr>
          <w:rFonts w:ascii="Times New Roman" w:hAnsi="Times New Roman" w:cs="Times New Roman"/>
          <w:b/>
          <w:bCs/>
          <w:sz w:val="28"/>
          <w:szCs w:val="28"/>
        </w:rPr>
        <w:t>Nguyễn Đức Cường,</w:t>
      </w:r>
      <w:r w:rsidR="00A31EDE" w:rsidRPr="001A4C9D">
        <w:rPr>
          <w:rFonts w:ascii="Times New Roman" w:hAnsi="Times New Roman" w:cs="Times New Roman"/>
          <w:sz w:val="28"/>
          <w:szCs w:val="28"/>
        </w:rPr>
        <w:t xml:space="preserve"> Ủy viên Ban Thường vụ Đảng ủy, </w:t>
      </w:r>
      <w:r w:rsidRPr="001A4C9D">
        <w:rPr>
          <w:rFonts w:ascii="Times New Roman" w:hAnsi="Times New Roman" w:cs="Times New Roman"/>
          <w:sz w:val="28"/>
          <w:szCs w:val="28"/>
        </w:rPr>
        <w:t>Trưởng Công an</w:t>
      </w:r>
      <w:r w:rsidR="00A31EDE" w:rsidRPr="001A4C9D">
        <w:rPr>
          <w:rFonts w:ascii="Times New Roman" w:hAnsi="Times New Roman" w:cs="Times New Roman"/>
          <w:sz w:val="28"/>
          <w:szCs w:val="28"/>
        </w:rPr>
        <w:t>.</w:t>
      </w:r>
    </w:p>
    <w:p w14:paraId="604DAA3D" w14:textId="58491466" w:rsidR="00E629CA"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Đồng chí </w:t>
      </w:r>
      <w:r w:rsidR="00A31EDE" w:rsidRPr="001A4C9D">
        <w:rPr>
          <w:rFonts w:ascii="Times New Roman" w:hAnsi="Times New Roman" w:cs="Times New Roman"/>
          <w:b/>
          <w:bCs/>
          <w:sz w:val="28"/>
          <w:szCs w:val="28"/>
        </w:rPr>
        <w:t>Phàn Trọng Nghĩa</w:t>
      </w:r>
      <w:r w:rsidR="00A31EDE" w:rsidRPr="001A4C9D">
        <w:rPr>
          <w:rFonts w:ascii="Times New Roman" w:hAnsi="Times New Roman" w:cs="Times New Roman"/>
          <w:sz w:val="28"/>
          <w:szCs w:val="28"/>
        </w:rPr>
        <w:t xml:space="preserve">, </w:t>
      </w:r>
      <w:r w:rsidRPr="001A4C9D">
        <w:rPr>
          <w:rFonts w:ascii="Times New Roman" w:hAnsi="Times New Roman" w:cs="Times New Roman"/>
          <w:sz w:val="28"/>
          <w:szCs w:val="28"/>
        </w:rPr>
        <w:t>Chỉ huy trưởng Ban Chỉ huy quân sự</w:t>
      </w:r>
      <w:r w:rsidR="00A31EDE" w:rsidRPr="001A4C9D">
        <w:rPr>
          <w:rFonts w:ascii="Times New Roman" w:hAnsi="Times New Roman" w:cs="Times New Roman"/>
          <w:sz w:val="28"/>
          <w:szCs w:val="28"/>
        </w:rPr>
        <w:t>.</w:t>
      </w:r>
    </w:p>
    <w:p w14:paraId="1E88D62E" w14:textId="06A06BFE" w:rsidR="00E629CA"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lastRenderedPageBreak/>
        <w:t xml:space="preserve">+ Đồng chí </w:t>
      </w:r>
      <w:r w:rsidR="00A31EDE" w:rsidRPr="001A4C9D">
        <w:rPr>
          <w:rFonts w:ascii="Times New Roman" w:hAnsi="Times New Roman" w:cs="Times New Roman"/>
          <w:b/>
          <w:bCs/>
          <w:sz w:val="28"/>
          <w:szCs w:val="28"/>
        </w:rPr>
        <w:t>Lương Hải Hưng</w:t>
      </w:r>
      <w:r w:rsidR="00A31EDE" w:rsidRPr="001A4C9D">
        <w:rPr>
          <w:rFonts w:ascii="Times New Roman" w:hAnsi="Times New Roman" w:cs="Times New Roman"/>
          <w:sz w:val="28"/>
          <w:szCs w:val="28"/>
        </w:rPr>
        <w:t xml:space="preserve">, </w:t>
      </w:r>
      <w:r w:rsidR="00E33631" w:rsidRPr="001A4C9D">
        <w:rPr>
          <w:rFonts w:ascii="Times New Roman" w:hAnsi="Times New Roman" w:cs="Times New Roman"/>
          <w:sz w:val="28"/>
          <w:szCs w:val="28"/>
        </w:rPr>
        <w:t>Phó Chánh Văn phòng Đảng ủy phụ trách công tác nội chính</w:t>
      </w:r>
      <w:r w:rsidR="00A31EDE" w:rsidRPr="001A4C9D">
        <w:rPr>
          <w:rFonts w:ascii="Times New Roman" w:hAnsi="Times New Roman" w:cs="Times New Roman"/>
          <w:sz w:val="28"/>
          <w:szCs w:val="28"/>
        </w:rPr>
        <w:t>.</w:t>
      </w:r>
    </w:p>
    <w:p w14:paraId="065DBC84" w14:textId="535BA811" w:rsidR="00E629CA"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w:t>
      </w:r>
      <w:r w:rsidR="00D034C6" w:rsidRPr="001A4C9D">
        <w:rPr>
          <w:rFonts w:ascii="Times New Roman" w:hAnsi="Times New Roman" w:cs="Times New Roman"/>
          <w:sz w:val="28"/>
          <w:szCs w:val="28"/>
        </w:rPr>
        <w:t>Đ</w:t>
      </w:r>
      <w:r w:rsidRPr="001A4C9D">
        <w:rPr>
          <w:rFonts w:ascii="Times New Roman" w:hAnsi="Times New Roman" w:cs="Times New Roman"/>
          <w:sz w:val="28"/>
          <w:szCs w:val="28"/>
        </w:rPr>
        <w:t>ồng chí</w:t>
      </w:r>
      <w:r w:rsidR="00A31EDE" w:rsidRPr="001A4C9D">
        <w:rPr>
          <w:rFonts w:ascii="Times New Roman" w:hAnsi="Times New Roman" w:cs="Times New Roman"/>
          <w:sz w:val="28"/>
          <w:szCs w:val="28"/>
        </w:rPr>
        <w:t xml:space="preserve"> </w:t>
      </w:r>
      <w:r w:rsidR="00A31EDE" w:rsidRPr="001A4C9D">
        <w:rPr>
          <w:rFonts w:ascii="Times New Roman" w:hAnsi="Times New Roman" w:cs="Times New Roman"/>
          <w:b/>
          <w:bCs/>
          <w:sz w:val="28"/>
          <w:szCs w:val="28"/>
        </w:rPr>
        <w:t>Giàng Seo Vềnh</w:t>
      </w:r>
      <w:r w:rsidR="00A31EDE" w:rsidRPr="001A4C9D">
        <w:rPr>
          <w:rFonts w:ascii="Times New Roman" w:hAnsi="Times New Roman" w:cs="Times New Roman"/>
          <w:sz w:val="28"/>
          <w:szCs w:val="28"/>
        </w:rPr>
        <w:t xml:space="preserve">, </w:t>
      </w:r>
      <w:r w:rsidRPr="001A4C9D">
        <w:rPr>
          <w:rFonts w:ascii="Times New Roman" w:hAnsi="Times New Roman" w:cs="Times New Roman"/>
          <w:sz w:val="28"/>
          <w:szCs w:val="28"/>
        </w:rPr>
        <w:t>Ủy viên Ủy ban Kiểm tra Đảng ủy</w:t>
      </w:r>
      <w:r w:rsidR="00A31EDE" w:rsidRPr="001A4C9D">
        <w:rPr>
          <w:rFonts w:ascii="Times New Roman" w:hAnsi="Times New Roman" w:cs="Times New Roman"/>
          <w:sz w:val="28"/>
          <w:szCs w:val="28"/>
        </w:rPr>
        <w:t>.</w:t>
      </w:r>
    </w:p>
    <w:p w14:paraId="5515B79F" w14:textId="7E4B883C" w:rsidR="00E629CA" w:rsidRPr="001A4C9D" w:rsidRDefault="00E629CA"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w:t>
      </w:r>
      <w:r w:rsidR="00D034C6" w:rsidRPr="001A4C9D">
        <w:rPr>
          <w:rFonts w:ascii="Times New Roman" w:hAnsi="Times New Roman" w:cs="Times New Roman"/>
          <w:sz w:val="28"/>
          <w:szCs w:val="28"/>
        </w:rPr>
        <w:t>Đ</w:t>
      </w:r>
      <w:r w:rsidRPr="001A4C9D">
        <w:rPr>
          <w:rFonts w:ascii="Times New Roman" w:hAnsi="Times New Roman" w:cs="Times New Roman"/>
          <w:sz w:val="28"/>
          <w:szCs w:val="28"/>
        </w:rPr>
        <w:t xml:space="preserve">ồng chí </w:t>
      </w:r>
      <w:r w:rsidR="00A31EDE" w:rsidRPr="001A4C9D">
        <w:rPr>
          <w:rFonts w:ascii="Times New Roman" w:hAnsi="Times New Roman" w:cs="Times New Roman"/>
          <w:b/>
          <w:bCs/>
          <w:sz w:val="28"/>
          <w:szCs w:val="28"/>
        </w:rPr>
        <w:t>Lù Thị Ngân,</w:t>
      </w:r>
      <w:r w:rsidR="00A31EDE" w:rsidRPr="001A4C9D">
        <w:rPr>
          <w:rFonts w:ascii="Times New Roman" w:hAnsi="Times New Roman" w:cs="Times New Roman"/>
          <w:sz w:val="28"/>
          <w:szCs w:val="28"/>
        </w:rPr>
        <w:t xml:space="preserve"> </w:t>
      </w:r>
      <w:r w:rsidR="00D034C6" w:rsidRPr="001A4C9D">
        <w:rPr>
          <w:rFonts w:ascii="Times New Roman" w:hAnsi="Times New Roman" w:cs="Times New Roman"/>
          <w:sz w:val="28"/>
          <w:szCs w:val="28"/>
        </w:rPr>
        <w:t>C</w:t>
      </w:r>
      <w:r w:rsidRPr="001A4C9D">
        <w:rPr>
          <w:rFonts w:ascii="Times New Roman" w:hAnsi="Times New Roman" w:cs="Times New Roman"/>
          <w:sz w:val="28"/>
          <w:szCs w:val="28"/>
        </w:rPr>
        <w:t>huyên viên Văn phòng Đảng ủy</w:t>
      </w:r>
      <w:r w:rsidR="007F5ACE" w:rsidRPr="001A4C9D">
        <w:rPr>
          <w:rFonts w:ascii="Times New Roman" w:hAnsi="Times New Roman" w:cs="Times New Roman"/>
          <w:sz w:val="28"/>
          <w:szCs w:val="28"/>
        </w:rPr>
        <w:t>, Thư ký Tổ</w:t>
      </w:r>
      <w:r w:rsidR="00A31EDE" w:rsidRPr="001A4C9D">
        <w:rPr>
          <w:rFonts w:ascii="Times New Roman" w:hAnsi="Times New Roman" w:cs="Times New Roman"/>
          <w:sz w:val="28"/>
          <w:szCs w:val="28"/>
        </w:rPr>
        <w:t>.</w:t>
      </w:r>
    </w:p>
    <w:p w14:paraId="0A32A071" w14:textId="7276F8DE" w:rsidR="00E33631" w:rsidRPr="001A4C9D" w:rsidRDefault="00E33631"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 xml:space="preserve">+ Đồng chí </w:t>
      </w:r>
      <w:r w:rsidR="00A31EDE" w:rsidRPr="001A4C9D">
        <w:rPr>
          <w:rFonts w:ascii="Times New Roman" w:hAnsi="Times New Roman" w:cs="Times New Roman"/>
          <w:b/>
          <w:bCs/>
          <w:sz w:val="28"/>
          <w:szCs w:val="28"/>
        </w:rPr>
        <w:t>Lù Thị Tâm</w:t>
      </w:r>
      <w:r w:rsidR="00A31EDE" w:rsidRPr="001A4C9D">
        <w:rPr>
          <w:rFonts w:ascii="Times New Roman" w:hAnsi="Times New Roman" w:cs="Times New Roman"/>
          <w:sz w:val="28"/>
          <w:szCs w:val="28"/>
        </w:rPr>
        <w:t xml:space="preserve">, </w:t>
      </w:r>
      <w:r w:rsidRPr="001A4C9D">
        <w:rPr>
          <w:rFonts w:ascii="Times New Roman" w:hAnsi="Times New Roman" w:cs="Times New Roman"/>
          <w:sz w:val="28"/>
          <w:szCs w:val="28"/>
        </w:rPr>
        <w:t xml:space="preserve">Chuyên viên Văn phòng </w:t>
      </w:r>
      <w:r w:rsidR="00814A2E" w:rsidRPr="001A4C9D">
        <w:rPr>
          <w:rFonts w:ascii="Times New Roman" w:hAnsi="Times New Roman" w:cs="Times New Roman"/>
          <w:sz w:val="28"/>
          <w:szCs w:val="28"/>
        </w:rPr>
        <w:t xml:space="preserve">Hội </w:t>
      </w:r>
      <w:r w:rsidR="00A31EDE" w:rsidRPr="001A4C9D">
        <w:rPr>
          <w:rFonts w:ascii="Times New Roman" w:hAnsi="Times New Roman" w:cs="Times New Roman"/>
          <w:sz w:val="28"/>
          <w:szCs w:val="28"/>
        </w:rPr>
        <w:t>đ</w:t>
      </w:r>
      <w:r w:rsidR="00814A2E" w:rsidRPr="001A4C9D">
        <w:rPr>
          <w:rFonts w:ascii="Times New Roman" w:hAnsi="Times New Roman" w:cs="Times New Roman"/>
          <w:sz w:val="28"/>
          <w:szCs w:val="28"/>
        </w:rPr>
        <w:t xml:space="preserve">ồng nhân dân và </w:t>
      </w:r>
      <w:r w:rsidRPr="001A4C9D">
        <w:rPr>
          <w:rFonts w:ascii="Times New Roman" w:hAnsi="Times New Roman" w:cs="Times New Roman"/>
          <w:sz w:val="28"/>
          <w:szCs w:val="28"/>
        </w:rPr>
        <w:t>Ủy ban nhân dân</w:t>
      </w:r>
      <w:r w:rsidR="00EF2E5C">
        <w:rPr>
          <w:rFonts w:ascii="Times New Roman" w:hAnsi="Times New Roman" w:cs="Times New Roman"/>
          <w:sz w:val="28"/>
          <w:szCs w:val="28"/>
        </w:rPr>
        <w:t>.</w:t>
      </w:r>
    </w:p>
    <w:p w14:paraId="03D31137" w14:textId="1C87A7C0" w:rsidR="004D33B1" w:rsidRPr="001A4C9D" w:rsidRDefault="00475FCB" w:rsidP="001A4C9D">
      <w:pPr>
        <w:spacing w:after="0" w:line="240" w:lineRule="auto"/>
        <w:ind w:firstLine="720"/>
        <w:jc w:val="both"/>
        <w:rPr>
          <w:rFonts w:ascii="Times New Roman" w:hAnsi="Times New Roman" w:cs="Times New Roman"/>
          <w:b/>
          <w:bCs/>
          <w:sz w:val="28"/>
          <w:szCs w:val="28"/>
        </w:rPr>
      </w:pPr>
      <w:r w:rsidRPr="001A4C9D">
        <w:rPr>
          <w:rFonts w:ascii="Times New Roman" w:hAnsi="Times New Roman" w:cs="Times New Roman"/>
          <w:b/>
          <w:bCs/>
          <w:sz w:val="28"/>
          <w:szCs w:val="28"/>
        </w:rPr>
        <w:t xml:space="preserve">Điều 2. Nhiệm vụ của Tổ </w:t>
      </w:r>
      <w:r w:rsidR="008F2C02" w:rsidRPr="001A4C9D">
        <w:rPr>
          <w:rFonts w:ascii="Times New Roman" w:hAnsi="Times New Roman" w:cs="Times New Roman"/>
          <w:b/>
          <w:bCs/>
          <w:sz w:val="28"/>
          <w:szCs w:val="28"/>
        </w:rPr>
        <w:t xml:space="preserve">tham mưu </w:t>
      </w:r>
      <w:r w:rsidRPr="001A4C9D">
        <w:rPr>
          <w:rFonts w:ascii="Times New Roman" w:hAnsi="Times New Roman" w:cs="Times New Roman"/>
          <w:b/>
          <w:bCs/>
          <w:sz w:val="28"/>
          <w:szCs w:val="28"/>
        </w:rPr>
        <w:t xml:space="preserve">công tác </w:t>
      </w:r>
      <w:r w:rsidR="00C30678" w:rsidRPr="001A4C9D">
        <w:rPr>
          <w:rFonts w:ascii="Times New Roman" w:hAnsi="Times New Roman" w:cs="Times New Roman"/>
          <w:b/>
          <w:bCs/>
          <w:sz w:val="28"/>
          <w:szCs w:val="28"/>
        </w:rPr>
        <w:t>n</w:t>
      </w:r>
      <w:r w:rsidRPr="001A4C9D">
        <w:rPr>
          <w:rFonts w:ascii="Times New Roman" w:hAnsi="Times New Roman" w:cs="Times New Roman"/>
          <w:b/>
          <w:bCs/>
          <w:sz w:val="28"/>
          <w:szCs w:val="28"/>
        </w:rPr>
        <w:t>ộ</w:t>
      </w:r>
      <w:r w:rsidR="00E33631" w:rsidRPr="001A4C9D">
        <w:rPr>
          <w:rFonts w:ascii="Times New Roman" w:hAnsi="Times New Roman" w:cs="Times New Roman"/>
          <w:b/>
          <w:bCs/>
          <w:sz w:val="28"/>
          <w:szCs w:val="28"/>
        </w:rPr>
        <w:t>i chính</w:t>
      </w:r>
    </w:p>
    <w:p w14:paraId="4CD69025" w14:textId="1B3B28A6" w:rsidR="00AB4185" w:rsidRPr="001A4C9D" w:rsidRDefault="00AB4185"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Tổ tham mưu công tác nội chính Đảng ủy</w:t>
      </w:r>
      <w:r w:rsidR="00A31EDE" w:rsidRPr="001A4C9D">
        <w:rPr>
          <w:rFonts w:ascii="Times New Roman" w:hAnsi="Times New Roman" w:cs="Times New Roman"/>
          <w:sz w:val="28"/>
          <w:szCs w:val="28"/>
        </w:rPr>
        <w:t xml:space="preserve"> xã Lùng Phình </w:t>
      </w:r>
      <w:r w:rsidRPr="001A4C9D">
        <w:rPr>
          <w:rFonts w:ascii="Times New Roman" w:hAnsi="Times New Roman" w:cs="Times New Roman"/>
          <w:sz w:val="28"/>
          <w:szCs w:val="28"/>
        </w:rPr>
        <w:t>thực hiện chức năng, nhiệm vụ, quyền hạn theo Quy chế hoạt động do Ban Thường vụ Đảng ủ</w:t>
      </w:r>
      <w:r w:rsidR="00A31EDE" w:rsidRPr="001A4C9D">
        <w:rPr>
          <w:rFonts w:ascii="Times New Roman" w:hAnsi="Times New Roman" w:cs="Times New Roman"/>
          <w:sz w:val="28"/>
          <w:szCs w:val="28"/>
        </w:rPr>
        <w:t>y xã Lùng Phình</w:t>
      </w:r>
      <w:r w:rsidRPr="001A4C9D">
        <w:rPr>
          <w:rFonts w:ascii="Times New Roman" w:hAnsi="Times New Roman" w:cs="Times New Roman"/>
          <w:sz w:val="28"/>
          <w:szCs w:val="28"/>
        </w:rPr>
        <w:t xml:space="preserve"> ban hành </w:t>
      </w:r>
      <w:r w:rsidRPr="001A4C9D">
        <w:rPr>
          <w:rFonts w:ascii="Times New Roman" w:hAnsi="Times New Roman" w:cs="Times New Roman"/>
          <w:i/>
          <w:iCs/>
          <w:sz w:val="28"/>
          <w:szCs w:val="28"/>
        </w:rPr>
        <w:t>(Quy chế số….</w:t>
      </w:r>
      <w:r w:rsidR="001A6D92" w:rsidRPr="001A4C9D">
        <w:rPr>
          <w:rFonts w:ascii="Times New Roman" w:hAnsi="Times New Roman" w:cs="Times New Roman"/>
          <w:i/>
          <w:iCs/>
          <w:sz w:val="28"/>
          <w:szCs w:val="28"/>
        </w:rPr>
        <w:t xml:space="preserve"> -</w:t>
      </w:r>
      <w:r w:rsidRPr="001A4C9D">
        <w:rPr>
          <w:rFonts w:ascii="Times New Roman" w:hAnsi="Times New Roman" w:cs="Times New Roman"/>
          <w:i/>
          <w:iCs/>
          <w:sz w:val="28"/>
          <w:szCs w:val="28"/>
        </w:rPr>
        <w:t>QC/ĐU ngày ….tháng….năm….)</w:t>
      </w:r>
    </w:p>
    <w:p w14:paraId="7FF13AFA" w14:textId="47932F1D" w:rsidR="006E00B0" w:rsidRPr="001A4C9D" w:rsidRDefault="006E00B0" w:rsidP="001A4C9D">
      <w:pPr>
        <w:spacing w:after="0" w:line="240" w:lineRule="auto"/>
        <w:ind w:firstLine="720"/>
        <w:jc w:val="both"/>
        <w:rPr>
          <w:rFonts w:ascii="Times New Roman" w:hAnsi="Times New Roman" w:cs="Times New Roman"/>
          <w:spacing w:val="-2"/>
          <w:sz w:val="28"/>
          <w:szCs w:val="28"/>
        </w:rPr>
      </w:pPr>
      <w:r w:rsidRPr="001A4C9D">
        <w:rPr>
          <w:rFonts w:ascii="Times New Roman" w:hAnsi="Times New Roman" w:cs="Times New Roman"/>
          <w:b/>
          <w:bCs/>
          <w:spacing w:val="-2"/>
          <w:sz w:val="28"/>
          <w:szCs w:val="28"/>
        </w:rPr>
        <w:t xml:space="preserve">Điều 3. </w:t>
      </w:r>
      <w:r w:rsidRPr="001A4C9D">
        <w:rPr>
          <w:rFonts w:ascii="Times New Roman" w:hAnsi="Times New Roman" w:cs="Times New Roman"/>
          <w:spacing w:val="-2"/>
          <w:sz w:val="28"/>
          <w:szCs w:val="28"/>
        </w:rPr>
        <w:t>Văn phòng Đảng ủy, Ủy ban Kiểm tra Đảng ủy, Ban Xây dựng Đảng Đảng ủy,</w:t>
      </w:r>
      <w:r w:rsidR="00E33631" w:rsidRPr="001A4C9D">
        <w:rPr>
          <w:rFonts w:ascii="Times New Roman" w:hAnsi="Times New Roman" w:cs="Times New Roman"/>
          <w:spacing w:val="-2"/>
          <w:sz w:val="28"/>
          <w:szCs w:val="28"/>
        </w:rPr>
        <w:t xml:space="preserve"> Ủy ban nhân dân </w:t>
      </w:r>
      <w:r w:rsidR="00814A2E" w:rsidRPr="001A4C9D">
        <w:rPr>
          <w:rFonts w:ascii="Times New Roman" w:hAnsi="Times New Roman" w:cs="Times New Roman"/>
          <w:sz w:val="28"/>
          <w:szCs w:val="28"/>
        </w:rPr>
        <w:t>xã</w:t>
      </w:r>
      <w:r w:rsidR="00E33631" w:rsidRPr="001A4C9D">
        <w:rPr>
          <w:rFonts w:ascii="Times New Roman" w:hAnsi="Times New Roman" w:cs="Times New Roman"/>
          <w:sz w:val="28"/>
          <w:szCs w:val="28"/>
        </w:rPr>
        <w:t xml:space="preserve">, </w:t>
      </w:r>
      <w:r w:rsidRPr="001A4C9D">
        <w:rPr>
          <w:rFonts w:ascii="Times New Roman" w:hAnsi="Times New Roman" w:cs="Times New Roman"/>
          <w:spacing w:val="-2"/>
          <w:sz w:val="28"/>
          <w:szCs w:val="28"/>
        </w:rPr>
        <w:t xml:space="preserve">các cơ quan, đơn vị </w:t>
      </w:r>
      <w:r w:rsidR="008D35B9" w:rsidRPr="001A4C9D">
        <w:rPr>
          <w:rFonts w:ascii="Times New Roman" w:hAnsi="Times New Roman" w:cs="Times New Roman"/>
          <w:spacing w:val="-2"/>
          <w:sz w:val="28"/>
          <w:szCs w:val="28"/>
        </w:rPr>
        <w:t xml:space="preserve">có </w:t>
      </w:r>
      <w:r w:rsidRPr="001A4C9D">
        <w:rPr>
          <w:rFonts w:ascii="Times New Roman" w:hAnsi="Times New Roman" w:cs="Times New Roman"/>
          <w:spacing w:val="-2"/>
          <w:sz w:val="28"/>
          <w:szCs w:val="28"/>
        </w:rPr>
        <w:t>liên quan và các đồng chí có tên tại Điều 1 căn cứ Quyết định thi hành.</w:t>
      </w:r>
    </w:p>
    <w:p w14:paraId="64709370" w14:textId="748337F6" w:rsidR="006E00B0" w:rsidRPr="001A4C9D" w:rsidRDefault="006E00B0" w:rsidP="001A4C9D">
      <w:pPr>
        <w:spacing w:after="0" w:line="240" w:lineRule="auto"/>
        <w:ind w:firstLine="720"/>
        <w:jc w:val="both"/>
        <w:rPr>
          <w:rFonts w:ascii="Times New Roman" w:hAnsi="Times New Roman" w:cs="Times New Roman"/>
          <w:sz w:val="28"/>
          <w:szCs w:val="28"/>
        </w:rPr>
      </w:pPr>
      <w:r w:rsidRPr="001A4C9D">
        <w:rPr>
          <w:rFonts w:ascii="Times New Roman" w:hAnsi="Times New Roman" w:cs="Times New Roman"/>
          <w:sz w:val="28"/>
          <w:szCs w:val="28"/>
        </w:rPr>
        <w:t>Quyết định này có hiệu lực kể từ ngày ký.</w:t>
      </w:r>
    </w:p>
    <w:p w14:paraId="38B1C8BF" w14:textId="77777777" w:rsidR="008D35B9" w:rsidRPr="009B3473" w:rsidRDefault="008D35B9" w:rsidP="00434059">
      <w:pPr>
        <w:spacing w:after="0" w:line="240" w:lineRule="auto"/>
        <w:jc w:val="both"/>
        <w:rPr>
          <w:rFonts w:ascii="Times New Roman" w:hAnsi="Times New Roman" w:cs="Times New Roman"/>
          <w:sz w:val="14"/>
          <w:szCs w:val="3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6"/>
        <w:gridCol w:w="4689"/>
      </w:tblGrid>
      <w:tr w:rsidR="006E00B0" w:rsidRPr="009B3473" w14:paraId="165AF8B0" w14:textId="77777777" w:rsidTr="00434059">
        <w:trPr>
          <w:trHeight w:val="1633"/>
        </w:trPr>
        <w:tc>
          <w:tcPr>
            <w:tcW w:w="4785" w:type="dxa"/>
          </w:tcPr>
          <w:p w14:paraId="4DD50B06" w14:textId="2C3A86D1" w:rsidR="006E00B0" w:rsidRPr="009B3473" w:rsidRDefault="006E00B0" w:rsidP="00A95B6B">
            <w:pPr>
              <w:rPr>
                <w:rFonts w:ascii="Times New Roman" w:hAnsi="Times New Roman" w:cs="Times New Roman"/>
                <w:sz w:val="30"/>
                <w:szCs w:val="30"/>
              </w:rPr>
            </w:pPr>
            <w:r w:rsidRPr="009B3473">
              <w:rPr>
                <w:rFonts w:ascii="Times New Roman" w:hAnsi="Times New Roman" w:cs="Times New Roman"/>
                <w:bCs/>
                <w:sz w:val="28"/>
                <w:szCs w:val="28"/>
                <w:u w:val="single"/>
              </w:rPr>
              <w:t>Nơi nhận:</w:t>
            </w:r>
            <w:r w:rsidRPr="009B3473">
              <w:rPr>
                <w:rFonts w:ascii="Times New Roman" w:hAnsi="Times New Roman" w:cs="Times New Roman"/>
                <w:sz w:val="30"/>
                <w:szCs w:val="30"/>
              </w:rPr>
              <w:br/>
            </w:r>
            <w:r w:rsidRPr="009B3473">
              <w:rPr>
                <w:rFonts w:ascii="Times New Roman" w:hAnsi="Times New Roman" w:cs="Times New Roman"/>
                <w:sz w:val="24"/>
                <w:szCs w:val="24"/>
              </w:rPr>
              <w:t>- Như Điều 3</w:t>
            </w:r>
            <w:r w:rsidR="001A6D92" w:rsidRPr="009B3473">
              <w:rPr>
                <w:rFonts w:ascii="Times New Roman" w:hAnsi="Times New Roman" w:cs="Times New Roman"/>
                <w:sz w:val="24"/>
                <w:szCs w:val="24"/>
              </w:rPr>
              <w:t>;</w:t>
            </w:r>
            <w:r w:rsidRPr="009B3473">
              <w:rPr>
                <w:rFonts w:ascii="Times New Roman" w:hAnsi="Times New Roman" w:cs="Times New Roman"/>
                <w:sz w:val="24"/>
                <w:szCs w:val="24"/>
              </w:rPr>
              <w:br/>
              <w:t>- Ban Tổ chức Tỉnh ủy (</w:t>
            </w:r>
            <w:r w:rsidR="00A95B6B" w:rsidRPr="009B3473">
              <w:rPr>
                <w:rFonts w:ascii="Times New Roman" w:hAnsi="Times New Roman" w:cs="Times New Roman"/>
                <w:sz w:val="24"/>
                <w:szCs w:val="24"/>
              </w:rPr>
              <w:t>b/c</w:t>
            </w:r>
            <w:r w:rsidRPr="009B3473">
              <w:rPr>
                <w:rFonts w:ascii="Times New Roman" w:hAnsi="Times New Roman" w:cs="Times New Roman"/>
                <w:sz w:val="24"/>
                <w:szCs w:val="24"/>
              </w:rPr>
              <w:t>)</w:t>
            </w:r>
            <w:r w:rsidR="001A6D92" w:rsidRPr="009B3473">
              <w:rPr>
                <w:rFonts w:ascii="Times New Roman" w:hAnsi="Times New Roman" w:cs="Times New Roman"/>
                <w:sz w:val="24"/>
                <w:szCs w:val="24"/>
              </w:rPr>
              <w:t>;</w:t>
            </w:r>
            <w:r w:rsidRPr="009B3473">
              <w:rPr>
                <w:rFonts w:ascii="Times New Roman" w:hAnsi="Times New Roman" w:cs="Times New Roman"/>
                <w:sz w:val="24"/>
                <w:szCs w:val="24"/>
              </w:rPr>
              <w:br/>
              <w:t>- Ban Nội chính Tỉnh ủy (</w:t>
            </w:r>
            <w:r w:rsidR="00A95B6B" w:rsidRPr="009B3473">
              <w:rPr>
                <w:rFonts w:ascii="Times New Roman" w:hAnsi="Times New Roman" w:cs="Times New Roman"/>
                <w:sz w:val="24"/>
                <w:szCs w:val="24"/>
              </w:rPr>
              <w:t>b/c</w:t>
            </w:r>
            <w:r w:rsidR="00434059" w:rsidRPr="009B3473">
              <w:rPr>
                <w:rFonts w:ascii="Times New Roman" w:hAnsi="Times New Roman" w:cs="Times New Roman"/>
                <w:sz w:val="24"/>
                <w:szCs w:val="24"/>
              </w:rPr>
              <w:t>)</w:t>
            </w:r>
            <w:r w:rsidR="001A6D92" w:rsidRPr="009B3473">
              <w:rPr>
                <w:rFonts w:ascii="Times New Roman" w:hAnsi="Times New Roman" w:cs="Times New Roman"/>
                <w:sz w:val="24"/>
                <w:szCs w:val="24"/>
              </w:rPr>
              <w:t>;</w:t>
            </w:r>
            <w:r w:rsidR="00434059" w:rsidRPr="009B3473">
              <w:rPr>
                <w:rFonts w:ascii="Times New Roman" w:hAnsi="Times New Roman" w:cs="Times New Roman"/>
                <w:sz w:val="24"/>
                <w:szCs w:val="24"/>
              </w:rPr>
              <w:br/>
              <w:t xml:space="preserve">- Lưu </w:t>
            </w:r>
            <w:r w:rsidR="00D312B1">
              <w:rPr>
                <w:rFonts w:ascii="Times New Roman" w:hAnsi="Times New Roman" w:cs="Times New Roman"/>
                <w:sz w:val="24"/>
                <w:szCs w:val="24"/>
              </w:rPr>
              <w:t>Văn phòng Đảng ủy</w:t>
            </w:r>
            <w:r w:rsidR="00434059" w:rsidRPr="009B3473">
              <w:rPr>
                <w:rFonts w:ascii="Times New Roman" w:hAnsi="Times New Roman" w:cs="Times New Roman"/>
                <w:sz w:val="24"/>
                <w:szCs w:val="24"/>
              </w:rPr>
              <w:t>.</w:t>
            </w:r>
          </w:p>
        </w:tc>
        <w:tc>
          <w:tcPr>
            <w:tcW w:w="4786" w:type="dxa"/>
          </w:tcPr>
          <w:p w14:paraId="3356E290" w14:textId="77777777" w:rsidR="00A31EDE" w:rsidRDefault="006E00B0" w:rsidP="006E00B0">
            <w:pPr>
              <w:spacing w:before="120" w:after="120" w:line="360" w:lineRule="exact"/>
              <w:jc w:val="center"/>
              <w:rPr>
                <w:rFonts w:ascii="Times New Roman" w:hAnsi="Times New Roman" w:cs="Times New Roman"/>
                <w:sz w:val="30"/>
                <w:szCs w:val="30"/>
              </w:rPr>
            </w:pPr>
            <w:r w:rsidRPr="009B3473">
              <w:rPr>
                <w:rFonts w:ascii="Times New Roman" w:hAnsi="Times New Roman" w:cs="Times New Roman"/>
                <w:b/>
                <w:bCs/>
                <w:sz w:val="30"/>
                <w:szCs w:val="30"/>
              </w:rPr>
              <w:t>T/M BAN THƯỜNG VỤ</w:t>
            </w:r>
            <w:r w:rsidRPr="009B3473">
              <w:rPr>
                <w:rFonts w:ascii="Times New Roman" w:hAnsi="Times New Roman" w:cs="Times New Roman"/>
                <w:b/>
                <w:bCs/>
                <w:sz w:val="30"/>
                <w:szCs w:val="30"/>
              </w:rPr>
              <w:br/>
            </w:r>
            <w:r w:rsidRPr="009B3473">
              <w:rPr>
                <w:rFonts w:ascii="Times New Roman" w:hAnsi="Times New Roman" w:cs="Times New Roman"/>
                <w:sz w:val="30"/>
                <w:szCs w:val="30"/>
              </w:rPr>
              <w:t>BÍ THƯ</w:t>
            </w:r>
          </w:p>
          <w:p w14:paraId="24EE925C" w14:textId="77777777" w:rsidR="00A31EDE" w:rsidRDefault="00A31EDE" w:rsidP="006E00B0">
            <w:pPr>
              <w:spacing w:before="120" w:after="120" w:line="360" w:lineRule="exact"/>
              <w:jc w:val="center"/>
              <w:rPr>
                <w:rFonts w:ascii="Times New Roman" w:hAnsi="Times New Roman" w:cs="Times New Roman"/>
                <w:sz w:val="30"/>
                <w:szCs w:val="30"/>
              </w:rPr>
            </w:pPr>
          </w:p>
          <w:p w14:paraId="73B81B8C" w14:textId="77777777" w:rsidR="00A31EDE" w:rsidRDefault="00A31EDE" w:rsidP="006E00B0">
            <w:pPr>
              <w:spacing w:before="120" w:after="120" w:line="360" w:lineRule="exact"/>
              <w:jc w:val="center"/>
              <w:rPr>
                <w:rFonts w:ascii="Times New Roman" w:hAnsi="Times New Roman" w:cs="Times New Roman"/>
                <w:sz w:val="30"/>
                <w:szCs w:val="30"/>
              </w:rPr>
            </w:pPr>
          </w:p>
          <w:p w14:paraId="6E25998F" w14:textId="77777777" w:rsidR="00A31EDE" w:rsidRDefault="00A31EDE" w:rsidP="006E00B0">
            <w:pPr>
              <w:spacing w:before="120" w:after="120" w:line="360" w:lineRule="exact"/>
              <w:jc w:val="center"/>
              <w:rPr>
                <w:rFonts w:ascii="Times New Roman" w:hAnsi="Times New Roman" w:cs="Times New Roman"/>
                <w:sz w:val="30"/>
                <w:szCs w:val="30"/>
              </w:rPr>
            </w:pPr>
          </w:p>
          <w:p w14:paraId="0114CF22" w14:textId="4A37C08C" w:rsidR="006E00B0" w:rsidRPr="00A31EDE" w:rsidRDefault="00A31EDE" w:rsidP="006E00B0">
            <w:pPr>
              <w:spacing w:before="120" w:after="120" w:line="360" w:lineRule="exact"/>
              <w:jc w:val="center"/>
              <w:rPr>
                <w:rFonts w:ascii="Times New Roman" w:hAnsi="Times New Roman" w:cs="Times New Roman"/>
                <w:b/>
                <w:bCs/>
                <w:sz w:val="30"/>
                <w:szCs w:val="30"/>
              </w:rPr>
            </w:pPr>
            <w:r w:rsidRPr="00A31EDE">
              <w:rPr>
                <w:rFonts w:ascii="Times New Roman" w:hAnsi="Times New Roman" w:cs="Times New Roman"/>
                <w:b/>
                <w:bCs/>
                <w:sz w:val="30"/>
                <w:szCs w:val="30"/>
              </w:rPr>
              <w:t>Trần Hoàng Tuân</w:t>
            </w:r>
            <w:r w:rsidR="006E00B0" w:rsidRPr="00A31EDE">
              <w:rPr>
                <w:rFonts w:ascii="Times New Roman" w:hAnsi="Times New Roman" w:cs="Times New Roman"/>
                <w:b/>
                <w:bCs/>
                <w:sz w:val="30"/>
                <w:szCs w:val="30"/>
              </w:rPr>
              <w:br/>
            </w:r>
          </w:p>
        </w:tc>
      </w:tr>
    </w:tbl>
    <w:p w14:paraId="3B03274B" w14:textId="77777777" w:rsidR="00FD4A18" w:rsidRPr="009B3473" w:rsidRDefault="00FD4A18" w:rsidP="00434059">
      <w:pPr>
        <w:spacing w:before="120" w:after="120" w:line="360" w:lineRule="exact"/>
        <w:rPr>
          <w:rFonts w:ascii="Times New Roman" w:hAnsi="Times New Roman" w:cs="Times New Roman"/>
          <w:sz w:val="30"/>
          <w:szCs w:val="30"/>
        </w:rPr>
      </w:pPr>
    </w:p>
    <w:sectPr w:rsidR="00FD4A18" w:rsidRPr="009B3473" w:rsidSect="00D312B1">
      <w:headerReference w:type="default" r:id="rId8"/>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99727" w14:textId="77777777" w:rsidR="00E87783" w:rsidRDefault="00E87783" w:rsidP="00717D82">
      <w:pPr>
        <w:spacing w:after="0" w:line="240" w:lineRule="auto"/>
      </w:pPr>
      <w:r>
        <w:separator/>
      </w:r>
    </w:p>
  </w:endnote>
  <w:endnote w:type="continuationSeparator" w:id="0">
    <w:p w14:paraId="08997E0A" w14:textId="77777777" w:rsidR="00E87783" w:rsidRDefault="00E87783" w:rsidP="00717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6B159" w14:textId="77777777" w:rsidR="00E87783" w:rsidRDefault="00E87783" w:rsidP="00717D82">
      <w:pPr>
        <w:spacing w:after="0" w:line="240" w:lineRule="auto"/>
      </w:pPr>
      <w:r>
        <w:separator/>
      </w:r>
    </w:p>
  </w:footnote>
  <w:footnote w:type="continuationSeparator" w:id="0">
    <w:p w14:paraId="2898A0E2" w14:textId="77777777" w:rsidR="00E87783" w:rsidRDefault="00E87783" w:rsidP="00717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215377"/>
      <w:docPartObj>
        <w:docPartGallery w:val="Page Numbers (Top of Page)"/>
        <w:docPartUnique/>
      </w:docPartObj>
    </w:sdtPr>
    <w:sdtEndPr>
      <w:rPr>
        <w:rFonts w:ascii="Times New Roman" w:hAnsi="Times New Roman" w:cs="Times New Roman"/>
        <w:noProof/>
        <w:sz w:val="28"/>
        <w:szCs w:val="28"/>
      </w:rPr>
    </w:sdtEndPr>
    <w:sdtContent>
      <w:p w14:paraId="766FB29A" w14:textId="7A4C61A2" w:rsidR="00342E31" w:rsidRPr="00342E31" w:rsidRDefault="00342E31">
        <w:pPr>
          <w:pStyle w:val="Header"/>
          <w:jc w:val="center"/>
          <w:rPr>
            <w:rFonts w:ascii="Times New Roman" w:hAnsi="Times New Roman" w:cs="Times New Roman"/>
            <w:sz w:val="28"/>
            <w:szCs w:val="28"/>
          </w:rPr>
        </w:pPr>
        <w:r w:rsidRPr="00342E31">
          <w:rPr>
            <w:rFonts w:ascii="Times New Roman" w:hAnsi="Times New Roman" w:cs="Times New Roman"/>
            <w:sz w:val="28"/>
            <w:szCs w:val="28"/>
          </w:rPr>
          <w:fldChar w:fldCharType="begin"/>
        </w:r>
        <w:r w:rsidRPr="00342E31">
          <w:rPr>
            <w:rFonts w:ascii="Times New Roman" w:hAnsi="Times New Roman" w:cs="Times New Roman"/>
            <w:sz w:val="28"/>
            <w:szCs w:val="28"/>
          </w:rPr>
          <w:instrText xml:space="preserve"> PAGE   \* MERGEFORMAT </w:instrText>
        </w:r>
        <w:r w:rsidRPr="00342E31">
          <w:rPr>
            <w:rFonts w:ascii="Times New Roman" w:hAnsi="Times New Roman" w:cs="Times New Roman"/>
            <w:sz w:val="28"/>
            <w:szCs w:val="28"/>
          </w:rPr>
          <w:fldChar w:fldCharType="separate"/>
        </w:r>
        <w:r w:rsidR="00D231E2">
          <w:rPr>
            <w:rFonts w:ascii="Times New Roman" w:hAnsi="Times New Roman" w:cs="Times New Roman"/>
            <w:noProof/>
            <w:sz w:val="28"/>
            <w:szCs w:val="28"/>
          </w:rPr>
          <w:t>2</w:t>
        </w:r>
        <w:r w:rsidRPr="00342E31">
          <w:rPr>
            <w:rFonts w:ascii="Times New Roman" w:hAnsi="Times New Roman" w:cs="Times New Roman"/>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9262038">
    <w:abstractNumId w:val="8"/>
  </w:num>
  <w:num w:numId="2" w16cid:durableId="1955939420">
    <w:abstractNumId w:val="6"/>
  </w:num>
  <w:num w:numId="3" w16cid:durableId="758064198">
    <w:abstractNumId w:val="5"/>
  </w:num>
  <w:num w:numId="4" w16cid:durableId="447814676">
    <w:abstractNumId w:val="4"/>
  </w:num>
  <w:num w:numId="5" w16cid:durableId="457451237">
    <w:abstractNumId w:val="7"/>
  </w:num>
  <w:num w:numId="6" w16cid:durableId="1928490383">
    <w:abstractNumId w:val="3"/>
  </w:num>
  <w:num w:numId="7" w16cid:durableId="799767602">
    <w:abstractNumId w:val="2"/>
  </w:num>
  <w:num w:numId="8" w16cid:durableId="1642034609">
    <w:abstractNumId w:val="1"/>
  </w:num>
  <w:num w:numId="9" w16cid:durableId="13114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3FB0"/>
    <w:rsid w:val="00034616"/>
    <w:rsid w:val="00034C2D"/>
    <w:rsid w:val="000357DE"/>
    <w:rsid w:val="000578E6"/>
    <w:rsid w:val="0006063C"/>
    <w:rsid w:val="00072104"/>
    <w:rsid w:val="000B4452"/>
    <w:rsid w:val="000C20D8"/>
    <w:rsid w:val="000E5B8E"/>
    <w:rsid w:val="000F429C"/>
    <w:rsid w:val="00113908"/>
    <w:rsid w:val="001433A9"/>
    <w:rsid w:val="0015074B"/>
    <w:rsid w:val="00182201"/>
    <w:rsid w:val="001A4C9D"/>
    <w:rsid w:val="001A6D92"/>
    <w:rsid w:val="001B02C1"/>
    <w:rsid w:val="001E7633"/>
    <w:rsid w:val="001F031A"/>
    <w:rsid w:val="001F0697"/>
    <w:rsid w:val="00217E33"/>
    <w:rsid w:val="00234926"/>
    <w:rsid w:val="0025791A"/>
    <w:rsid w:val="00261173"/>
    <w:rsid w:val="0029324B"/>
    <w:rsid w:val="0029639D"/>
    <w:rsid w:val="002979F0"/>
    <w:rsid w:val="002D046A"/>
    <w:rsid w:val="002F2C9F"/>
    <w:rsid w:val="00326F90"/>
    <w:rsid w:val="00327EB0"/>
    <w:rsid w:val="00342E31"/>
    <w:rsid w:val="0035622F"/>
    <w:rsid w:val="003709C4"/>
    <w:rsid w:val="003761A3"/>
    <w:rsid w:val="00392582"/>
    <w:rsid w:val="00392A62"/>
    <w:rsid w:val="003B06C2"/>
    <w:rsid w:val="003C2F56"/>
    <w:rsid w:val="00411051"/>
    <w:rsid w:val="00431D69"/>
    <w:rsid w:val="00434059"/>
    <w:rsid w:val="00436172"/>
    <w:rsid w:val="00467280"/>
    <w:rsid w:val="00475FCB"/>
    <w:rsid w:val="004A11EC"/>
    <w:rsid w:val="004A67D1"/>
    <w:rsid w:val="004D33B1"/>
    <w:rsid w:val="004E1A2E"/>
    <w:rsid w:val="004F478A"/>
    <w:rsid w:val="00511C7C"/>
    <w:rsid w:val="005846F8"/>
    <w:rsid w:val="005959EE"/>
    <w:rsid w:val="005D6FE4"/>
    <w:rsid w:val="005E1CFF"/>
    <w:rsid w:val="005E6CAE"/>
    <w:rsid w:val="00647883"/>
    <w:rsid w:val="00650C08"/>
    <w:rsid w:val="00655A33"/>
    <w:rsid w:val="00696262"/>
    <w:rsid w:val="006A6125"/>
    <w:rsid w:val="006B49D4"/>
    <w:rsid w:val="006D372C"/>
    <w:rsid w:val="006E00B0"/>
    <w:rsid w:val="006E1749"/>
    <w:rsid w:val="006F4056"/>
    <w:rsid w:val="00712280"/>
    <w:rsid w:val="00717D82"/>
    <w:rsid w:val="00725864"/>
    <w:rsid w:val="0073167F"/>
    <w:rsid w:val="007744DB"/>
    <w:rsid w:val="00782262"/>
    <w:rsid w:val="007C1036"/>
    <w:rsid w:val="007D1E60"/>
    <w:rsid w:val="007F5014"/>
    <w:rsid w:val="007F5ACE"/>
    <w:rsid w:val="007F62A6"/>
    <w:rsid w:val="0080617A"/>
    <w:rsid w:val="00814A2E"/>
    <w:rsid w:val="00865B77"/>
    <w:rsid w:val="008B7919"/>
    <w:rsid w:val="008D35B9"/>
    <w:rsid w:val="008D467E"/>
    <w:rsid w:val="008E678A"/>
    <w:rsid w:val="008F2C02"/>
    <w:rsid w:val="008F4EE6"/>
    <w:rsid w:val="009431F6"/>
    <w:rsid w:val="009443F7"/>
    <w:rsid w:val="00972EA8"/>
    <w:rsid w:val="00973576"/>
    <w:rsid w:val="00980E77"/>
    <w:rsid w:val="009B3473"/>
    <w:rsid w:val="009B5BBB"/>
    <w:rsid w:val="00A01EFF"/>
    <w:rsid w:val="00A05548"/>
    <w:rsid w:val="00A31EDE"/>
    <w:rsid w:val="00A44C7A"/>
    <w:rsid w:val="00A673DD"/>
    <w:rsid w:val="00A87720"/>
    <w:rsid w:val="00A916DE"/>
    <w:rsid w:val="00A93663"/>
    <w:rsid w:val="00A95B6B"/>
    <w:rsid w:val="00AA1D8D"/>
    <w:rsid w:val="00AA5922"/>
    <w:rsid w:val="00AB4185"/>
    <w:rsid w:val="00AD4DF6"/>
    <w:rsid w:val="00B1595E"/>
    <w:rsid w:val="00B2695D"/>
    <w:rsid w:val="00B47730"/>
    <w:rsid w:val="00BB5D85"/>
    <w:rsid w:val="00BC64AB"/>
    <w:rsid w:val="00BD22A9"/>
    <w:rsid w:val="00BF55DA"/>
    <w:rsid w:val="00C26032"/>
    <w:rsid w:val="00C30678"/>
    <w:rsid w:val="00CA1498"/>
    <w:rsid w:val="00CB0664"/>
    <w:rsid w:val="00CD4792"/>
    <w:rsid w:val="00CE5C70"/>
    <w:rsid w:val="00D034C6"/>
    <w:rsid w:val="00D14715"/>
    <w:rsid w:val="00D231E2"/>
    <w:rsid w:val="00D312B1"/>
    <w:rsid w:val="00D348C9"/>
    <w:rsid w:val="00D57263"/>
    <w:rsid w:val="00D670A4"/>
    <w:rsid w:val="00D85071"/>
    <w:rsid w:val="00E157AF"/>
    <w:rsid w:val="00E23A36"/>
    <w:rsid w:val="00E23C1C"/>
    <w:rsid w:val="00E33631"/>
    <w:rsid w:val="00E338DE"/>
    <w:rsid w:val="00E629CA"/>
    <w:rsid w:val="00E87783"/>
    <w:rsid w:val="00EA432E"/>
    <w:rsid w:val="00EE08BD"/>
    <w:rsid w:val="00EE3F31"/>
    <w:rsid w:val="00EE633A"/>
    <w:rsid w:val="00EF2E5C"/>
    <w:rsid w:val="00F07015"/>
    <w:rsid w:val="00F10233"/>
    <w:rsid w:val="00F1255F"/>
    <w:rsid w:val="00F407A8"/>
    <w:rsid w:val="00F41E3E"/>
    <w:rsid w:val="00F659F5"/>
    <w:rsid w:val="00F90E5A"/>
    <w:rsid w:val="00FA23F7"/>
    <w:rsid w:val="00FC693F"/>
    <w:rsid w:val="00FD4A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8E031A"/>
  <w15:docId w15:val="{0C48C3E5-6339-452E-B56D-E04492C9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717D82"/>
    <w:pPr>
      <w:spacing w:after="0" w:line="240" w:lineRule="auto"/>
      <w:ind w:firstLine="720"/>
    </w:pPr>
    <w:rPr>
      <w:rFonts w:ascii="Times New Roman" w:eastAsia="Aptos" w:hAnsi="Times New Roman" w:cs="Times New Roman"/>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2E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2E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7420C-8861-4227-B3B6-A2C78BD5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WIN 10</cp:lastModifiedBy>
  <cp:revision>13</cp:revision>
  <cp:lastPrinted>2026-07-17T02:06:00Z</cp:lastPrinted>
  <dcterms:created xsi:type="dcterms:W3CDTF">2026-07-17T01:23:00Z</dcterms:created>
  <dcterms:modified xsi:type="dcterms:W3CDTF">2026-07-20T00:35:00Z</dcterms:modified>
</cp:coreProperties>
</file>