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1"/>
        <w:tblW w:w="932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536"/>
      </w:tblGrid>
      <w:tr w:rsidR="00AB4771" w:rsidRPr="00AB4771" w14:paraId="0FAF0528" w14:textId="77777777" w:rsidTr="00E84C62">
        <w:trPr>
          <w:trHeight w:val="1843"/>
          <w:jc w:val="center"/>
        </w:trPr>
        <w:tc>
          <w:tcPr>
            <w:tcW w:w="4786" w:type="dxa"/>
          </w:tcPr>
          <w:p w14:paraId="14450B35" w14:textId="23BA2983" w:rsidR="00684F71" w:rsidRPr="00C34B17" w:rsidRDefault="00684F71" w:rsidP="00675285">
            <w:pPr>
              <w:ind w:firstLine="0"/>
              <w:jc w:val="center"/>
            </w:pPr>
            <w:r w:rsidRPr="00C34B17">
              <w:t>ĐẢNG ỦY XÃ</w:t>
            </w:r>
            <w:r w:rsidR="00675285" w:rsidRPr="00C34B17">
              <w:t xml:space="preserve"> LÙNG PHÌNH</w:t>
            </w:r>
          </w:p>
          <w:p w14:paraId="37CBAD8C" w14:textId="77777777" w:rsidR="00684F71" w:rsidRPr="00C34B17" w:rsidRDefault="00684F71" w:rsidP="00675285">
            <w:pPr>
              <w:ind w:firstLine="35"/>
              <w:jc w:val="center"/>
              <w:rPr>
                <w:b/>
                <w:bCs/>
              </w:rPr>
            </w:pPr>
            <w:r w:rsidRPr="00C34B17">
              <w:rPr>
                <w:b/>
                <w:bCs/>
              </w:rPr>
              <w:t xml:space="preserve">TỔ </w:t>
            </w:r>
            <w:r w:rsidR="000A66A2" w:rsidRPr="00C34B17">
              <w:rPr>
                <w:b/>
                <w:bCs/>
              </w:rPr>
              <w:t>THAM MƯU</w:t>
            </w:r>
            <w:r w:rsidRPr="00C34B17">
              <w:rPr>
                <w:b/>
                <w:bCs/>
              </w:rPr>
              <w:t xml:space="preserve"> THEO QĐ SỐ...</w:t>
            </w:r>
          </w:p>
          <w:p w14:paraId="1BCD9DAB" w14:textId="77777777" w:rsidR="00684F71" w:rsidRPr="00AB4771" w:rsidRDefault="00684F71" w:rsidP="00C34B17">
            <w:pPr>
              <w:spacing w:after="120"/>
              <w:ind w:firstLine="0"/>
              <w:jc w:val="center"/>
              <w:rPr>
                <w:sz w:val="30"/>
                <w:szCs w:val="30"/>
              </w:rPr>
            </w:pPr>
            <w:r w:rsidRPr="00AB4771">
              <w:rPr>
                <w:sz w:val="30"/>
                <w:szCs w:val="30"/>
              </w:rPr>
              <w:t>*</w:t>
            </w:r>
          </w:p>
          <w:p w14:paraId="3A265960" w14:textId="66A1DADC" w:rsidR="00684F71" w:rsidRPr="00C34B17" w:rsidRDefault="00684F71" w:rsidP="00675285">
            <w:pPr>
              <w:spacing w:after="120"/>
              <w:ind w:firstLine="0"/>
              <w:jc w:val="center"/>
            </w:pPr>
            <w:r w:rsidRPr="00C34B17">
              <w:t>Số</w:t>
            </w:r>
            <w:r w:rsidR="00821576" w:rsidRPr="00C34B17">
              <w:t xml:space="preserve">      </w:t>
            </w:r>
            <w:r w:rsidRPr="00C34B17">
              <w:t xml:space="preserve"> -</w:t>
            </w:r>
            <w:r w:rsidR="00D16001" w:rsidRPr="00C34B17">
              <w:t>TB</w:t>
            </w:r>
            <w:r w:rsidRPr="00C34B17">
              <w:t>/TT</w:t>
            </w:r>
            <w:r w:rsidR="0000603B" w:rsidRPr="00C34B17">
              <w:t>M</w:t>
            </w:r>
          </w:p>
          <w:p w14:paraId="618E1A05" w14:textId="77777777" w:rsidR="00684F71" w:rsidRPr="00AB4771" w:rsidRDefault="00684F71" w:rsidP="00675285">
            <w:pPr>
              <w:jc w:val="center"/>
              <w:rPr>
                <w:sz w:val="30"/>
                <w:szCs w:val="30"/>
              </w:rPr>
            </w:pPr>
          </w:p>
        </w:tc>
        <w:tc>
          <w:tcPr>
            <w:tcW w:w="4536" w:type="dxa"/>
          </w:tcPr>
          <w:p w14:paraId="2389097C" w14:textId="77777777" w:rsidR="00684F71" w:rsidRPr="00675285" w:rsidRDefault="00684F71" w:rsidP="00675285">
            <w:pPr>
              <w:ind w:hanging="45"/>
              <w:jc w:val="center"/>
              <w:rPr>
                <w:i/>
                <w:iCs/>
                <w:sz w:val="30"/>
                <w:szCs w:val="30"/>
              </w:rPr>
            </w:pPr>
            <w:r w:rsidRPr="00675285">
              <w:rPr>
                <w:b/>
                <w:bCs/>
                <w:sz w:val="30"/>
                <w:szCs w:val="30"/>
              </w:rPr>
              <w:t>ĐẢNG CỘNG SẢN VIỆT NAM</w:t>
            </w:r>
          </w:p>
          <w:p w14:paraId="6667BCF3" w14:textId="5B4ADCC3" w:rsidR="00684F71" w:rsidRPr="00AB4771" w:rsidRDefault="00675285" w:rsidP="00675285">
            <w:pPr>
              <w:ind w:hanging="45"/>
              <w:jc w:val="center"/>
              <w:rPr>
                <w:i/>
                <w:iCs/>
                <w:sz w:val="30"/>
                <w:szCs w:val="30"/>
              </w:rPr>
            </w:pPr>
            <w:r>
              <w:rPr>
                <w:i/>
                <w:iCs/>
                <w:noProof/>
                <w:sz w:val="30"/>
                <w:szCs w:val="30"/>
              </w:rPr>
              <mc:AlternateContent>
                <mc:Choice Requires="wps">
                  <w:drawing>
                    <wp:anchor distT="0" distB="0" distL="114300" distR="114300" simplePos="0" relativeHeight="251659264" behindDoc="0" locked="0" layoutInCell="1" allowOverlap="1" wp14:anchorId="62041408" wp14:editId="0F37B184">
                      <wp:simplePos x="0" y="0"/>
                      <wp:positionH relativeFrom="column">
                        <wp:posOffset>144779</wp:posOffset>
                      </wp:positionH>
                      <wp:positionV relativeFrom="paragraph">
                        <wp:posOffset>13335</wp:posOffset>
                      </wp:positionV>
                      <wp:extent cx="2581275" cy="0"/>
                      <wp:effectExtent l="0" t="0" r="0" b="0"/>
                      <wp:wrapNone/>
                      <wp:docPr id="724071281" name="Straight Connector 1"/>
                      <wp:cNvGraphicFramePr/>
                      <a:graphic xmlns:a="http://schemas.openxmlformats.org/drawingml/2006/main">
                        <a:graphicData uri="http://schemas.microsoft.com/office/word/2010/wordprocessingShape">
                          <wps:wsp>
                            <wps:cNvCnPr/>
                            <wps:spPr>
                              <a:xfrm>
                                <a:off x="0" y="0"/>
                                <a:ext cx="2581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1641046"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1.4pt,1.05pt" to="214.6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" strokecolor="black [3040]"/>
                  </w:pict>
                </mc:Fallback>
              </mc:AlternateContent>
            </w:r>
          </w:p>
          <w:p w14:paraId="34C8A001" w14:textId="4A1FFF7D" w:rsidR="00684F71" w:rsidRPr="00675285" w:rsidRDefault="00675285" w:rsidP="00675285">
            <w:pPr>
              <w:ind w:hanging="45"/>
              <w:jc w:val="center"/>
              <w:rPr>
                <w:b/>
                <w:bCs/>
                <w:u w:val="single"/>
              </w:rPr>
            </w:pPr>
            <w:r>
              <w:rPr>
                <w:i/>
                <w:iCs/>
              </w:rPr>
              <w:t>Lùng Phình</w:t>
            </w:r>
            <w:r w:rsidR="00684F71" w:rsidRPr="00675285">
              <w:rPr>
                <w:i/>
                <w:iCs/>
              </w:rPr>
              <w:t xml:space="preserve">, ngày </w:t>
            </w:r>
            <w:r>
              <w:rPr>
                <w:i/>
                <w:iCs/>
              </w:rPr>
              <w:t xml:space="preserve"> </w:t>
            </w:r>
            <w:r w:rsidR="00684F71" w:rsidRPr="00675285">
              <w:rPr>
                <w:i/>
                <w:iCs/>
              </w:rPr>
              <w:t xml:space="preserve"> tháng </w:t>
            </w:r>
            <w:r>
              <w:rPr>
                <w:i/>
                <w:iCs/>
              </w:rPr>
              <w:t xml:space="preserve">7 </w:t>
            </w:r>
            <w:r w:rsidR="00684F71" w:rsidRPr="00675285">
              <w:rPr>
                <w:i/>
                <w:iCs/>
              </w:rPr>
              <w:t>năm 2026</w:t>
            </w:r>
          </w:p>
        </w:tc>
      </w:tr>
    </w:tbl>
    <w:p w14:paraId="5EA97F9A" w14:textId="77777777" w:rsidR="00DE30C3" w:rsidRPr="00AB4771" w:rsidRDefault="00DE30C3" w:rsidP="00E84C62">
      <w:pPr>
        <w:spacing w:after="0" w:line="240" w:lineRule="auto"/>
        <w:jc w:val="center"/>
        <w:rPr>
          <w:rFonts w:ascii="Times New Roman" w:hAnsi="Times New Roman" w:cs="Times New Roman"/>
          <w:b/>
          <w:bCs/>
          <w:sz w:val="30"/>
          <w:szCs w:val="30"/>
        </w:rPr>
      </w:pPr>
      <w:r w:rsidRPr="00AB4771">
        <w:rPr>
          <w:rFonts w:ascii="Times New Roman" w:hAnsi="Times New Roman" w:cs="Times New Roman"/>
          <w:b/>
          <w:bCs/>
          <w:sz w:val="30"/>
          <w:szCs w:val="30"/>
        </w:rPr>
        <w:t>THÔNG BÁO</w:t>
      </w:r>
    </w:p>
    <w:p w14:paraId="7A9BE72B" w14:textId="060CE507" w:rsidR="005D2594" w:rsidRPr="00675285" w:rsidRDefault="00DE30C3" w:rsidP="00E84C62">
      <w:pPr>
        <w:spacing w:after="0" w:line="240" w:lineRule="auto"/>
        <w:jc w:val="center"/>
        <w:rPr>
          <w:rFonts w:ascii="Times New Roman" w:hAnsi="Times New Roman" w:cs="Times New Roman"/>
          <w:b/>
          <w:bCs/>
          <w:sz w:val="28"/>
          <w:szCs w:val="28"/>
        </w:rPr>
      </w:pPr>
      <w:r w:rsidRPr="00675285">
        <w:rPr>
          <w:rFonts w:ascii="Times New Roman" w:hAnsi="Times New Roman" w:cs="Times New Roman"/>
          <w:b/>
          <w:bCs/>
          <w:sz w:val="28"/>
          <w:szCs w:val="28"/>
        </w:rPr>
        <w:t>Phân công nhiệm vụ</w:t>
      </w:r>
      <w:r w:rsidR="005D2594" w:rsidRPr="00675285">
        <w:rPr>
          <w:rFonts w:ascii="Times New Roman" w:hAnsi="Times New Roman" w:cs="Times New Roman"/>
          <w:b/>
          <w:bCs/>
          <w:sz w:val="28"/>
          <w:szCs w:val="28"/>
        </w:rPr>
        <w:t xml:space="preserve"> </w:t>
      </w:r>
      <w:r w:rsidRPr="00675285">
        <w:rPr>
          <w:rFonts w:ascii="Times New Roman" w:hAnsi="Times New Roman" w:cs="Times New Roman"/>
          <w:b/>
          <w:bCs/>
          <w:sz w:val="28"/>
          <w:szCs w:val="28"/>
        </w:rPr>
        <w:t>thành viên Tổ tham mưu công tác nội chính</w:t>
      </w:r>
    </w:p>
    <w:p w14:paraId="4A00636B" w14:textId="77777777" w:rsidR="005D2594" w:rsidRPr="00AB4771" w:rsidRDefault="005D2594" w:rsidP="009143CE">
      <w:pPr>
        <w:spacing w:after="120" w:line="360" w:lineRule="exact"/>
        <w:jc w:val="center"/>
        <w:rPr>
          <w:rFonts w:ascii="Times New Roman" w:hAnsi="Times New Roman" w:cs="Times New Roman"/>
          <w:b/>
          <w:bCs/>
          <w:sz w:val="30"/>
          <w:szCs w:val="30"/>
        </w:rPr>
      </w:pPr>
      <w:r w:rsidRPr="00AB4771">
        <w:rPr>
          <w:rFonts w:ascii="Times New Roman" w:hAnsi="Times New Roman" w:cs="Times New Roman"/>
          <w:b/>
          <w:bCs/>
          <w:sz w:val="30"/>
          <w:szCs w:val="30"/>
        </w:rPr>
        <w:t>-----</w:t>
      </w:r>
    </w:p>
    <w:p w14:paraId="7D497BCA" w14:textId="427C0884" w:rsidR="005D2594" w:rsidRPr="00675285" w:rsidRDefault="00A85A27" w:rsidP="00675285">
      <w:pPr>
        <w:spacing w:after="0" w:line="240" w:lineRule="auto"/>
        <w:jc w:val="both"/>
        <w:rPr>
          <w:rFonts w:ascii="Times New Roman" w:hAnsi="Times New Roman" w:cs="Times New Roman"/>
          <w:b/>
          <w:bCs/>
          <w:sz w:val="28"/>
          <w:szCs w:val="28"/>
        </w:rPr>
      </w:pPr>
      <w:r w:rsidRPr="00AB4771">
        <w:rPr>
          <w:rFonts w:ascii="Times New Roman" w:hAnsi="Times New Roman" w:cs="Times New Roman"/>
          <w:b/>
          <w:bCs/>
          <w:sz w:val="30"/>
          <w:szCs w:val="30"/>
        </w:rPr>
        <w:tab/>
      </w:r>
      <w:r w:rsidRPr="00675285">
        <w:rPr>
          <w:rFonts w:ascii="Times New Roman" w:hAnsi="Times New Roman" w:cs="Times New Roman"/>
          <w:b/>
          <w:bCs/>
          <w:sz w:val="28"/>
          <w:szCs w:val="28"/>
        </w:rPr>
        <w:t xml:space="preserve">I. </w:t>
      </w:r>
      <w:r w:rsidR="005D2594" w:rsidRPr="00675285">
        <w:rPr>
          <w:rFonts w:ascii="Times New Roman" w:hAnsi="Times New Roman" w:cs="Times New Roman"/>
          <w:b/>
          <w:bCs/>
          <w:sz w:val="28"/>
          <w:szCs w:val="28"/>
        </w:rPr>
        <w:t>NGUYÊN TẮC PHÂN CÔNG</w:t>
      </w:r>
    </w:p>
    <w:p w14:paraId="071EDF76" w14:textId="481E4D35" w:rsidR="005D2594" w:rsidRPr="00675285" w:rsidRDefault="00A85A27" w:rsidP="00675285">
      <w:pPr>
        <w:spacing w:after="0" w:line="240" w:lineRule="auto"/>
        <w:ind w:firstLine="720"/>
        <w:jc w:val="both"/>
        <w:rPr>
          <w:rFonts w:ascii="Times New Roman" w:hAnsi="Times New Roman" w:cs="Times New Roman"/>
          <w:sz w:val="28"/>
          <w:szCs w:val="28"/>
        </w:rPr>
      </w:pPr>
      <w:r w:rsidRPr="00675285">
        <w:rPr>
          <w:rFonts w:ascii="Times New Roman" w:hAnsi="Times New Roman" w:cs="Times New Roman"/>
          <w:sz w:val="28"/>
          <w:szCs w:val="28"/>
        </w:rPr>
        <w:t xml:space="preserve">1. </w:t>
      </w:r>
      <w:r w:rsidR="005D2594" w:rsidRPr="00675285">
        <w:rPr>
          <w:rFonts w:ascii="Times New Roman" w:hAnsi="Times New Roman" w:cs="Times New Roman"/>
          <w:sz w:val="28"/>
          <w:szCs w:val="28"/>
        </w:rPr>
        <w:t>Bảo đảm rõ người, rõ việc, rõ trách nhiệm.</w:t>
      </w:r>
    </w:p>
    <w:p w14:paraId="466F54B5" w14:textId="4D84B961" w:rsidR="005D2594" w:rsidRPr="00675285" w:rsidRDefault="00A85A27" w:rsidP="00675285">
      <w:pPr>
        <w:spacing w:after="0" w:line="240" w:lineRule="auto"/>
        <w:ind w:firstLine="720"/>
        <w:jc w:val="both"/>
        <w:rPr>
          <w:rFonts w:ascii="Times New Roman" w:hAnsi="Times New Roman" w:cs="Times New Roman"/>
          <w:sz w:val="28"/>
          <w:szCs w:val="28"/>
        </w:rPr>
      </w:pPr>
      <w:r w:rsidRPr="00675285">
        <w:rPr>
          <w:rFonts w:ascii="Times New Roman" w:hAnsi="Times New Roman" w:cs="Times New Roman"/>
          <w:sz w:val="28"/>
          <w:szCs w:val="28"/>
        </w:rPr>
        <w:t xml:space="preserve">2. </w:t>
      </w:r>
      <w:r w:rsidR="005D2594" w:rsidRPr="00675285">
        <w:rPr>
          <w:rFonts w:ascii="Times New Roman" w:hAnsi="Times New Roman" w:cs="Times New Roman"/>
          <w:sz w:val="28"/>
          <w:szCs w:val="28"/>
        </w:rPr>
        <w:t>Phù hợp với chức năng, nhiệm vụ của từng thành viên.</w:t>
      </w:r>
    </w:p>
    <w:p w14:paraId="38118F5A" w14:textId="77C890E2" w:rsidR="005D2594" w:rsidRPr="00675285" w:rsidRDefault="00A85A27" w:rsidP="00675285">
      <w:pPr>
        <w:spacing w:after="0" w:line="240" w:lineRule="auto"/>
        <w:ind w:firstLine="720"/>
        <w:jc w:val="both"/>
        <w:rPr>
          <w:rFonts w:ascii="Times New Roman" w:hAnsi="Times New Roman" w:cs="Times New Roman"/>
          <w:sz w:val="28"/>
          <w:szCs w:val="28"/>
        </w:rPr>
      </w:pPr>
      <w:r w:rsidRPr="00675285">
        <w:rPr>
          <w:rFonts w:ascii="Times New Roman" w:hAnsi="Times New Roman" w:cs="Times New Roman"/>
          <w:sz w:val="28"/>
          <w:szCs w:val="28"/>
        </w:rPr>
        <w:t xml:space="preserve">3. </w:t>
      </w:r>
      <w:r w:rsidR="005D2594" w:rsidRPr="00675285">
        <w:rPr>
          <w:rFonts w:ascii="Times New Roman" w:hAnsi="Times New Roman" w:cs="Times New Roman"/>
          <w:sz w:val="28"/>
          <w:szCs w:val="28"/>
        </w:rPr>
        <w:t>Bảo đảm phối hợp chặt chẽ trong thực hiện nhiệm vụ.</w:t>
      </w:r>
    </w:p>
    <w:p w14:paraId="14B5433E" w14:textId="646B155A" w:rsidR="005D2594" w:rsidRPr="00675285" w:rsidRDefault="00A85A27" w:rsidP="00675285">
      <w:pPr>
        <w:spacing w:after="0" w:line="240" w:lineRule="auto"/>
        <w:ind w:firstLine="720"/>
        <w:jc w:val="both"/>
        <w:rPr>
          <w:rFonts w:ascii="Times New Roman" w:hAnsi="Times New Roman" w:cs="Times New Roman"/>
          <w:b/>
          <w:bCs/>
          <w:sz w:val="28"/>
          <w:szCs w:val="28"/>
        </w:rPr>
      </w:pPr>
      <w:r w:rsidRPr="00675285">
        <w:rPr>
          <w:rFonts w:ascii="Times New Roman" w:hAnsi="Times New Roman" w:cs="Times New Roman"/>
          <w:b/>
          <w:bCs/>
          <w:sz w:val="28"/>
          <w:szCs w:val="28"/>
        </w:rPr>
        <w:t xml:space="preserve">II. </w:t>
      </w:r>
      <w:r w:rsidR="005D2594" w:rsidRPr="00675285">
        <w:rPr>
          <w:rFonts w:ascii="Times New Roman" w:hAnsi="Times New Roman" w:cs="Times New Roman"/>
          <w:b/>
          <w:bCs/>
          <w:sz w:val="28"/>
          <w:szCs w:val="28"/>
        </w:rPr>
        <w:t>NHIỆM VỤ CỤ THỂ</w:t>
      </w:r>
    </w:p>
    <w:p w14:paraId="08E1694F" w14:textId="7B1F0338" w:rsidR="005D2594" w:rsidRPr="00675285" w:rsidRDefault="00A85A27" w:rsidP="00675285">
      <w:pPr>
        <w:spacing w:after="0" w:line="240" w:lineRule="auto"/>
        <w:ind w:firstLine="720"/>
        <w:jc w:val="both"/>
        <w:rPr>
          <w:rFonts w:ascii="Times New Roman" w:hAnsi="Times New Roman" w:cs="Times New Roman"/>
          <w:b/>
          <w:bCs/>
          <w:iCs/>
          <w:sz w:val="28"/>
          <w:szCs w:val="28"/>
        </w:rPr>
      </w:pPr>
      <w:r w:rsidRPr="00675285">
        <w:rPr>
          <w:rFonts w:ascii="Times New Roman" w:hAnsi="Times New Roman" w:cs="Times New Roman"/>
          <w:b/>
          <w:bCs/>
          <w:iCs/>
          <w:sz w:val="28"/>
          <w:szCs w:val="28"/>
        </w:rPr>
        <w:t xml:space="preserve">1. </w:t>
      </w:r>
      <w:r w:rsidR="00F63E36" w:rsidRPr="00675285">
        <w:rPr>
          <w:rFonts w:ascii="Times New Roman" w:hAnsi="Times New Roman" w:cs="Times New Roman"/>
          <w:b/>
          <w:bCs/>
          <w:iCs/>
          <w:sz w:val="28"/>
          <w:szCs w:val="28"/>
        </w:rPr>
        <w:t xml:space="preserve">Đồng chí </w:t>
      </w:r>
      <w:r w:rsidR="00B43969" w:rsidRPr="00675285">
        <w:rPr>
          <w:rFonts w:ascii="Times New Roman" w:hAnsi="Times New Roman" w:cs="Times New Roman"/>
          <w:b/>
          <w:bCs/>
          <w:iCs/>
          <w:sz w:val="28"/>
          <w:szCs w:val="28"/>
        </w:rPr>
        <w:t xml:space="preserve">Phó Bí thư Thường trực Đảng ủy - </w:t>
      </w:r>
      <w:r w:rsidR="005D2594" w:rsidRPr="00675285">
        <w:rPr>
          <w:rFonts w:ascii="Times New Roman" w:hAnsi="Times New Roman" w:cs="Times New Roman"/>
          <w:b/>
          <w:bCs/>
          <w:iCs/>
          <w:sz w:val="28"/>
          <w:szCs w:val="28"/>
        </w:rPr>
        <w:t>Tổ trưởng</w:t>
      </w:r>
    </w:p>
    <w:p w14:paraId="4A91AFA0" w14:textId="6FCB8044" w:rsidR="005D2594" w:rsidRPr="00675285" w:rsidRDefault="000A66A2" w:rsidP="00675285">
      <w:pPr>
        <w:spacing w:after="0" w:line="240" w:lineRule="auto"/>
        <w:ind w:firstLine="720"/>
        <w:jc w:val="both"/>
        <w:rPr>
          <w:rFonts w:ascii="Times New Roman" w:hAnsi="Times New Roman" w:cs="Times New Roman"/>
          <w:spacing w:val="-6"/>
          <w:sz w:val="28"/>
          <w:szCs w:val="28"/>
        </w:rPr>
      </w:pPr>
      <w:r w:rsidRPr="00675285">
        <w:rPr>
          <w:rFonts w:ascii="Times New Roman" w:hAnsi="Times New Roman" w:cs="Times New Roman"/>
          <w:spacing w:val="-6"/>
          <w:sz w:val="28"/>
          <w:szCs w:val="28"/>
        </w:rPr>
        <w:t xml:space="preserve">- </w:t>
      </w:r>
      <w:r w:rsidR="005D2594" w:rsidRPr="00675285">
        <w:rPr>
          <w:rFonts w:ascii="Times New Roman" w:hAnsi="Times New Roman" w:cs="Times New Roman"/>
          <w:spacing w:val="-6"/>
          <w:sz w:val="28"/>
          <w:szCs w:val="28"/>
        </w:rPr>
        <w:t xml:space="preserve">Chịu trách nhiệm chung trước </w:t>
      </w:r>
      <w:r w:rsidR="0049497F" w:rsidRPr="00675285">
        <w:rPr>
          <w:rFonts w:ascii="Times New Roman" w:hAnsi="Times New Roman" w:cs="Times New Roman"/>
          <w:spacing w:val="-6"/>
          <w:sz w:val="28"/>
          <w:szCs w:val="28"/>
        </w:rPr>
        <w:t xml:space="preserve">Thường trực </w:t>
      </w:r>
      <w:r w:rsidR="005D2594" w:rsidRPr="00675285">
        <w:rPr>
          <w:rFonts w:ascii="Times New Roman" w:hAnsi="Times New Roman" w:cs="Times New Roman"/>
          <w:spacing w:val="-6"/>
          <w:sz w:val="28"/>
          <w:szCs w:val="28"/>
        </w:rPr>
        <w:t xml:space="preserve">Đảng ủy, Ban Thường vụ Đảng ủy về </w:t>
      </w:r>
      <w:r w:rsidR="00B617DB" w:rsidRPr="00675285">
        <w:rPr>
          <w:rFonts w:ascii="Times New Roman" w:hAnsi="Times New Roman" w:cs="Times New Roman"/>
          <w:spacing w:val="-6"/>
          <w:sz w:val="28"/>
          <w:szCs w:val="28"/>
        </w:rPr>
        <w:t xml:space="preserve">toàn bộ </w:t>
      </w:r>
      <w:r w:rsidR="005D2594" w:rsidRPr="00675285">
        <w:rPr>
          <w:rFonts w:ascii="Times New Roman" w:hAnsi="Times New Roman" w:cs="Times New Roman"/>
          <w:spacing w:val="-6"/>
          <w:sz w:val="28"/>
          <w:szCs w:val="28"/>
        </w:rPr>
        <w:t>hoạt động của Tổ</w:t>
      </w:r>
      <w:r w:rsidR="00B43969" w:rsidRPr="00675285">
        <w:rPr>
          <w:rFonts w:ascii="Times New Roman" w:hAnsi="Times New Roman" w:cs="Times New Roman"/>
          <w:spacing w:val="-6"/>
          <w:sz w:val="28"/>
          <w:szCs w:val="28"/>
        </w:rPr>
        <w:t xml:space="preserve"> tham mưu công tác nội chính (gọi tắt là Tổ)</w:t>
      </w:r>
      <w:r w:rsidR="005D2594" w:rsidRPr="00675285">
        <w:rPr>
          <w:rFonts w:ascii="Times New Roman" w:hAnsi="Times New Roman" w:cs="Times New Roman"/>
          <w:spacing w:val="-6"/>
          <w:sz w:val="28"/>
          <w:szCs w:val="28"/>
        </w:rPr>
        <w:t>.</w:t>
      </w:r>
    </w:p>
    <w:p w14:paraId="520B623E" w14:textId="6D049388" w:rsidR="007A0F5C" w:rsidRPr="00675285" w:rsidRDefault="00B43969" w:rsidP="00675285">
      <w:pPr>
        <w:spacing w:after="0" w:line="240" w:lineRule="auto"/>
        <w:ind w:firstLine="720"/>
        <w:jc w:val="both"/>
        <w:rPr>
          <w:rFonts w:ascii="Times New Roman" w:hAnsi="Times New Roman" w:cs="Times New Roman"/>
          <w:sz w:val="28"/>
          <w:szCs w:val="28"/>
        </w:rPr>
      </w:pPr>
      <w:r w:rsidRPr="00675285">
        <w:rPr>
          <w:rFonts w:ascii="Times New Roman" w:hAnsi="Times New Roman" w:cs="Times New Roman"/>
          <w:sz w:val="28"/>
          <w:szCs w:val="28"/>
        </w:rPr>
        <w:t xml:space="preserve">- </w:t>
      </w:r>
      <w:r w:rsidR="007A0F5C" w:rsidRPr="00675285">
        <w:rPr>
          <w:rFonts w:ascii="Times New Roman" w:hAnsi="Times New Roman" w:cs="Times New Roman"/>
          <w:sz w:val="28"/>
          <w:szCs w:val="28"/>
        </w:rPr>
        <w:t>Trực tiếp điều hành, triển khai, phân công nhiệm vụ cho các thành viên; chủ trì các cuộc họp giao ban, sơ kết, tổng kết của Tổ.</w:t>
      </w:r>
    </w:p>
    <w:p w14:paraId="19C4CB8D" w14:textId="0854C073" w:rsidR="005D2594" w:rsidRPr="00675285" w:rsidRDefault="000A66A2" w:rsidP="00675285">
      <w:pPr>
        <w:spacing w:after="0" w:line="240" w:lineRule="auto"/>
        <w:ind w:firstLine="720"/>
        <w:jc w:val="both"/>
        <w:rPr>
          <w:rFonts w:ascii="Times New Roman" w:hAnsi="Times New Roman" w:cs="Times New Roman"/>
          <w:sz w:val="28"/>
          <w:szCs w:val="28"/>
        </w:rPr>
      </w:pPr>
      <w:r w:rsidRPr="00675285">
        <w:rPr>
          <w:rFonts w:ascii="Times New Roman" w:hAnsi="Times New Roman" w:cs="Times New Roman"/>
          <w:sz w:val="28"/>
          <w:szCs w:val="28"/>
        </w:rPr>
        <w:t xml:space="preserve">- </w:t>
      </w:r>
      <w:r w:rsidR="007A0F5C" w:rsidRPr="00675285">
        <w:rPr>
          <w:rFonts w:ascii="Times New Roman" w:hAnsi="Times New Roman" w:cs="Times New Roman"/>
          <w:sz w:val="28"/>
          <w:szCs w:val="28"/>
        </w:rPr>
        <w:t>Chỉ đạo định hướng xử lý các vấn đề phức tạp phát sinh thuộc lĩnh vực nội chính, an ninh nông thôn, tôn giáo và phòng, chống tham nhũng, lãng phí, tiêu cực</w:t>
      </w:r>
      <w:r w:rsidR="002A4546" w:rsidRPr="00675285">
        <w:rPr>
          <w:rFonts w:ascii="Times New Roman" w:hAnsi="Times New Roman" w:cs="Times New Roman"/>
          <w:sz w:val="28"/>
          <w:szCs w:val="28"/>
        </w:rPr>
        <w:t>; đơn thư khiếu nại, tố cáo …</w:t>
      </w:r>
      <w:r w:rsidR="007A0F5C" w:rsidRPr="00675285">
        <w:rPr>
          <w:rFonts w:ascii="Times New Roman" w:hAnsi="Times New Roman" w:cs="Times New Roman"/>
          <w:sz w:val="28"/>
          <w:szCs w:val="28"/>
        </w:rPr>
        <w:t xml:space="preserve"> trên địa bàn</w:t>
      </w:r>
      <w:r w:rsidR="00675285">
        <w:rPr>
          <w:rFonts w:ascii="Times New Roman" w:hAnsi="Times New Roman" w:cs="Times New Roman"/>
          <w:sz w:val="28"/>
          <w:szCs w:val="28"/>
        </w:rPr>
        <w:t xml:space="preserve"> xã Lùng Phình</w:t>
      </w:r>
      <w:r w:rsidR="007A0F5C" w:rsidRPr="00675285">
        <w:rPr>
          <w:rFonts w:ascii="Times New Roman" w:hAnsi="Times New Roman" w:cs="Times New Roman"/>
          <w:sz w:val="28"/>
          <w:szCs w:val="28"/>
        </w:rPr>
        <w:t>.</w:t>
      </w:r>
    </w:p>
    <w:p w14:paraId="2DC1B0B2" w14:textId="0E6775D7" w:rsidR="007A0F5C" w:rsidRPr="00675285" w:rsidRDefault="007A0F5C" w:rsidP="00675285">
      <w:pPr>
        <w:spacing w:after="0" w:line="240" w:lineRule="auto"/>
        <w:ind w:firstLine="720"/>
        <w:jc w:val="both"/>
        <w:rPr>
          <w:rFonts w:ascii="Times New Roman" w:hAnsi="Times New Roman" w:cs="Times New Roman"/>
          <w:sz w:val="28"/>
          <w:szCs w:val="28"/>
        </w:rPr>
      </w:pPr>
      <w:r w:rsidRPr="00675285">
        <w:rPr>
          <w:rFonts w:ascii="Times New Roman" w:hAnsi="Times New Roman" w:cs="Times New Roman"/>
          <w:sz w:val="28"/>
          <w:szCs w:val="28"/>
        </w:rPr>
        <w:t>- Chủ trì các cuộc họp giao ban, sơ kết, tổng kết.</w:t>
      </w:r>
    </w:p>
    <w:p w14:paraId="7AA479A6" w14:textId="77777777" w:rsidR="005D2594" w:rsidRPr="00675285" w:rsidRDefault="000A66A2" w:rsidP="00675285">
      <w:pPr>
        <w:spacing w:after="0" w:line="240" w:lineRule="auto"/>
        <w:ind w:firstLine="720"/>
        <w:jc w:val="both"/>
        <w:rPr>
          <w:rFonts w:ascii="Times New Roman" w:hAnsi="Times New Roman" w:cs="Times New Roman"/>
          <w:sz w:val="28"/>
          <w:szCs w:val="28"/>
        </w:rPr>
      </w:pPr>
      <w:r w:rsidRPr="00675285">
        <w:rPr>
          <w:rFonts w:ascii="Times New Roman" w:hAnsi="Times New Roman" w:cs="Times New Roman"/>
          <w:sz w:val="28"/>
          <w:szCs w:val="28"/>
        </w:rPr>
        <w:t xml:space="preserve">- </w:t>
      </w:r>
      <w:r w:rsidR="005D2594" w:rsidRPr="00675285">
        <w:rPr>
          <w:rFonts w:ascii="Times New Roman" w:hAnsi="Times New Roman" w:cs="Times New Roman"/>
          <w:sz w:val="28"/>
          <w:szCs w:val="28"/>
        </w:rPr>
        <w:t>Ký các báo cáo, thông báo kết luận trình Ban Thường vụ Đảng ủy.</w:t>
      </w:r>
    </w:p>
    <w:p w14:paraId="12DBBF1B" w14:textId="32206A69" w:rsidR="005D2594" w:rsidRPr="00675285" w:rsidRDefault="00A85A27" w:rsidP="00675285">
      <w:pPr>
        <w:spacing w:after="0" w:line="240" w:lineRule="auto"/>
        <w:ind w:firstLine="720"/>
        <w:jc w:val="both"/>
        <w:rPr>
          <w:rFonts w:ascii="Times New Roman" w:hAnsi="Times New Roman" w:cs="Times New Roman"/>
          <w:b/>
          <w:bCs/>
          <w:iCs/>
          <w:spacing w:val="-6"/>
          <w:sz w:val="28"/>
          <w:szCs w:val="28"/>
        </w:rPr>
      </w:pPr>
      <w:r w:rsidRPr="00675285">
        <w:rPr>
          <w:rFonts w:ascii="Times New Roman" w:hAnsi="Times New Roman" w:cs="Times New Roman"/>
          <w:b/>
          <w:bCs/>
          <w:iCs/>
          <w:spacing w:val="-6"/>
          <w:sz w:val="28"/>
          <w:szCs w:val="28"/>
        </w:rPr>
        <w:t xml:space="preserve">2. </w:t>
      </w:r>
      <w:r w:rsidR="000E6B55" w:rsidRPr="00675285">
        <w:rPr>
          <w:rFonts w:ascii="Times New Roman" w:hAnsi="Times New Roman" w:cs="Times New Roman"/>
          <w:b/>
          <w:bCs/>
          <w:iCs/>
          <w:spacing w:val="-6"/>
          <w:sz w:val="28"/>
          <w:szCs w:val="28"/>
        </w:rPr>
        <w:t xml:space="preserve">Đồng chí </w:t>
      </w:r>
      <w:r w:rsidR="00562FBA" w:rsidRPr="00675285">
        <w:rPr>
          <w:rFonts w:ascii="Times New Roman" w:hAnsi="Times New Roman" w:cs="Times New Roman"/>
          <w:b/>
          <w:bCs/>
          <w:iCs/>
          <w:spacing w:val="-6"/>
          <w:sz w:val="28"/>
          <w:szCs w:val="28"/>
        </w:rPr>
        <w:t>Chủ nhiệm Ủy ban kiểm tra Đảng ủy</w:t>
      </w:r>
      <w:r w:rsidR="00B43969" w:rsidRPr="00675285">
        <w:rPr>
          <w:rFonts w:ascii="Times New Roman" w:hAnsi="Times New Roman" w:cs="Times New Roman"/>
          <w:b/>
          <w:bCs/>
          <w:iCs/>
          <w:spacing w:val="-6"/>
          <w:sz w:val="28"/>
          <w:szCs w:val="28"/>
        </w:rPr>
        <w:t xml:space="preserve"> - </w:t>
      </w:r>
      <w:r w:rsidR="005D2594" w:rsidRPr="00675285">
        <w:rPr>
          <w:rFonts w:ascii="Times New Roman" w:hAnsi="Times New Roman" w:cs="Times New Roman"/>
          <w:b/>
          <w:bCs/>
          <w:iCs/>
          <w:spacing w:val="-6"/>
          <w:sz w:val="28"/>
          <w:szCs w:val="28"/>
        </w:rPr>
        <w:t>Tổ phó</w:t>
      </w:r>
      <w:r w:rsidR="00562FBA" w:rsidRPr="00675285">
        <w:rPr>
          <w:rFonts w:ascii="Times New Roman" w:hAnsi="Times New Roman" w:cs="Times New Roman"/>
          <w:b/>
          <w:bCs/>
          <w:iCs/>
          <w:spacing w:val="-6"/>
          <w:sz w:val="28"/>
          <w:szCs w:val="28"/>
        </w:rPr>
        <w:t xml:space="preserve"> Thường trực</w:t>
      </w:r>
    </w:p>
    <w:p w14:paraId="133F3492" w14:textId="209F058E" w:rsidR="005D2594" w:rsidRPr="00675285" w:rsidRDefault="000A66A2" w:rsidP="00675285">
      <w:pPr>
        <w:spacing w:after="0" w:line="240" w:lineRule="auto"/>
        <w:ind w:firstLine="720"/>
        <w:jc w:val="both"/>
        <w:rPr>
          <w:rFonts w:ascii="Times New Roman" w:hAnsi="Times New Roman" w:cs="Times New Roman"/>
          <w:sz w:val="28"/>
          <w:szCs w:val="28"/>
        </w:rPr>
      </w:pPr>
      <w:r w:rsidRPr="00675285">
        <w:rPr>
          <w:rFonts w:ascii="Times New Roman" w:hAnsi="Times New Roman" w:cs="Times New Roman"/>
          <w:sz w:val="28"/>
          <w:szCs w:val="28"/>
        </w:rPr>
        <w:t xml:space="preserve">- </w:t>
      </w:r>
      <w:r w:rsidR="005D2594" w:rsidRPr="00675285">
        <w:rPr>
          <w:rFonts w:ascii="Times New Roman" w:hAnsi="Times New Roman" w:cs="Times New Roman"/>
          <w:sz w:val="28"/>
          <w:szCs w:val="28"/>
        </w:rPr>
        <w:t>Giúp Tổ trưởng điều hành hoạt động của Tổ</w:t>
      </w:r>
      <w:r w:rsidR="00D006B6" w:rsidRPr="00675285">
        <w:rPr>
          <w:rFonts w:ascii="Times New Roman" w:hAnsi="Times New Roman" w:cs="Times New Roman"/>
          <w:sz w:val="28"/>
          <w:szCs w:val="28"/>
        </w:rPr>
        <w:t xml:space="preserve">; đôn đốc việc thực hiện các kết luận, chỉ đạo của </w:t>
      </w:r>
      <w:r w:rsidR="00B0795E" w:rsidRPr="00675285">
        <w:rPr>
          <w:rFonts w:ascii="Times New Roman" w:hAnsi="Times New Roman" w:cs="Times New Roman"/>
          <w:sz w:val="28"/>
          <w:szCs w:val="28"/>
        </w:rPr>
        <w:t xml:space="preserve">Ban Thường vụ </w:t>
      </w:r>
      <w:r w:rsidR="00D006B6" w:rsidRPr="00675285">
        <w:rPr>
          <w:rFonts w:ascii="Times New Roman" w:hAnsi="Times New Roman" w:cs="Times New Roman"/>
          <w:sz w:val="28"/>
          <w:szCs w:val="28"/>
        </w:rPr>
        <w:t xml:space="preserve">Đảng ủy về </w:t>
      </w:r>
      <w:r w:rsidR="00B0795E" w:rsidRPr="00675285">
        <w:rPr>
          <w:rFonts w:ascii="Times New Roman" w:hAnsi="Times New Roman" w:cs="Times New Roman"/>
          <w:sz w:val="28"/>
          <w:szCs w:val="28"/>
        </w:rPr>
        <w:t>công tác của các cơ quan</w:t>
      </w:r>
      <w:r w:rsidR="00D006B6" w:rsidRPr="00675285">
        <w:rPr>
          <w:rFonts w:ascii="Times New Roman" w:hAnsi="Times New Roman" w:cs="Times New Roman"/>
          <w:sz w:val="28"/>
          <w:szCs w:val="28"/>
        </w:rPr>
        <w:t xml:space="preserve"> nội chính.</w:t>
      </w:r>
    </w:p>
    <w:p w14:paraId="69E62408" w14:textId="0FA4D009" w:rsidR="00562FBA" w:rsidRPr="00675285" w:rsidRDefault="00562FBA" w:rsidP="00675285">
      <w:pPr>
        <w:pStyle w:val="NormalWeb"/>
        <w:spacing w:before="0" w:beforeAutospacing="0" w:after="0" w:afterAutospacing="0"/>
        <w:ind w:firstLine="720"/>
        <w:jc w:val="both"/>
        <w:rPr>
          <w:spacing w:val="-6"/>
          <w:sz w:val="28"/>
          <w:szCs w:val="28"/>
        </w:rPr>
      </w:pPr>
      <w:r w:rsidRPr="00675285">
        <w:rPr>
          <w:sz w:val="28"/>
          <w:szCs w:val="28"/>
        </w:rPr>
        <w:t xml:space="preserve">- </w:t>
      </w:r>
      <w:r w:rsidRPr="00675285">
        <w:rPr>
          <w:spacing w:val="-6"/>
          <w:sz w:val="28"/>
          <w:szCs w:val="28"/>
        </w:rPr>
        <w:t>Chủ trì tham mưu, theo dõi việc thực hiện các kết luận kiểm tra, giám sát, thanh tra, kiểm toán và các kết luận của cấp ủy có liên quan đến tổ chức đảng, đảng viên.</w:t>
      </w:r>
    </w:p>
    <w:p w14:paraId="3D014443" w14:textId="5453CFD8" w:rsidR="00562FBA" w:rsidRPr="00675285" w:rsidRDefault="00562FBA" w:rsidP="00675285">
      <w:pPr>
        <w:pStyle w:val="NormalWeb"/>
        <w:spacing w:before="0" w:beforeAutospacing="0" w:after="0" w:afterAutospacing="0"/>
        <w:ind w:firstLine="720"/>
        <w:jc w:val="both"/>
        <w:rPr>
          <w:spacing w:val="-2"/>
          <w:sz w:val="28"/>
          <w:szCs w:val="28"/>
        </w:rPr>
      </w:pPr>
      <w:r w:rsidRPr="00675285">
        <w:rPr>
          <w:spacing w:val="-2"/>
          <w:sz w:val="28"/>
          <w:szCs w:val="28"/>
        </w:rPr>
        <w:t xml:space="preserve">- Kịp thời phát hiện và tham mưu xử lý nghiêm các dấu hiệu vi phạm, đơn thư tố cáo liên quan đến tư cách đảng viên, cán bộ thuộc phạm vi quản lý của Đảng ủy xã (đặc biệt là </w:t>
      </w:r>
      <w:r w:rsidR="00A63216" w:rsidRPr="00675285">
        <w:rPr>
          <w:spacing w:val="-2"/>
          <w:sz w:val="28"/>
          <w:szCs w:val="28"/>
        </w:rPr>
        <w:t>các biểu hiện</w:t>
      </w:r>
      <w:r w:rsidRPr="00675285">
        <w:rPr>
          <w:spacing w:val="-2"/>
          <w:sz w:val="28"/>
          <w:szCs w:val="28"/>
        </w:rPr>
        <w:t xml:space="preserve"> suy thoái, </w:t>
      </w:r>
      <w:r w:rsidR="00A63216" w:rsidRPr="00675285">
        <w:rPr>
          <w:spacing w:val="-2"/>
          <w:sz w:val="28"/>
          <w:szCs w:val="28"/>
        </w:rPr>
        <w:t>t</w:t>
      </w:r>
      <w:r w:rsidRPr="00675285">
        <w:rPr>
          <w:spacing w:val="-2"/>
          <w:sz w:val="28"/>
          <w:szCs w:val="28"/>
        </w:rPr>
        <w:t>ham nhũng, lãng phí, tiêu cực).</w:t>
      </w:r>
    </w:p>
    <w:p w14:paraId="4A1491D8" w14:textId="1BC1DBDC" w:rsidR="00562FBA" w:rsidRPr="00675285" w:rsidRDefault="00562FBA" w:rsidP="00675285">
      <w:pPr>
        <w:spacing w:after="0" w:line="240" w:lineRule="auto"/>
        <w:ind w:firstLine="720"/>
        <w:jc w:val="both"/>
        <w:rPr>
          <w:rFonts w:ascii="Times New Roman" w:hAnsi="Times New Roman" w:cs="Times New Roman"/>
          <w:sz w:val="28"/>
          <w:szCs w:val="28"/>
        </w:rPr>
      </w:pPr>
      <w:r w:rsidRPr="00675285">
        <w:rPr>
          <w:rFonts w:ascii="Times New Roman" w:hAnsi="Times New Roman" w:cs="Times New Roman"/>
          <w:sz w:val="28"/>
          <w:szCs w:val="28"/>
        </w:rPr>
        <w:t>- Theo dõi, tham mưu công tác kiểm tra, giám sát về công tác phòng, chống tham nhũng, lãng phí, tiêu cực.</w:t>
      </w:r>
    </w:p>
    <w:p w14:paraId="57675EBE" w14:textId="041BB1D9" w:rsidR="00562FBA" w:rsidRPr="00675285" w:rsidRDefault="00562FBA" w:rsidP="00675285">
      <w:pPr>
        <w:pStyle w:val="NormalWeb"/>
        <w:spacing w:before="0" w:beforeAutospacing="0" w:after="0" w:afterAutospacing="0"/>
        <w:ind w:firstLine="720"/>
        <w:jc w:val="both"/>
        <w:rPr>
          <w:sz w:val="28"/>
          <w:szCs w:val="28"/>
        </w:rPr>
      </w:pPr>
      <w:r w:rsidRPr="00675285">
        <w:rPr>
          <w:sz w:val="28"/>
          <w:szCs w:val="28"/>
        </w:rPr>
        <w:t>- Hướng dẫn Ủy viên Ủy ban Kiểm tra Đảng ủy thực hiện các nghiệp vụ giám sát chuyên đề thuộc lĩnh vực nội chính.</w:t>
      </w:r>
    </w:p>
    <w:p w14:paraId="6D28C92C" w14:textId="77777777" w:rsidR="00562FBA" w:rsidRPr="00675285" w:rsidRDefault="00562FBA" w:rsidP="00675285">
      <w:pPr>
        <w:spacing w:after="0" w:line="240" w:lineRule="auto"/>
        <w:ind w:firstLine="720"/>
        <w:jc w:val="both"/>
        <w:rPr>
          <w:rFonts w:ascii="Times New Roman" w:hAnsi="Times New Roman" w:cs="Times New Roman"/>
          <w:sz w:val="28"/>
          <w:szCs w:val="28"/>
          <w:shd w:val="clear" w:color="auto" w:fill="FFFFFF"/>
        </w:rPr>
      </w:pPr>
      <w:r w:rsidRPr="00675285">
        <w:rPr>
          <w:rFonts w:ascii="Times New Roman" w:hAnsi="Times New Roman" w:cs="Times New Roman"/>
          <w:sz w:val="28"/>
          <w:szCs w:val="28"/>
          <w:shd w:val="clear" w:color="auto" w:fill="FFFFFF"/>
        </w:rPr>
        <w:t xml:space="preserve">- </w:t>
      </w:r>
      <w:r w:rsidRPr="00675285">
        <w:rPr>
          <w:rFonts w:ascii="Times New Roman" w:hAnsi="Times New Roman" w:cs="Times New Roman"/>
          <w:sz w:val="28"/>
          <w:szCs w:val="28"/>
        </w:rPr>
        <w:t>Ký các văn bản thông báo hành chính, lịch làm việc của Tổ dưới sự ủy quyền của Tổ trưởng.</w:t>
      </w:r>
    </w:p>
    <w:p w14:paraId="1860671E" w14:textId="40CDACA1" w:rsidR="00562FBA" w:rsidRPr="00675285" w:rsidRDefault="00A85A27" w:rsidP="00675285">
      <w:pPr>
        <w:spacing w:after="0" w:line="240" w:lineRule="auto"/>
        <w:ind w:firstLine="720"/>
        <w:jc w:val="both"/>
        <w:rPr>
          <w:rFonts w:ascii="Times New Roman" w:hAnsi="Times New Roman" w:cs="Times New Roman"/>
          <w:b/>
          <w:bCs/>
          <w:iCs/>
          <w:sz w:val="28"/>
          <w:szCs w:val="28"/>
        </w:rPr>
      </w:pPr>
      <w:r w:rsidRPr="00675285">
        <w:rPr>
          <w:rFonts w:ascii="Times New Roman" w:hAnsi="Times New Roman" w:cs="Times New Roman"/>
          <w:b/>
          <w:bCs/>
          <w:iCs/>
          <w:sz w:val="28"/>
          <w:szCs w:val="28"/>
        </w:rPr>
        <w:t xml:space="preserve">3. </w:t>
      </w:r>
      <w:r w:rsidR="000E6B55" w:rsidRPr="00675285">
        <w:rPr>
          <w:rFonts w:ascii="Times New Roman" w:hAnsi="Times New Roman" w:cs="Times New Roman"/>
          <w:b/>
          <w:bCs/>
          <w:iCs/>
          <w:sz w:val="28"/>
          <w:szCs w:val="28"/>
        </w:rPr>
        <w:t>Đồng chí</w:t>
      </w:r>
      <w:r w:rsidR="00562FBA" w:rsidRPr="00675285">
        <w:rPr>
          <w:rFonts w:ascii="Times New Roman" w:hAnsi="Times New Roman" w:cs="Times New Roman"/>
          <w:b/>
          <w:bCs/>
          <w:iCs/>
          <w:sz w:val="28"/>
          <w:szCs w:val="28"/>
        </w:rPr>
        <w:t xml:space="preserve"> Phó Chủ tịch Ủy ban nhân dân – Tổ phó </w:t>
      </w:r>
    </w:p>
    <w:p w14:paraId="02FB741B" w14:textId="55A5AD17" w:rsidR="002912D2" w:rsidRPr="00675285" w:rsidRDefault="00562FBA" w:rsidP="00675285">
      <w:pPr>
        <w:pStyle w:val="NormalWeb"/>
        <w:spacing w:before="0" w:beforeAutospacing="0" w:after="0" w:afterAutospacing="0"/>
        <w:ind w:firstLine="720"/>
        <w:jc w:val="both"/>
        <w:rPr>
          <w:sz w:val="28"/>
          <w:szCs w:val="28"/>
        </w:rPr>
      </w:pPr>
      <w:r w:rsidRPr="00675285">
        <w:rPr>
          <w:sz w:val="28"/>
          <w:szCs w:val="28"/>
        </w:rPr>
        <w:t xml:space="preserve">- </w:t>
      </w:r>
      <w:r w:rsidR="002912D2" w:rsidRPr="00675285">
        <w:rPr>
          <w:sz w:val="28"/>
          <w:szCs w:val="28"/>
        </w:rPr>
        <w:t>Thay mặt Tổ trưởng điều hành các hoạt động của Tổ thuộc khối chính quyền khi được ủy quyền. Chỉ đạo Văn phòng Hội đồng nhân dân và Ủy ban nhân dân chuẩn bị các tài liệu, báo cáo liên quan đến việc thực hiện nhiệm vụ chung của Tổ.</w:t>
      </w:r>
    </w:p>
    <w:p w14:paraId="4B4BCA55" w14:textId="5579F36A" w:rsidR="00F25F9E" w:rsidRPr="00675285" w:rsidRDefault="002912D2" w:rsidP="00675285">
      <w:pPr>
        <w:pStyle w:val="NormalWeb"/>
        <w:spacing w:before="0" w:beforeAutospacing="0" w:after="0" w:afterAutospacing="0"/>
        <w:ind w:firstLine="720"/>
        <w:jc w:val="both"/>
        <w:rPr>
          <w:sz w:val="28"/>
          <w:szCs w:val="28"/>
        </w:rPr>
      </w:pPr>
      <w:r w:rsidRPr="00675285">
        <w:rPr>
          <w:sz w:val="28"/>
          <w:szCs w:val="28"/>
        </w:rPr>
        <w:t xml:space="preserve">- </w:t>
      </w:r>
      <w:r w:rsidR="00562FBA" w:rsidRPr="00675285">
        <w:rPr>
          <w:sz w:val="28"/>
          <w:szCs w:val="28"/>
        </w:rPr>
        <w:t>Chủ động nắm chắc tình hình tiếp công dân;</w:t>
      </w:r>
      <w:r w:rsidR="00F25F9E" w:rsidRPr="00675285">
        <w:rPr>
          <w:sz w:val="28"/>
          <w:szCs w:val="28"/>
        </w:rPr>
        <w:t xml:space="preserve"> chỉ đạo theo dõi, tổng hợp tiến độ giải quyết các vụ việc khiếu nại, tố cáo, kiến nghị, phản ánh và tranh chấp phức </w:t>
      </w:r>
      <w:r w:rsidR="00F25F9E" w:rsidRPr="00675285">
        <w:rPr>
          <w:sz w:val="28"/>
          <w:szCs w:val="28"/>
        </w:rPr>
        <w:lastRenderedPageBreak/>
        <w:t>tạp, kéo dài thuộc trách nhiệm giải quyết của Ủy ban nhân dân</w:t>
      </w:r>
      <w:r w:rsidR="00675285">
        <w:rPr>
          <w:sz w:val="28"/>
          <w:szCs w:val="28"/>
        </w:rPr>
        <w:t xml:space="preserve"> xã</w:t>
      </w:r>
      <w:r w:rsidR="00F25F9E" w:rsidRPr="00675285">
        <w:rPr>
          <w:sz w:val="28"/>
          <w:szCs w:val="28"/>
        </w:rPr>
        <w:t>; định kỳ báo cáo Tổ trưởng.</w:t>
      </w:r>
    </w:p>
    <w:p w14:paraId="4AB54BF4" w14:textId="0E2BAA81" w:rsidR="00562FBA" w:rsidRPr="00675285" w:rsidRDefault="00562FBA" w:rsidP="00675285">
      <w:pPr>
        <w:pStyle w:val="NormalWeb"/>
        <w:spacing w:before="0" w:beforeAutospacing="0" w:after="0" w:afterAutospacing="0"/>
        <w:ind w:firstLine="720"/>
        <w:jc w:val="both"/>
        <w:rPr>
          <w:sz w:val="28"/>
          <w:szCs w:val="28"/>
        </w:rPr>
      </w:pPr>
      <w:r w:rsidRPr="00675285">
        <w:rPr>
          <w:sz w:val="28"/>
          <w:szCs w:val="28"/>
        </w:rPr>
        <w:t xml:space="preserve"> </w:t>
      </w:r>
      <w:r w:rsidR="00F25F9E" w:rsidRPr="00675285">
        <w:rPr>
          <w:sz w:val="28"/>
          <w:szCs w:val="28"/>
        </w:rPr>
        <w:t>- Chỉ đạo</w:t>
      </w:r>
      <w:r w:rsidRPr="00675285">
        <w:rPr>
          <w:sz w:val="28"/>
          <w:szCs w:val="28"/>
        </w:rPr>
        <w:t xml:space="preserve"> nâng cao hiệu quả công tác cải cách hành chính,</w:t>
      </w:r>
      <w:r w:rsidR="00F25F9E" w:rsidRPr="00675285">
        <w:rPr>
          <w:sz w:val="28"/>
          <w:szCs w:val="28"/>
        </w:rPr>
        <w:t xml:space="preserve"> chuyển đổi số nhằm</w:t>
      </w:r>
      <w:r w:rsidRPr="00675285">
        <w:rPr>
          <w:sz w:val="28"/>
          <w:szCs w:val="28"/>
        </w:rPr>
        <w:t xml:space="preserve"> phòng ngừa "tham nhũng vặt", nhũng nhiễu, phiền hà trong hoạt động của chính quyền địa phương.</w:t>
      </w:r>
    </w:p>
    <w:p w14:paraId="48ADB809" w14:textId="1D7DBF70" w:rsidR="00562FBA" w:rsidRPr="00675285" w:rsidRDefault="00562FBA" w:rsidP="00675285">
      <w:pPr>
        <w:pStyle w:val="NormalWeb"/>
        <w:spacing w:before="0" w:beforeAutospacing="0" w:after="0" w:afterAutospacing="0"/>
        <w:ind w:firstLine="720"/>
        <w:jc w:val="both"/>
        <w:rPr>
          <w:spacing w:val="-4"/>
          <w:sz w:val="28"/>
          <w:szCs w:val="28"/>
        </w:rPr>
      </w:pPr>
      <w:r w:rsidRPr="00675285">
        <w:rPr>
          <w:spacing w:val="-4"/>
          <w:sz w:val="28"/>
          <w:szCs w:val="28"/>
        </w:rPr>
        <w:t xml:space="preserve">- Theo dõi, đôn đốc việc thực hiện các kết luận thanh tra, kiểm tra, quyết định giải quyết khiếu nại, tố cáo thuộc thẩm quyền của chính quyền; kịp thời báo cáo những nội dung </w:t>
      </w:r>
      <w:r w:rsidR="00F25F9E" w:rsidRPr="00675285">
        <w:rPr>
          <w:spacing w:val="-4"/>
          <w:sz w:val="28"/>
          <w:szCs w:val="28"/>
        </w:rPr>
        <w:t>khó khăn, vướng mắc trong quá trình triển khai</w:t>
      </w:r>
      <w:r w:rsidRPr="00675285">
        <w:rPr>
          <w:spacing w:val="-4"/>
          <w:sz w:val="28"/>
          <w:szCs w:val="28"/>
        </w:rPr>
        <w:t xml:space="preserve"> thực hiện.</w:t>
      </w:r>
    </w:p>
    <w:p w14:paraId="4B7A0830" w14:textId="77777777" w:rsidR="00562FBA" w:rsidRPr="00675285" w:rsidRDefault="00562FBA" w:rsidP="00675285">
      <w:pPr>
        <w:pStyle w:val="NormalWeb"/>
        <w:spacing w:before="0" w:beforeAutospacing="0" w:after="0" w:afterAutospacing="0"/>
        <w:ind w:firstLine="720"/>
        <w:jc w:val="both"/>
        <w:rPr>
          <w:spacing w:val="-6"/>
          <w:sz w:val="28"/>
          <w:szCs w:val="28"/>
        </w:rPr>
      </w:pPr>
      <w:r w:rsidRPr="00675285">
        <w:rPr>
          <w:spacing w:val="-6"/>
          <w:sz w:val="28"/>
          <w:szCs w:val="28"/>
        </w:rPr>
        <w:t>- Phối hợp chuẩn bị nội dung các cuộc giao ban công tác nội chính Đảng; cung cấp thông tin, tài liệu, số liệu hành chính phục vụ công tác tham mưu của Tổ.</w:t>
      </w:r>
    </w:p>
    <w:p w14:paraId="7DF36AFD" w14:textId="7F136B07" w:rsidR="00562FBA" w:rsidRPr="00675285" w:rsidRDefault="00562FBA" w:rsidP="00675285">
      <w:pPr>
        <w:pStyle w:val="NormalWeb"/>
        <w:spacing w:before="0" w:beforeAutospacing="0" w:after="0" w:afterAutospacing="0"/>
        <w:ind w:firstLine="720"/>
        <w:jc w:val="both"/>
        <w:rPr>
          <w:sz w:val="28"/>
          <w:szCs w:val="28"/>
          <w:shd w:val="clear" w:color="auto" w:fill="FFFFFF"/>
        </w:rPr>
      </w:pPr>
      <w:r w:rsidRPr="00675285">
        <w:rPr>
          <w:sz w:val="28"/>
          <w:szCs w:val="28"/>
          <w:shd w:val="clear" w:color="auto" w:fill="FFFFFF"/>
        </w:rPr>
        <w:t xml:space="preserve">- </w:t>
      </w:r>
      <w:r w:rsidR="00793D39" w:rsidRPr="00675285">
        <w:rPr>
          <w:sz w:val="28"/>
          <w:szCs w:val="28"/>
          <w:shd w:val="clear" w:color="auto" w:fill="FFFFFF"/>
        </w:rPr>
        <w:t>Chỉ đạo công tác phối hợp và</w:t>
      </w:r>
      <w:r w:rsidRPr="00675285">
        <w:rPr>
          <w:sz w:val="28"/>
          <w:szCs w:val="28"/>
          <w:shd w:val="clear" w:color="auto" w:fill="FFFFFF"/>
        </w:rPr>
        <w:t xml:space="preserve"> </w:t>
      </w:r>
      <w:r w:rsidR="000A7BB0" w:rsidRPr="00675285">
        <w:rPr>
          <w:sz w:val="28"/>
          <w:szCs w:val="28"/>
          <w:shd w:val="clear" w:color="auto" w:fill="FFFFFF"/>
        </w:rPr>
        <w:t>b</w:t>
      </w:r>
      <w:r w:rsidRPr="00675285">
        <w:rPr>
          <w:sz w:val="28"/>
          <w:szCs w:val="28"/>
          <w:shd w:val="clear" w:color="auto" w:fill="FFFFFF"/>
        </w:rPr>
        <w:t xml:space="preserve">áo cáo </w:t>
      </w:r>
      <w:r w:rsidR="00793D39" w:rsidRPr="00675285">
        <w:rPr>
          <w:sz w:val="28"/>
          <w:szCs w:val="28"/>
          <w:shd w:val="clear" w:color="auto" w:fill="FFFFFF"/>
        </w:rPr>
        <w:t>tình hình</w:t>
      </w:r>
      <w:r w:rsidRPr="00675285">
        <w:rPr>
          <w:sz w:val="28"/>
          <w:szCs w:val="28"/>
          <w:shd w:val="clear" w:color="auto" w:fill="FFFFFF"/>
        </w:rPr>
        <w:t xml:space="preserve"> thi hành án dân sự, thi hành án hành chính trên địa bàn.</w:t>
      </w:r>
    </w:p>
    <w:p w14:paraId="0E8BCCC6" w14:textId="77777777" w:rsidR="000A7BB0" w:rsidRPr="00675285" w:rsidRDefault="00562FBA" w:rsidP="00675285">
      <w:pPr>
        <w:spacing w:after="0" w:line="240" w:lineRule="auto"/>
        <w:ind w:firstLine="720"/>
        <w:jc w:val="both"/>
        <w:rPr>
          <w:rFonts w:ascii="Times New Roman" w:hAnsi="Times New Roman" w:cs="Times New Roman"/>
          <w:b/>
          <w:sz w:val="28"/>
          <w:szCs w:val="28"/>
          <w:shd w:val="clear" w:color="auto" w:fill="FFFFFF"/>
        </w:rPr>
      </w:pPr>
      <w:r w:rsidRPr="00675285">
        <w:rPr>
          <w:rFonts w:ascii="Times New Roman" w:hAnsi="Times New Roman" w:cs="Times New Roman"/>
          <w:b/>
          <w:bCs/>
          <w:iCs/>
          <w:sz w:val="28"/>
          <w:szCs w:val="28"/>
        </w:rPr>
        <w:t xml:space="preserve">4. </w:t>
      </w:r>
      <w:r w:rsidR="000A7BB0" w:rsidRPr="00675285">
        <w:rPr>
          <w:rFonts w:ascii="Times New Roman" w:hAnsi="Times New Roman" w:cs="Times New Roman"/>
          <w:b/>
          <w:bCs/>
          <w:iCs/>
          <w:sz w:val="28"/>
          <w:szCs w:val="28"/>
        </w:rPr>
        <w:t xml:space="preserve">Đồng chí </w:t>
      </w:r>
      <w:r w:rsidR="000A7BB0" w:rsidRPr="00675285">
        <w:rPr>
          <w:rFonts w:ascii="Times New Roman" w:hAnsi="Times New Roman" w:cs="Times New Roman"/>
          <w:b/>
          <w:sz w:val="28"/>
          <w:szCs w:val="28"/>
          <w:shd w:val="clear" w:color="auto" w:fill="FFFFFF"/>
        </w:rPr>
        <w:t xml:space="preserve">Trưởng Ban xây dựng Đảng </w:t>
      </w:r>
      <w:r w:rsidR="000A7BB0" w:rsidRPr="00675285">
        <w:rPr>
          <w:rFonts w:ascii="Times New Roman" w:hAnsi="Times New Roman" w:cs="Times New Roman"/>
          <w:b/>
          <w:bCs/>
          <w:iCs/>
          <w:sz w:val="28"/>
          <w:szCs w:val="28"/>
        </w:rPr>
        <w:t>– Thành viên</w:t>
      </w:r>
    </w:p>
    <w:p w14:paraId="243B8825" w14:textId="2BDDA594" w:rsidR="000A7BB0" w:rsidRPr="00675285" w:rsidRDefault="000A7BB0" w:rsidP="00675285">
      <w:pPr>
        <w:spacing w:after="0" w:line="240" w:lineRule="auto"/>
        <w:ind w:firstLine="720"/>
        <w:jc w:val="both"/>
        <w:rPr>
          <w:rFonts w:ascii="Times New Roman" w:hAnsi="Times New Roman" w:cs="Times New Roman"/>
          <w:sz w:val="28"/>
          <w:szCs w:val="28"/>
          <w:shd w:val="clear" w:color="auto" w:fill="FFFFFF"/>
        </w:rPr>
      </w:pPr>
      <w:r w:rsidRPr="00675285">
        <w:rPr>
          <w:rFonts w:ascii="Times New Roman" w:hAnsi="Times New Roman" w:cs="Times New Roman"/>
          <w:sz w:val="28"/>
          <w:szCs w:val="28"/>
          <w:shd w:val="clear" w:color="auto" w:fill="FFFFFF"/>
        </w:rPr>
        <w:t xml:space="preserve">- </w:t>
      </w:r>
      <w:r w:rsidR="00DE30C3" w:rsidRPr="00675285">
        <w:rPr>
          <w:rFonts w:ascii="Times New Roman" w:hAnsi="Times New Roman" w:cs="Times New Roman"/>
          <w:sz w:val="28"/>
          <w:szCs w:val="28"/>
          <w:shd w:val="clear" w:color="auto" w:fill="FFFFFF"/>
        </w:rPr>
        <w:t xml:space="preserve">Theo dõi, tham mưu công tác bảo vệ chính trị nội bộ; </w:t>
      </w:r>
      <w:r w:rsidRPr="00675285">
        <w:rPr>
          <w:rFonts w:ascii="Times New Roman" w:hAnsi="Times New Roman" w:cs="Times New Roman"/>
          <w:sz w:val="28"/>
          <w:szCs w:val="28"/>
          <w:shd w:val="clear" w:color="auto" w:fill="FFFFFF"/>
        </w:rPr>
        <w:t xml:space="preserve">Chủ động nắm tình hình tư tưởng cán bộ, đảng viên và Nhân dân đối với các vụ việc phức tạp, nhạy cảm phát sinh trên địa bàn. </w:t>
      </w:r>
    </w:p>
    <w:p w14:paraId="1AE2C078" w14:textId="77777777" w:rsidR="000A7BB0" w:rsidRPr="00675285" w:rsidRDefault="000A7BB0" w:rsidP="00675285">
      <w:pPr>
        <w:spacing w:after="0" w:line="240" w:lineRule="auto"/>
        <w:ind w:firstLine="720"/>
        <w:jc w:val="both"/>
        <w:rPr>
          <w:rFonts w:ascii="Times New Roman" w:hAnsi="Times New Roman" w:cs="Times New Roman"/>
          <w:sz w:val="28"/>
          <w:szCs w:val="28"/>
          <w:shd w:val="clear" w:color="auto" w:fill="FFFFFF"/>
        </w:rPr>
      </w:pPr>
      <w:r w:rsidRPr="00675285">
        <w:rPr>
          <w:rFonts w:ascii="Times New Roman" w:hAnsi="Times New Roman" w:cs="Times New Roman"/>
          <w:sz w:val="28"/>
          <w:szCs w:val="28"/>
          <w:shd w:val="clear" w:color="auto" w:fill="FFFFFF"/>
        </w:rPr>
        <w:t xml:space="preserve">- Tham mưu cấp ủy chỉ đạo giải quyết các vấn đề liên quan đến công tác xây dựng Đảng, công tác cán bộ, bảo vệ chính trị nội bộ gắn với nhiệm vụ công tác nội chính Đảng. </w:t>
      </w:r>
    </w:p>
    <w:p w14:paraId="07FE8AF2" w14:textId="77777777" w:rsidR="000A7BB0" w:rsidRPr="00675285" w:rsidRDefault="000A7BB0" w:rsidP="00675285">
      <w:pPr>
        <w:spacing w:after="0" w:line="240" w:lineRule="auto"/>
        <w:ind w:firstLine="720"/>
        <w:jc w:val="both"/>
        <w:rPr>
          <w:rFonts w:ascii="Times New Roman" w:hAnsi="Times New Roman" w:cs="Times New Roman"/>
          <w:spacing w:val="4"/>
          <w:sz w:val="28"/>
          <w:szCs w:val="28"/>
          <w:shd w:val="clear" w:color="auto" w:fill="FFFFFF"/>
        </w:rPr>
      </w:pPr>
      <w:r w:rsidRPr="00675285">
        <w:rPr>
          <w:rFonts w:ascii="Times New Roman" w:hAnsi="Times New Roman" w:cs="Times New Roman"/>
          <w:spacing w:val="4"/>
          <w:sz w:val="28"/>
          <w:szCs w:val="28"/>
          <w:shd w:val="clear" w:color="auto" w:fill="FFFFFF"/>
        </w:rPr>
        <w:t xml:space="preserve">- Phối hợp theo dõi việc thực hiện các kết luận kiểm tra, giám sát, thanh tra, kiểm toán và các kết luận của cấp ủy có liên quan đến tổ chức đảng, đảng viên. </w:t>
      </w:r>
    </w:p>
    <w:p w14:paraId="4B25271A" w14:textId="77777777" w:rsidR="000A7BB0" w:rsidRPr="00675285" w:rsidRDefault="000A7BB0" w:rsidP="00675285">
      <w:pPr>
        <w:spacing w:after="0" w:line="240" w:lineRule="auto"/>
        <w:ind w:firstLine="720"/>
        <w:jc w:val="both"/>
        <w:rPr>
          <w:rFonts w:ascii="Times New Roman" w:hAnsi="Times New Roman" w:cs="Times New Roman"/>
          <w:sz w:val="28"/>
          <w:szCs w:val="28"/>
          <w:shd w:val="clear" w:color="auto" w:fill="FFFFFF"/>
        </w:rPr>
      </w:pPr>
      <w:r w:rsidRPr="00675285">
        <w:rPr>
          <w:rFonts w:ascii="Times New Roman" w:hAnsi="Times New Roman" w:cs="Times New Roman"/>
          <w:sz w:val="28"/>
          <w:szCs w:val="28"/>
          <w:shd w:val="clear" w:color="auto" w:fill="FFFFFF"/>
        </w:rPr>
        <w:t xml:space="preserve">- Tham mưu công tác dân vận trong giải quyết khiếu nại, tố cáo, kiến nghị, phản ánh; tham gia xử lý các vụ việc phức tạp, đông người, kéo dài. </w:t>
      </w:r>
    </w:p>
    <w:p w14:paraId="6B59EB55" w14:textId="77777777" w:rsidR="000A7BB0" w:rsidRPr="00675285" w:rsidRDefault="000A7BB0" w:rsidP="00675285">
      <w:pPr>
        <w:spacing w:after="0" w:line="240" w:lineRule="auto"/>
        <w:ind w:firstLine="720"/>
        <w:jc w:val="both"/>
        <w:rPr>
          <w:rFonts w:ascii="Times New Roman" w:hAnsi="Times New Roman" w:cs="Times New Roman"/>
          <w:spacing w:val="-6"/>
          <w:sz w:val="28"/>
          <w:szCs w:val="28"/>
          <w:shd w:val="clear" w:color="auto" w:fill="FFFFFF"/>
        </w:rPr>
      </w:pPr>
      <w:r w:rsidRPr="00675285">
        <w:rPr>
          <w:rFonts w:ascii="Times New Roman" w:hAnsi="Times New Roman" w:cs="Times New Roman"/>
          <w:spacing w:val="-6"/>
          <w:sz w:val="28"/>
          <w:szCs w:val="28"/>
          <w:shd w:val="clear" w:color="auto" w:fill="FFFFFF"/>
        </w:rPr>
        <w:t>- Đề xuất các giải pháp nhằm nâng cao hiệu quả lãnh đạo, chỉ đạo của cấp ủy đối với công tác nội chính, phòng, chống tham nhũng, lãng phí, tiêu cực.</w:t>
      </w:r>
    </w:p>
    <w:p w14:paraId="52587DA6" w14:textId="5758C7AE" w:rsidR="005D2594" w:rsidRPr="00675285" w:rsidRDefault="000A7BB0" w:rsidP="00675285">
      <w:pPr>
        <w:spacing w:after="0" w:line="240" w:lineRule="auto"/>
        <w:ind w:firstLine="720"/>
        <w:jc w:val="both"/>
        <w:rPr>
          <w:rFonts w:ascii="Times New Roman" w:hAnsi="Times New Roman" w:cs="Times New Roman"/>
          <w:b/>
          <w:bCs/>
          <w:iCs/>
          <w:sz w:val="28"/>
          <w:szCs w:val="28"/>
        </w:rPr>
      </w:pPr>
      <w:r w:rsidRPr="00675285">
        <w:rPr>
          <w:rFonts w:ascii="Times New Roman" w:hAnsi="Times New Roman" w:cs="Times New Roman"/>
          <w:b/>
          <w:bCs/>
          <w:iCs/>
          <w:sz w:val="28"/>
          <w:szCs w:val="28"/>
        </w:rPr>
        <w:t xml:space="preserve">5. </w:t>
      </w:r>
      <w:r w:rsidR="00562FBA" w:rsidRPr="00675285">
        <w:rPr>
          <w:rFonts w:ascii="Times New Roman" w:hAnsi="Times New Roman" w:cs="Times New Roman"/>
          <w:b/>
          <w:bCs/>
          <w:iCs/>
          <w:sz w:val="28"/>
          <w:szCs w:val="28"/>
        </w:rPr>
        <w:t>Đồng chí</w:t>
      </w:r>
      <w:r w:rsidR="000E6B55" w:rsidRPr="00675285">
        <w:rPr>
          <w:rFonts w:ascii="Times New Roman" w:hAnsi="Times New Roman" w:cs="Times New Roman"/>
          <w:b/>
          <w:bCs/>
          <w:iCs/>
          <w:sz w:val="28"/>
          <w:szCs w:val="28"/>
        </w:rPr>
        <w:t xml:space="preserve"> </w:t>
      </w:r>
      <w:r w:rsidR="005D2594" w:rsidRPr="00675285">
        <w:rPr>
          <w:rFonts w:ascii="Times New Roman" w:hAnsi="Times New Roman" w:cs="Times New Roman"/>
          <w:b/>
          <w:bCs/>
          <w:iCs/>
          <w:sz w:val="28"/>
          <w:szCs w:val="28"/>
        </w:rPr>
        <w:t xml:space="preserve">Trưởng Công an </w:t>
      </w:r>
      <w:r w:rsidR="00B43969" w:rsidRPr="00675285">
        <w:rPr>
          <w:rFonts w:ascii="Times New Roman" w:hAnsi="Times New Roman" w:cs="Times New Roman"/>
          <w:b/>
          <w:bCs/>
          <w:iCs/>
          <w:sz w:val="28"/>
          <w:szCs w:val="28"/>
        </w:rPr>
        <w:t xml:space="preserve">– </w:t>
      </w:r>
      <w:r w:rsidR="00562FBA" w:rsidRPr="00675285">
        <w:rPr>
          <w:rFonts w:ascii="Times New Roman" w:hAnsi="Times New Roman" w:cs="Times New Roman"/>
          <w:b/>
          <w:bCs/>
          <w:iCs/>
          <w:sz w:val="28"/>
          <w:szCs w:val="28"/>
        </w:rPr>
        <w:t>Thành viên</w:t>
      </w:r>
    </w:p>
    <w:p w14:paraId="27D92744" w14:textId="4458CF09" w:rsidR="005D2594" w:rsidRPr="00675285" w:rsidRDefault="000A66A2" w:rsidP="00675285">
      <w:pPr>
        <w:spacing w:after="0" w:line="240" w:lineRule="auto"/>
        <w:ind w:firstLine="720"/>
        <w:jc w:val="both"/>
        <w:rPr>
          <w:rFonts w:ascii="Times New Roman" w:hAnsi="Times New Roman" w:cs="Times New Roman"/>
          <w:sz w:val="28"/>
          <w:szCs w:val="28"/>
          <w:shd w:val="clear" w:color="auto" w:fill="FFFFFF"/>
        </w:rPr>
      </w:pPr>
      <w:r w:rsidRPr="00675285">
        <w:rPr>
          <w:rFonts w:ascii="Times New Roman" w:hAnsi="Times New Roman" w:cs="Times New Roman"/>
          <w:sz w:val="28"/>
          <w:szCs w:val="28"/>
        </w:rPr>
        <w:t xml:space="preserve">- </w:t>
      </w:r>
      <w:r w:rsidR="00B617DB" w:rsidRPr="00675285">
        <w:rPr>
          <w:rFonts w:ascii="Times New Roman" w:hAnsi="Times New Roman" w:cs="Times New Roman"/>
          <w:sz w:val="28"/>
          <w:szCs w:val="28"/>
          <w:shd w:val="clear" w:color="auto" w:fill="FFFFFF"/>
        </w:rPr>
        <w:t xml:space="preserve">Chủ trì tham mưu nắm chắc tình hình an ninh chính trị, trật tự an toàn xã hội trên địa bàn; định kỳ đánh giá, dự báo các yếu tố tiềm ẩn phức tạp có thể ảnh hưởng đến an ninh, trật tự. </w:t>
      </w:r>
    </w:p>
    <w:p w14:paraId="50C42D00" w14:textId="77777777" w:rsidR="005D2594" w:rsidRPr="00675285" w:rsidRDefault="00B617DB" w:rsidP="00675285">
      <w:pPr>
        <w:spacing w:after="0" w:line="240" w:lineRule="auto"/>
        <w:ind w:firstLine="720"/>
        <w:jc w:val="both"/>
        <w:rPr>
          <w:rFonts w:ascii="Times New Roman" w:hAnsi="Times New Roman" w:cs="Times New Roman"/>
          <w:sz w:val="28"/>
          <w:szCs w:val="28"/>
        </w:rPr>
      </w:pPr>
      <w:r w:rsidRPr="00675285">
        <w:rPr>
          <w:rFonts w:ascii="Times New Roman" w:hAnsi="Times New Roman" w:cs="Times New Roman"/>
          <w:sz w:val="28"/>
          <w:szCs w:val="28"/>
          <w:shd w:val="clear" w:color="auto" w:fill="FFFFFF"/>
        </w:rPr>
        <w:t>- Tham mưu chỉ đạo xử lý các vụ việc phức tạp, nổi cộm về an ninh, trật tự trên địa bàn. Chủ động đề xuất các giải pháp phòng ngừa từ sớm, từ xa; không để phát sinh điểm nóng, vụ việc phức tạp kéo dài hoặc khiếu kiện đông người vượt cấp.</w:t>
      </w:r>
    </w:p>
    <w:p w14:paraId="10FF35EA" w14:textId="1E0B540E" w:rsidR="004824AD" w:rsidRPr="00675285" w:rsidRDefault="004824AD" w:rsidP="00675285">
      <w:pPr>
        <w:spacing w:after="0" w:line="240" w:lineRule="auto"/>
        <w:ind w:firstLine="720"/>
        <w:jc w:val="both"/>
        <w:rPr>
          <w:rFonts w:ascii="Times New Roman" w:hAnsi="Times New Roman" w:cs="Times New Roman"/>
          <w:spacing w:val="-4"/>
          <w:sz w:val="28"/>
          <w:szCs w:val="28"/>
        </w:rPr>
      </w:pPr>
      <w:r w:rsidRPr="00675285">
        <w:rPr>
          <w:rFonts w:ascii="Times New Roman" w:hAnsi="Times New Roman" w:cs="Times New Roman"/>
          <w:spacing w:val="-4"/>
          <w:sz w:val="28"/>
          <w:szCs w:val="28"/>
        </w:rPr>
        <w:t xml:space="preserve">- </w:t>
      </w:r>
      <w:r w:rsidRPr="00675285">
        <w:rPr>
          <w:rFonts w:ascii="Times New Roman" w:hAnsi="Times New Roman" w:cs="Times New Roman"/>
          <w:spacing w:val="-4"/>
          <w:sz w:val="28"/>
          <w:szCs w:val="28"/>
          <w:shd w:val="clear" w:color="auto" w:fill="FFFFFF"/>
        </w:rPr>
        <w:t xml:space="preserve">Phối hợp theo dõi tình hình vi phạm pháp luật, dấu hiệu tham nhũng, </w:t>
      </w:r>
      <w:r w:rsidR="00B617DB" w:rsidRPr="00675285">
        <w:rPr>
          <w:rFonts w:ascii="Times New Roman" w:hAnsi="Times New Roman" w:cs="Times New Roman"/>
          <w:spacing w:val="-4"/>
          <w:sz w:val="28"/>
          <w:szCs w:val="28"/>
          <w:shd w:val="clear" w:color="auto" w:fill="FFFFFF"/>
        </w:rPr>
        <w:t xml:space="preserve">lãng phí, </w:t>
      </w:r>
      <w:r w:rsidRPr="00675285">
        <w:rPr>
          <w:rFonts w:ascii="Times New Roman" w:hAnsi="Times New Roman" w:cs="Times New Roman"/>
          <w:spacing w:val="-4"/>
          <w:sz w:val="28"/>
          <w:szCs w:val="28"/>
          <w:shd w:val="clear" w:color="auto" w:fill="FFFFFF"/>
        </w:rPr>
        <w:t xml:space="preserve">tiêu cực, lợi dụng chức vụ, quyền hạn trong thực thi công vụ trên địa bàn. </w:t>
      </w:r>
    </w:p>
    <w:p w14:paraId="54EFF795" w14:textId="4ADDD1A9" w:rsidR="00547242" w:rsidRPr="00675285" w:rsidRDefault="004824AD" w:rsidP="00675285">
      <w:pPr>
        <w:spacing w:after="0" w:line="240" w:lineRule="auto"/>
        <w:ind w:firstLine="720"/>
        <w:jc w:val="both"/>
        <w:rPr>
          <w:rFonts w:ascii="Times New Roman" w:hAnsi="Times New Roman" w:cs="Times New Roman"/>
          <w:sz w:val="28"/>
          <w:szCs w:val="28"/>
        </w:rPr>
      </w:pPr>
      <w:r w:rsidRPr="00675285">
        <w:rPr>
          <w:rFonts w:ascii="Times New Roman" w:hAnsi="Times New Roman" w:cs="Times New Roman"/>
          <w:sz w:val="28"/>
          <w:szCs w:val="28"/>
          <w:shd w:val="clear" w:color="auto" w:fill="FFFFFF"/>
        </w:rPr>
        <w:t>- Làm đầu mối tham mưu theo dõi, quản lý danh mục các vụ việc phức tạp, nổi cộm, kéo dài; các vụ việc có nguy cơ phát sinh khiếu kiện đông người, vượt cấp, ảnh hưởng đến an ninh chính trị, trật tự an toàn xã hội trên địa bàn; định kỳ hằng tháng báo cáo Tổ để theo dõi, chỉ đạo xử lý.</w:t>
      </w:r>
    </w:p>
    <w:p w14:paraId="14F9F017" w14:textId="0B02F05B" w:rsidR="005D2594" w:rsidRPr="00675285" w:rsidRDefault="005D7E4A" w:rsidP="00675285">
      <w:pPr>
        <w:spacing w:after="0" w:line="240" w:lineRule="auto"/>
        <w:ind w:firstLine="720"/>
        <w:jc w:val="both"/>
        <w:rPr>
          <w:rFonts w:ascii="Times New Roman" w:hAnsi="Times New Roman" w:cs="Times New Roman"/>
          <w:b/>
          <w:bCs/>
          <w:iCs/>
          <w:sz w:val="28"/>
          <w:szCs w:val="28"/>
        </w:rPr>
      </w:pPr>
      <w:r w:rsidRPr="00675285">
        <w:rPr>
          <w:rFonts w:ascii="Times New Roman" w:hAnsi="Times New Roman" w:cs="Times New Roman"/>
          <w:b/>
          <w:bCs/>
          <w:iCs/>
          <w:sz w:val="28"/>
          <w:szCs w:val="28"/>
        </w:rPr>
        <w:t>6</w:t>
      </w:r>
      <w:r w:rsidR="00B43969" w:rsidRPr="00675285">
        <w:rPr>
          <w:rFonts w:ascii="Times New Roman" w:hAnsi="Times New Roman" w:cs="Times New Roman"/>
          <w:b/>
          <w:bCs/>
          <w:iCs/>
          <w:sz w:val="28"/>
          <w:szCs w:val="28"/>
        </w:rPr>
        <w:t xml:space="preserve">. </w:t>
      </w:r>
      <w:r w:rsidR="00E4549F" w:rsidRPr="00675285">
        <w:rPr>
          <w:rFonts w:ascii="Times New Roman" w:hAnsi="Times New Roman" w:cs="Times New Roman"/>
          <w:b/>
          <w:bCs/>
          <w:iCs/>
          <w:sz w:val="28"/>
          <w:szCs w:val="28"/>
        </w:rPr>
        <w:t xml:space="preserve">Đồng chí </w:t>
      </w:r>
      <w:r w:rsidR="005D2594" w:rsidRPr="00675285">
        <w:rPr>
          <w:rFonts w:ascii="Times New Roman" w:hAnsi="Times New Roman" w:cs="Times New Roman"/>
          <w:b/>
          <w:bCs/>
          <w:iCs/>
          <w:sz w:val="28"/>
          <w:szCs w:val="28"/>
        </w:rPr>
        <w:t>Chỉ huy trưởng Ban Chỉ huy quân sự</w:t>
      </w:r>
      <w:r w:rsidR="00B43969" w:rsidRPr="00675285">
        <w:rPr>
          <w:rFonts w:ascii="Times New Roman" w:hAnsi="Times New Roman" w:cs="Times New Roman"/>
          <w:b/>
          <w:bCs/>
          <w:iCs/>
          <w:sz w:val="28"/>
          <w:szCs w:val="28"/>
        </w:rPr>
        <w:t xml:space="preserve"> - Thành viên</w:t>
      </w:r>
    </w:p>
    <w:p w14:paraId="537C577B" w14:textId="33A45103" w:rsidR="005D2594" w:rsidRPr="00675285" w:rsidRDefault="000A66A2" w:rsidP="00675285">
      <w:pPr>
        <w:spacing w:after="0" w:line="240" w:lineRule="auto"/>
        <w:ind w:firstLine="720"/>
        <w:jc w:val="both"/>
        <w:rPr>
          <w:rFonts w:ascii="Times New Roman" w:hAnsi="Times New Roman" w:cs="Times New Roman"/>
          <w:sz w:val="28"/>
          <w:szCs w:val="28"/>
        </w:rPr>
      </w:pPr>
      <w:r w:rsidRPr="00675285">
        <w:rPr>
          <w:rFonts w:ascii="Times New Roman" w:hAnsi="Times New Roman" w:cs="Times New Roman"/>
          <w:sz w:val="28"/>
          <w:szCs w:val="28"/>
        </w:rPr>
        <w:t xml:space="preserve">- </w:t>
      </w:r>
      <w:r w:rsidR="005D2594" w:rsidRPr="00675285">
        <w:rPr>
          <w:rFonts w:ascii="Times New Roman" w:hAnsi="Times New Roman" w:cs="Times New Roman"/>
          <w:sz w:val="28"/>
          <w:szCs w:val="28"/>
        </w:rPr>
        <w:t>Theo dõi tình hình quốc phòng, quân sự địa phương.</w:t>
      </w:r>
    </w:p>
    <w:p w14:paraId="6434DB34" w14:textId="41C4B535" w:rsidR="005D2594" w:rsidRPr="00675285" w:rsidRDefault="000A66A2" w:rsidP="00675285">
      <w:pPr>
        <w:spacing w:after="0" w:line="240" w:lineRule="auto"/>
        <w:ind w:firstLine="720"/>
        <w:jc w:val="both"/>
        <w:rPr>
          <w:rFonts w:ascii="Times New Roman" w:hAnsi="Times New Roman" w:cs="Times New Roman"/>
          <w:spacing w:val="-8"/>
          <w:sz w:val="28"/>
          <w:szCs w:val="28"/>
        </w:rPr>
      </w:pPr>
      <w:r w:rsidRPr="00675285">
        <w:rPr>
          <w:rFonts w:ascii="Times New Roman" w:hAnsi="Times New Roman" w:cs="Times New Roman"/>
          <w:spacing w:val="-8"/>
          <w:sz w:val="28"/>
          <w:szCs w:val="28"/>
        </w:rPr>
        <w:t xml:space="preserve">- </w:t>
      </w:r>
      <w:r w:rsidR="005D2594" w:rsidRPr="00675285">
        <w:rPr>
          <w:rFonts w:ascii="Times New Roman" w:hAnsi="Times New Roman" w:cs="Times New Roman"/>
          <w:spacing w:val="-8"/>
          <w:sz w:val="28"/>
          <w:szCs w:val="28"/>
        </w:rPr>
        <w:t>Phối hợp tham mưu xử lý các tình huống liên quan đến quốc phòng, an ninh.</w:t>
      </w:r>
    </w:p>
    <w:p w14:paraId="5ACA4BB5" w14:textId="32689948" w:rsidR="00B617DB" w:rsidRPr="00675285" w:rsidRDefault="00E90EE1" w:rsidP="00675285">
      <w:pPr>
        <w:spacing w:after="0" w:line="240" w:lineRule="auto"/>
        <w:ind w:firstLine="720"/>
        <w:jc w:val="both"/>
        <w:rPr>
          <w:rFonts w:ascii="Times New Roman" w:hAnsi="Times New Roman" w:cs="Times New Roman"/>
          <w:sz w:val="28"/>
          <w:szCs w:val="28"/>
        </w:rPr>
      </w:pPr>
      <w:r w:rsidRPr="00675285">
        <w:rPr>
          <w:rFonts w:ascii="Times New Roman" w:hAnsi="Times New Roman" w:cs="Times New Roman"/>
          <w:sz w:val="28"/>
          <w:szCs w:val="28"/>
        </w:rPr>
        <w:t>- Tham mưu c</w:t>
      </w:r>
      <w:r w:rsidRPr="00675285">
        <w:rPr>
          <w:rFonts w:ascii="Times New Roman" w:hAnsi="Times New Roman" w:cs="Times New Roman"/>
          <w:sz w:val="28"/>
          <w:szCs w:val="28"/>
          <w:shd w:val="clear" w:color="auto" w:fill="FFFFFF"/>
        </w:rPr>
        <w:t>ông tác phòng thủ dân sự, phòng chống thiên tai và tìm kiếm cứu nạn.</w:t>
      </w:r>
    </w:p>
    <w:p w14:paraId="56954823" w14:textId="71CD2FA0" w:rsidR="005D2594" w:rsidRPr="00675285" w:rsidRDefault="005D7E4A" w:rsidP="00675285">
      <w:pPr>
        <w:spacing w:after="0" w:line="240" w:lineRule="auto"/>
        <w:ind w:firstLine="720"/>
        <w:jc w:val="both"/>
        <w:rPr>
          <w:rFonts w:ascii="Times New Roman" w:hAnsi="Times New Roman" w:cs="Times New Roman"/>
          <w:b/>
          <w:bCs/>
          <w:iCs/>
          <w:sz w:val="28"/>
          <w:szCs w:val="28"/>
        </w:rPr>
      </w:pPr>
      <w:r w:rsidRPr="00675285">
        <w:rPr>
          <w:rFonts w:ascii="Times New Roman" w:hAnsi="Times New Roman" w:cs="Times New Roman"/>
          <w:b/>
          <w:bCs/>
          <w:iCs/>
          <w:sz w:val="28"/>
          <w:szCs w:val="28"/>
        </w:rPr>
        <w:lastRenderedPageBreak/>
        <w:t>7</w:t>
      </w:r>
      <w:r w:rsidR="00A85A27" w:rsidRPr="00675285">
        <w:rPr>
          <w:rFonts w:ascii="Times New Roman" w:hAnsi="Times New Roman" w:cs="Times New Roman"/>
          <w:b/>
          <w:bCs/>
          <w:iCs/>
          <w:sz w:val="28"/>
          <w:szCs w:val="28"/>
        </w:rPr>
        <w:t xml:space="preserve">. </w:t>
      </w:r>
      <w:r w:rsidR="00266A06" w:rsidRPr="00675285">
        <w:rPr>
          <w:rFonts w:ascii="Times New Roman" w:hAnsi="Times New Roman" w:cs="Times New Roman"/>
          <w:b/>
          <w:bCs/>
          <w:iCs/>
          <w:spacing w:val="4"/>
          <w:sz w:val="28"/>
          <w:szCs w:val="28"/>
        </w:rPr>
        <w:t xml:space="preserve">Đồng chí </w:t>
      </w:r>
      <w:r w:rsidR="00562FBA" w:rsidRPr="00675285">
        <w:rPr>
          <w:rFonts w:ascii="Times New Roman" w:hAnsi="Times New Roman" w:cs="Times New Roman"/>
          <w:b/>
          <w:bCs/>
          <w:iCs/>
          <w:sz w:val="28"/>
          <w:szCs w:val="28"/>
        </w:rPr>
        <w:t>lãnh đạo Văn phòng</w:t>
      </w:r>
      <w:r w:rsidR="005D2594" w:rsidRPr="00675285">
        <w:rPr>
          <w:rFonts w:ascii="Times New Roman" w:hAnsi="Times New Roman" w:cs="Times New Roman"/>
          <w:b/>
          <w:bCs/>
          <w:iCs/>
          <w:sz w:val="28"/>
          <w:szCs w:val="28"/>
        </w:rPr>
        <w:t xml:space="preserve"> Đảng ủy</w:t>
      </w:r>
      <w:r w:rsidR="000A66A2" w:rsidRPr="00675285">
        <w:rPr>
          <w:rFonts w:ascii="Times New Roman" w:hAnsi="Times New Roman" w:cs="Times New Roman"/>
          <w:b/>
          <w:bCs/>
          <w:iCs/>
          <w:sz w:val="28"/>
          <w:szCs w:val="28"/>
        </w:rPr>
        <w:t xml:space="preserve"> phụ</w:t>
      </w:r>
      <w:r w:rsidR="00A77C29" w:rsidRPr="00675285">
        <w:rPr>
          <w:rFonts w:ascii="Times New Roman" w:hAnsi="Times New Roman" w:cs="Times New Roman"/>
          <w:b/>
          <w:bCs/>
          <w:iCs/>
          <w:sz w:val="28"/>
          <w:szCs w:val="28"/>
        </w:rPr>
        <w:t xml:space="preserve"> trách công tác tổng hợp, tham mưu về lĩnh vực </w:t>
      </w:r>
      <w:r w:rsidR="000A66A2" w:rsidRPr="00675285">
        <w:rPr>
          <w:rFonts w:ascii="Times New Roman" w:hAnsi="Times New Roman" w:cs="Times New Roman"/>
          <w:b/>
          <w:bCs/>
          <w:iCs/>
          <w:sz w:val="28"/>
          <w:szCs w:val="28"/>
        </w:rPr>
        <w:t>nộ</w:t>
      </w:r>
      <w:r w:rsidR="00FE3B75" w:rsidRPr="00675285">
        <w:rPr>
          <w:rFonts w:ascii="Times New Roman" w:hAnsi="Times New Roman" w:cs="Times New Roman"/>
          <w:b/>
          <w:bCs/>
          <w:iCs/>
          <w:sz w:val="28"/>
          <w:szCs w:val="28"/>
        </w:rPr>
        <w:t>i chính</w:t>
      </w:r>
      <w:r w:rsidR="00562FBA" w:rsidRPr="00675285">
        <w:rPr>
          <w:rFonts w:ascii="Times New Roman" w:hAnsi="Times New Roman" w:cs="Times New Roman"/>
          <w:b/>
          <w:bCs/>
          <w:iCs/>
          <w:sz w:val="28"/>
          <w:szCs w:val="28"/>
        </w:rPr>
        <w:t xml:space="preserve"> – Thành viên</w:t>
      </w:r>
    </w:p>
    <w:p w14:paraId="37FD5456" w14:textId="67A91079" w:rsidR="005D2594" w:rsidRPr="00675285" w:rsidRDefault="000A66A2" w:rsidP="00675285">
      <w:pPr>
        <w:spacing w:after="0" w:line="240" w:lineRule="auto"/>
        <w:ind w:firstLine="720"/>
        <w:jc w:val="both"/>
        <w:rPr>
          <w:rFonts w:ascii="Times New Roman" w:hAnsi="Times New Roman" w:cs="Times New Roman"/>
          <w:sz w:val="28"/>
          <w:szCs w:val="28"/>
        </w:rPr>
      </w:pPr>
      <w:r w:rsidRPr="00675285">
        <w:rPr>
          <w:rFonts w:ascii="Times New Roman" w:hAnsi="Times New Roman" w:cs="Times New Roman"/>
          <w:sz w:val="28"/>
          <w:szCs w:val="28"/>
        </w:rPr>
        <w:t xml:space="preserve">- </w:t>
      </w:r>
      <w:r w:rsidR="00D006B6" w:rsidRPr="00675285">
        <w:rPr>
          <w:rFonts w:ascii="Times New Roman" w:hAnsi="Times New Roman" w:cs="Times New Roman"/>
          <w:sz w:val="28"/>
          <w:szCs w:val="28"/>
        </w:rPr>
        <w:t>Trực tiếp tham mưu tổng hợp, xây dựng các chương trình, kế hoạch, nghị quyết chuyên đề của Đảng ủy liên quan đến công tác nội chính</w:t>
      </w:r>
      <w:r w:rsidR="005D2594" w:rsidRPr="00675285">
        <w:rPr>
          <w:rFonts w:ascii="Times New Roman" w:hAnsi="Times New Roman" w:cs="Times New Roman"/>
          <w:sz w:val="28"/>
          <w:szCs w:val="28"/>
        </w:rPr>
        <w:t>.</w:t>
      </w:r>
    </w:p>
    <w:p w14:paraId="0C99371F" w14:textId="5BE9DBD4" w:rsidR="005D2594" w:rsidRPr="00675285" w:rsidRDefault="000A66A2" w:rsidP="00675285">
      <w:pPr>
        <w:spacing w:after="0" w:line="240" w:lineRule="auto"/>
        <w:ind w:firstLine="720"/>
        <w:jc w:val="both"/>
        <w:rPr>
          <w:rFonts w:ascii="Times New Roman" w:hAnsi="Times New Roman" w:cs="Times New Roman"/>
          <w:sz w:val="28"/>
          <w:szCs w:val="28"/>
        </w:rPr>
      </w:pPr>
      <w:r w:rsidRPr="00675285">
        <w:rPr>
          <w:rFonts w:ascii="Times New Roman" w:hAnsi="Times New Roman" w:cs="Times New Roman"/>
          <w:sz w:val="28"/>
          <w:szCs w:val="28"/>
        </w:rPr>
        <w:t xml:space="preserve">- </w:t>
      </w:r>
      <w:r w:rsidR="005D2594" w:rsidRPr="00675285">
        <w:rPr>
          <w:rFonts w:ascii="Times New Roman" w:hAnsi="Times New Roman" w:cs="Times New Roman"/>
          <w:sz w:val="28"/>
          <w:szCs w:val="28"/>
        </w:rPr>
        <w:t>Theo dõi việc thực hiện các chương trình, kế hoạch của Đảng ủy liên quan đến công tác nội chính.</w:t>
      </w:r>
    </w:p>
    <w:p w14:paraId="6CE44580" w14:textId="23452CC1" w:rsidR="00B617DB" w:rsidRPr="00675285" w:rsidRDefault="00B617DB" w:rsidP="00675285">
      <w:pPr>
        <w:spacing w:after="0" w:line="240" w:lineRule="auto"/>
        <w:ind w:firstLine="720"/>
        <w:jc w:val="both"/>
        <w:rPr>
          <w:rFonts w:ascii="Times New Roman" w:hAnsi="Times New Roman" w:cs="Times New Roman"/>
          <w:sz w:val="28"/>
          <w:szCs w:val="28"/>
          <w:shd w:val="clear" w:color="auto" w:fill="FFFFFF"/>
        </w:rPr>
      </w:pPr>
      <w:r w:rsidRPr="00675285">
        <w:rPr>
          <w:rFonts w:ascii="Times New Roman" w:hAnsi="Times New Roman" w:cs="Times New Roman"/>
          <w:sz w:val="28"/>
          <w:szCs w:val="28"/>
          <w:shd w:val="clear" w:color="auto" w:fill="FFFFFF"/>
        </w:rPr>
        <w:t>- Tham mưu thực hiện đầy đủ chế độ thông tin, báo cáo theo quy định.</w:t>
      </w:r>
    </w:p>
    <w:p w14:paraId="29550373" w14:textId="07885384" w:rsidR="00FE3B75" w:rsidRPr="00675285" w:rsidRDefault="00FE3B75" w:rsidP="00675285">
      <w:pPr>
        <w:spacing w:after="0" w:line="240" w:lineRule="auto"/>
        <w:ind w:firstLine="720"/>
        <w:jc w:val="both"/>
        <w:rPr>
          <w:rFonts w:ascii="Times New Roman" w:hAnsi="Times New Roman" w:cs="Times New Roman"/>
          <w:spacing w:val="-6"/>
          <w:sz w:val="28"/>
          <w:szCs w:val="28"/>
          <w:shd w:val="clear" w:color="auto" w:fill="FFFFFF"/>
        </w:rPr>
      </w:pPr>
      <w:r w:rsidRPr="00675285">
        <w:rPr>
          <w:rFonts w:ascii="Times New Roman" w:hAnsi="Times New Roman" w:cs="Times New Roman"/>
          <w:spacing w:val="-6"/>
          <w:sz w:val="28"/>
          <w:szCs w:val="28"/>
          <w:shd w:val="clear" w:color="auto" w:fill="FFFFFF"/>
        </w:rPr>
        <w:t xml:space="preserve">- Là đầu mối phối hợp với Ban Nội chính Tỉnh ủy trong việc nắm tình hình, trao đổi thông tin, báo cáo và thực hiện các yêu cầu về công tác nội chính Đảng. </w:t>
      </w:r>
      <w:r w:rsidR="00DE30C3" w:rsidRPr="00675285">
        <w:rPr>
          <w:rFonts w:ascii="Times New Roman" w:hAnsi="Times New Roman" w:cs="Times New Roman"/>
          <w:spacing w:val="-6"/>
          <w:sz w:val="28"/>
          <w:szCs w:val="28"/>
          <w:shd w:val="clear" w:color="auto" w:fill="FFFFFF"/>
        </w:rPr>
        <w:t>Theo dõi việc thực hiện các kết luận giao ban công tác nội chính; tổng hợp, báo cáo kết quả thực hiện theo định kỳ."</w:t>
      </w:r>
    </w:p>
    <w:p w14:paraId="2FD29D50" w14:textId="70F186CE" w:rsidR="00FE3B75" w:rsidRPr="00675285" w:rsidRDefault="00FE3B75" w:rsidP="00675285">
      <w:pPr>
        <w:spacing w:after="0" w:line="240" w:lineRule="auto"/>
        <w:ind w:firstLine="720"/>
        <w:jc w:val="both"/>
        <w:rPr>
          <w:rFonts w:ascii="Times New Roman" w:hAnsi="Times New Roman" w:cs="Times New Roman"/>
          <w:sz w:val="28"/>
          <w:szCs w:val="28"/>
          <w:shd w:val="clear" w:color="auto" w:fill="FFFFFF"/>
        </w:rPr>
      </w:pPr>
      <w:r w:rsidRPr="00675285">
        <w:rPr>
          <w:rFonts w:ascii="Times New Roman" w:hAnsi="Times New Roman" w:cs="Times New Roman"/>
          <w:sz w:val="28"/>
          <w:szCs w:val="28"/>
          <w:shd w:val="clear" w:color="auto" w:fill="FFFFFF"/>
        </w:rPr>
        <w:t xml:space="preserve">- Chủ trì chuẩn bị nội dung, tài liệu phục vụ các đoàn công tác, đoàn kiểm tra, giám sát của Ban Nội chính Tỉnh ủy làm việc tại địa phương. </w:t>
      </w:r>
    </w:p>
    <w:p w14:paraId="0C4B23E8" w14:textId="35A3471B" w:rsidR="005D2594" w:rsidRPr="00675285" w:rsidRDefault="000A7BB0" w:rsidP="00675285">
      <w:pPr>
        <w:spacing w:after="0" w:line="240" w:lineRule="auto"/>
        <w:ind w:firstLine="720"/>
        <w:jc w:val="both"/>
        <w:rPr>
          <w:rFonts w:ascii="Times New Roman" w:hAnsi="Times New Roman" w:cs="Times New Roman"/>
          <w:b/>
          <w:bCs/>
          <w:iCs/>
          <w:sz w:val="28"/>
          <w:szCs w:val="28"/>
        </w:rPr>
      </w:pPr>
      <w:r w:rsidRPr="00675285">
        <w:rPr>
          <w:rFonts w:ascii="Times New Roman" w:hAnsi="Times New Roman" w:cs="Times New Roman"/>
          <w:b/>
          <w:bCs/>
          <w:iCs/>
          <w:sz w:val="28"/>
          <w:szCs w:val="28"/>
        </w:rPr>
        <w:t>8</w:t>
      </w:r>
      <w:r w:rsidR="00A85A27" w:rsidRPr="00675285">
        <w:rPr>
          <w:rFonts w:ascii="Times New Roman" w:hAnsi="Times New Roman" w:cs="Times New Roman"/>
          <w:b/>
          <w:bCs/>
          <w:iCs/>
          <w:sz w:val="28"/>
          <w:szCs w:val="28"/>
        </w:rPr>
        <w:t xml:space="preserve">. </w:t>
      </w:r>
      <w:r w:rsidR="00266A06" w:rsidRPr="00675285">
        <w:rPr>
          <w:rFonts w:ascii="Times New Roman" w:hAnsi="Times New Roman" w:cs="Times New Roman"/>
          <w:b/>
          <w:bCs/>
          <w:iCs/>
          <w:spacing w:val="4"/>
          <w:sz w:val="28"/>
          <w:szCs w:val="28"/>
        </w:rPr>
        <w:t xml:space="preserve">Đồng chí </w:t>
      </w:r>
      <w:r w:rsidR="005D2594" w:rsidRPr="00675285">
        <w:rPr>
          <w:rFonts w:ascii="Times New Roman" w:hAnsi="Times New Roman" w:cs="Times New Roman"/>
          <w:b/>
          <w:bCs/>
          <w:iCs/>
          <w:sz w:val="28"/>
          <w:szCs w:val="28"/>
        </w:rPr>
        <w:t xml:space="preserve">Ủy viên </w:t>
      </w:r>
      <w:r w:rsidR="00547242" w:rsidRPr="00675285">
        <w:rPr>
          <w:rFonts w:ascii="Times New Roman" w:hAnsi="Times New Roman" w:cs="Times New Roman"/>
          <w:b/>
          <w:bCs/>
          <w:iCs/>
          <w:sz w:val="28"/>
          <w:szCs w:val="28"/>
        </w:rPr>
        <w:t>Ủy Ban Kiểm tra</w:t>
      </w:r>
      <w:r w:rsidR="005D2594" w:rsidRPr="00675285">
        <w:rPr>
          <w:rFonts w:ascii="Times New Roman" w:hAnsi="Times New Roman" w:cs="Times New Roman"/>
          <w:b/>
          <w:bCs/>
          <w:iCs/>
          <w:sz w:val="28"/>
          <w:szCs w:val="28"/>
        </w:rPr>
        <w:t xml:space="preserve"> Đảng ủy</w:t>
      </w:r>
      <w:r w:rsidR="00562FBA" w:rsidRPr="00675285">
        <w:rPr>
          <w:rFonts w:ascii="Times New Roman" w:hAnsi="Times New Roman" w:cs="Times New Roman"/>
          <w:b/>
          <w:bCs/>
          <w:iCs/>
          <w:sz w:val="28"/>
          <w:szCs w:val="28"/>
        </w:rPr>
        <w:t xml:space="preserve"> – Thành viên</w:t>
      </w:r>
    </w:p>
    <w:p w14:paraId="39AD3E0B" w14:textId="53EBB0A6" w:rsidR="00D006B6" w:rsidRPr="00675285" w:rsidRDefault="00D006B6" w:rsidP="00675285">
      <w:pPr>
        <w:pStyle w:val="NormalWeb"/>
        <w:spacing w:before="0" w:beforeAutospacing="0" w:after="0" w:afterAutospacing="0"/>
        <w:ind w:firstLine="720"/>
        <w:jc w:val="both"/>
        <w:rPr>
          <w:sz w:val="28"/>
          <w:szCs w:val="28"/>
        </w:rPr>
      </w:pPr>
      <w:r w:rsidRPr="00675285">
        <w:rPr>
          <w:sz w:val="28"/>
          <w:szCs w:val="28"/>
        </w:rPr>
        <w:t xml:space="preserve">- Chịu sự phân công của Chủ nhiệm </w:t>
      </w:r>
      <w:r w:rsidR="00F04CAD" w:rsidRPr="00675285">
        <w:rPr>
          <w:sz w:val="28"/>
          <w:szCs w:val="28"/>
        </w:rPr>
        <w:t>Ủy ban Kiểm tra</w:t>
      </w:r>
      <w:r w:rsidRPr="00675285">
        <w:rPr>
          <w:sz w:val="28"/>
          <w:szCs w:val="28"/>
        </w:rPr>
        <w:t xml:space="preserve"> Đảng ủy trong việc trực tiếp theo dõi, thẩm tra, xác minh các nội dung liên quan đến dấu hiệu vi phạm của tổ chức đảng và đảng viên.</w:t>
      </w:r>
    </w:p>
    <w:p w14:paraId="59AF8533" w14:textId="72BE09C3" w:rsidR="000A7BB0" w:rsidRPr="00675285" w:rsidRDefault="00D006B6" w:rsidP="00675285">
      <w:pPr>
        <w:pStyle w:val="NormalWeb"/>
        <w:spacing w:before="0" w:beforeAutospacing="0" w:after="0" w:afterAutospacing="0"/>
        <w:ind w:firstLine="720"/>
        <w:jc w:val="both"/>
        <w:rPr>
          <w:sz w:val="28"/>
          <w:szCs w:val="28"/>
        </w:rPr>
      </w:pPr>
      <w:r w:rsidRPr="00675285">
        <w:rPr>
          <w:sz w:val="28"/>
          <w:szCs w:val="28"/>
        </w:rPr>
        <w:t>- Thực hiện giám sát thường xuyên công tác phòng, chống tham nhũng, lãng phí, tiêu cực tại các chi bộ, đơn vị trực thuộc Đảng ủy.</w:t>
      </w:r>
    </w:p>
    <w:p w14:paraId="7F89653D" w14:textId="23A2E16D" w:rsidR="000A7BB0" w:rsidRPr="00675285" w:rsidRDefault="000A7BB0" w:rsidP="00675285">
      <w:pPr>
        <w:pStyle w:val="NormalWeb"/>
        <w:spacing w:before="0" w:beforeAutospacing="0" w:after="0" w:afterAutospacing="0"/>
        <w:ind w:firstLine="720"/>
        <w:jc w:val="both"/>
        <w:rPr>
          <w:sz w:val="28"/>
          <w:szCs w:val="28"/>
        </w:rPr>
      </w:pPr>
      <w:r w:rsidRPr="00675285">
        <w:rPr>
          <w:sz w:val="28"/>
          <w:szCs w:val="28"/>
        </w:rPr>
        <w:t>- Phối hợp với chuyên viên Văn phòng Đảng ủy (là thành viên Tổ) chuẩn bị các nội dung phục vụ các cuộc họp của Tổ; giúp đồng chí Tổ phó Thường trực thực hiện các nhiệm vụ được Tổ phân công.</w:t>
      </w:r>
    </w:p>
    <w:p w14:paraId="072DDEE5" w14:textId="13E4A1FB" w:rsidR="005D2594" w:rsidRPr="00675285" w:rsidRDefault="000A7BB0" w:rsidP="00675285">
      <w:pPr>
        <w:spacing w:after="0" w:line="240" w:lineRule="auto"/>
        <w:ind w:firstLine="720"/>
        <w:jc w:val="both"/>
        <w:rPr>
          <w:rFonts w:ascii="Times New Roman" w:hAnsi="Times New Roman" w:cs="Times New Roman"/>
          <w:b/>
          <w:bCs/>
          <w:iCs/>
          <w:spacing w:val="-10"/>
          <w:sz w:val="28"/>
          <w:szCs w:val="28"/>
        </w:rPr>
      </w:pPr>
      <w:r w:rsidRPr="00675285">
        <w:rPr>
          <w:rFonts w:ascii="Times New Roman" w:hAnsi="Times New Roman" w:cs="Times New Roman"/>
          <w:b/>
          <w:bCs/>
          <w:iCs/>
          <w:spacing w:val="-10"/>
          <w:sz w:val="28"/>
          <w:szCs w:val="28"/>
        </w:rPr>
        <w:t>9</w:t>
      </w:r>
      <w:r w:rsidR="00A85A27" w:rsidRPr="00675285">
        <w:rPr>
          <w:rFonts w:ascii="Times New Roman" w:hAnsi="Times New Roman" w:cs="Times New Roman"/>
          <w:b/>
          <w:bCs/>
          <w:iCs/>
          <w:spacing w:val="-10"/>
          <w:sz w:val="28"/>
          <w:szCs w:val="28"/>
        </w:rPr>
        <w:t xml:space="preserve">. </w:t>
      </w:r>
      <w:r w:rsidR="00056D05" w:rsidRPr="00675285">
        <w:rPr>
          <w:rFonts w:ascii="Times New Roman" w:hAnsi="Times New Roman" w:cs="Times New Roman"/>
          <w:b/>
          <w:bCs/>
          <w:iCs/>
          <w:spacing w:val="-10"/>
          <w:sz w:val="28"/>
          <w:szCs w:val="28"/>
        </w:rPr>
        <w:t xml:space="preserve">Đồng chí </w:t>
      </w:r>
      <w:r w:rsidR="005D2594" w:rsidRPr="00675285">
        <w:rPr>
          <w:rFonts w:ascii="Times New Roman" w:hAnsi="Times New Roman" w:cs="Times New Roman"/>
          <w:b/>
          <w:bCs/>
          <w:iCs/>
          <w:spacing w:val="-10"/>
          <w:sz w:val="28"/>
          <w:szCs w:val="28"/>
        </w:rPr>
        <w:t>Chuyên viên Văn phòng Đảng ủy</w:t>
      </w:r>
      <w:r w:rsidRPr="00675285">
        <w:rPr>
          <w:rFonts w:ascii="Times New Roman" w:hAnsi="Times New Roman" w:cs="Times New Roman"/>
          <w:b/>
          <w:bCs/>
          <w:iCs/>
          <w:spacing w:val="-10"/>
          <w:sz w:val="28"/>
          <w:szCs w:val="28"/>
        </w:rPr>
        <w:t xml:space="preserve"> </w:t>
      </w:r>
      <w:r w:rsidR="00562FBA" w:rsidRPr="00675285">
        <w:rPr>
          <w:rFonts w:ascii="Times New Roman" w:hAnsi="Times New Roman" w:cs="Times New Roman"/>
          <w:b/>
          <w:bCs/>
          <w:iCs/>
          <w:spacing w:val="-10"/>
          <w:sz w:val="28"/>
          <w:szCs w:val="28"/>
        </w:rPr>
        <w:t>– Thành viên</w:t>
      </w:r>
      <w:r w:rsidR="005D2594" w:rsidRPr="00675285">
        <w:rPr>
          <w:rFonts w:ascii="Times New Roman" w:hAnsi="Times New Roman" w:cs="Times New Roman"/>
          <w:b/>
          <w:bCs/>
          <w:iCs/>
          <w:spacing w:val="-10"/>
          <w:sz w:val="28"/>
          <w:szCs w:val="28"/>
        </w:rPr>
        <w:t xml:space="preserve"> (Thư ký Tổ)</w:t>
      </w:r>
    </w:p>
    <w:p w14:paraId="05CC9EC2" w14:textId="4526CD36" w:rsidR="005D2594" w:rsidRPr="00675285" w:rsidRDefault="000A66A2" w:rsidP="00675285">
      <w:pPr>
        <w:spacing w:after="0" w:line="240" w:lineRule="auto"/>
        <w:ind w:firstLine="720"/>
        <w:jc w:val="both"/>
        <w:rPr>
          <w:rFonts w:ascii="Times New Roman" w:hAnsi="Times New Roman" w:cs="Times New Roman"/>
          <w:sz w:val="28"/>
          <w:szCs w:val="28"/>
        </w:rPr>
      </w:pPr>
      <w:r w:rsidRPr="00675285">
        <w:rPr>
          <w:rFonts w:ascii="Times New Roman" w:hAnsi="Times New Roman" w:cs="Times New Roman"/>
          <w:sz w:val="28"/>
          <w:szCs w:val="28"/>
        </w:rPr>
        <w:t xml:space="preserve">- </w:t>
      </w:r>
      <w:r w:rsidR="000A7BB0" w:rsidRPr="00675285">
        <w:rPr>
          <w:rFonts w:ascii="Times New Roman" w:hAnsi="Times New Roman" w:cs="Times New Roman"/>
          <w:sz w:val="28"/>
          <w:szCs w:val="28"/>
        </w:rPr>
        <w:t>Chủ trì, phối hợp c</w:t>
      </w:r>
      <w:r w:rsidR="005D2594" w:rsidRPr="00675285">
        <w:rPr>
          <w:rFonts w:ascii="Times New Roman" w:hAnsi="Times New Roman" w:cs="Times New Roman"/>
          <w:sz w:val="28"/>
          <w:szCs w:val="28"/>
        </w:rPr>
        <w:t>huẩn bị nội dung các cuộc họp</w:t>
      </w:r>
      <w:r w:rsidR="007A0F5C" w:rsidRPr="00675285">
        <w:rPr>
          <w:rFonts w:ascii="Times New Roman" w:hAnsi="Times New Roman" w:cs="Times New Roman"/>
          <w:sz w:val="28"/>
          <w:szCs w:val="28"/>
        </w:rPr>
        <w:t xml:space="preserve"> của Tổ</w:t>
      </w:r>
      <w:r w:rsidR="005D2594" w:rsidRPr="00675285">
        <w:rPr>
          <w:rFonts w:ascii="Times New Roman" w:hAnsi="Times New Roman" w:cs="Times New Roman"/>
          <w:sz w:val="28"/>
          <w:szCs w:val="28"/>
        </w:rPr>
        <w:t>.</w:t>
      </w:r>
    </w:p>
    <w:p w14:paraId="15F3285C" w14:textId="7C9B5ED7" w:rsidR="005D2594" w:rsidRPr="00675285" w:rsidRDefault="000A66A2" w:rsidP="00675285">
      <w:pPr>
        <w:spacing w:after="0" w:line="240" w:lineRule="auto"/>
        <w:ind w:firstLine="720"/>
        <w:jc w:val="both"/>
        <w:rPr>
          <w:rFonts w:ascii="Times New Roman" w:hAnsi="Times New Roman" w:cs="Times New Roman"/>
          <w:sz w:val="28"/>
          <w:szCs w:val="28"/>
        </w:rPr>
      </w:pPr>
      <w:r w:rsidRPr="00675285">
        <w:rPr>
          <w:rFonts w:ascii="Times New Roman" w:hAnsi="Times New Roman" w:cs="Times New Roman"/>
          <w:sz w:val="28"/>
          <w:szCs w:val="28"/>
        </w:rPr>
        <w:t xml:space="preserve">- </w:t>
      </w:r>
      <w:r w:rsidR="005D2594" w:rsidRPr="00675285">
        <w:rPr>
          <w:rFonts w:ascii="Times New Roman" w:hAnsi="Times New Roman" w:cs="Times New Roman"/>
          <w:sz w:val="28"/>
          <w:szCs w:val="28"/>
        </w:rPr>
        <w:t>Tổng hợp thông tin, xây dựng báo cáo</w:t>
      </w:r>
      <w:r w:rsidR="007A0F5C" w:rsidRPr="00675285">
        <w:rPr>
          <w:rFonts w:ascii="Times New Roman" w:hAnsi="Times New Roman" w:cs="Times New Roman"/>
          <w:sz w:val="28"/>
          <w:szCs w:val="28"/>
        </w:rPr>
        <w:t xml:space="preserve"> theo chỉ đạo của Tổ trưởng</w:t>
      </w:r>
      <w:r w:rsidR="005D2594" w:rsidRPr="00675285">
        <w:rPr>
          <w:rFonts w:ascii="Times New Roman" w:hAnsi="Times New Roman" w:cs="Times New Roman"/>
          <w:sz w:val="28"/>
          <w:szCs w:val="28"/>
        </w:rPr>
        <w:t>.</w:t>
      </w:r>
    </w:p>
    <w:p w14:paraId="2C600786" w14:textId="6F925038" w:rsidR="005D2594" w:rsidRPr="00675285" w:rsidRDefault="007A0F5C" w:rsidP="00675285">
      <w:pPr>
        <w:spacing w:after="0" w:line="240" w:lineRule="auto"/>
        <w:ind w:firstLine="720"/>
        <w:jc w:val="both"/>
        <w:rPr>
          <w:rFonts w:ascii="Times New Roman" w:hAnsi="Times New Roman" w:cs="Times New Roman"/>
          <w:sz w:val="28"/>
          <w:szCs w:val="28"/>
        </w:rPr>
      </w:pPr>
      <w:r w:rsidRPr="00675285">
        <w:rPr>
          <w:rFonts w:ascii="Times New Roman" w:hAnsi="Times New Roman" w:cs="Times New Roman"/>
          <w:sz w:val="28"/>
          <w:szCs w:val="28"/>
        </w:rPr>
        <w:t xml:space="preserve">- </w:t>
      </w:r>
      <w:r w:rsidR="005D2594" w:rsidRPr="00675285">
        <w:rPr>
          <w:rFonts w:ascii="Times New Roman" w:hAnsi="Times New Roman" w:cs="Times New Roman"/>
          <w:sz w:val="28"/>
          <w:szCs w:val="28"/>
        </w:rPr>
        <w:t>Ghi biên bản, dự thảo thông báo kết luận.</w:t>
      </w:r>
    </w:p>
    <w:p w14:paraId="7B0D58B2" w14:textId="5B1C66C2" w:rsidR="005D2594" w:rsidRPr="00675285" w:rsidRDefault="007A0F5C" w:rsidP="00675285">
      <w:pPr>
        <w:spacing w:after="0" w:line="240" w:lineRule="auto"/>
        <w:ind w:firstLine="720"/>
        <w:jc w:val="both"/>
        <w:rPr>
          <w:rFonts w:ascii="Times New Roman" w:hAnsi="Times New Roman" w:cs="Times New Roman"/>
          <w:sz w:val="28"/>
          <w:szCs w:val="28"/>
        </w:rPr>
      </w:pPr>
      <w:r w:rsidRPr="00675285">
        <w:rPr>
          <w:rFonts w:ascii="Times New Roman" w:hAnsi="Times New Roman" w:cs="Times New Roman"/>
          <w:sz w:val="28"/>
          <w:szCs w:val="28"/>
        </w:rPr>
        <w:t xml:space="preserve">- </w:t>
      </w:r>
      <w:r w:rsidR="005D2594" w:rsidRPr="00675285">
        <w:rPr>
          <w:rFonts w:ascii="Times New Roman" w:hAnsi="Times New Roman" w:cs="Times New Roman"/>
          <w:sz w:val="28"/>
          <w:szCs w:val="28"/>
        </w:rPr>
        <w:t>Quản lý hồ sơ, tài liệu của Tổ.</w:t>
      </w:r>
    </w:p>
    <w:p w14:paraId="2CF4B6B5" w14:textId="6B9F0866" w:rsidR="000A7BB0" w:rsidRPr="00675285" w:rsidRDefault="000A7BB0" w:rsidP="00675285">
      <w:pPr>
        <w:spacing w:after="0" w:line="240" w:lineRule="auto"/>
        <w:ind w:firstLine="720"/>
        <w:jc w:val="both"/>
        <w:rPr>
          <w:rFonts w:ascii="Times New Roman" w:hAnsi="Times New Roman" w:cs="Times New Roman"/>
          <w:b/>
          <w:sz w:val="28"/>
          <w:szCs w:val="28"/>
        </w:rPr>
      </w:pPr>
      <w:r w:rsidRPr="00675285">
        <w:rPr>
          <w:rFonts w:ascii="Times New Roman" w:hAnsi="Times New Roman" w:cs="Times New Roman"/>
          <w:b/>
          <w:sz w:val="28"/>
          <w:szCs w:val="28"/>
        </w:rPr>
        <w:t>10. Đồng chí Chuyên viên</w:t>
      </w:r>
      <w:r w:rsidR="00A64FBE" w:rsidRPr="00675285">
        <w:rPr>
          <w:rFonts w:ascii="Times New Roman" w:hAnsi="Times New Roman" w:cs="Times New Roman"/>
          <w:b/>
          <w:sz w:val="28"/>
          <w:szCs w:val="28"/>
        </w:rPr>
        <w:t xml:space="preserve"> Văn phòng Hội đồng nhân dân và</w:t>
      </w:r>
      <w:r w:rsidRPr="00675285">
        <w:rPr>
          <w:rFonts w:ascii="Times New Roman" w:hAnsi="Times New Roman" w:cs="Times New Roman"/>
          <w:b/>
          <w:sz w:val="28"/>
          <w:szCs w:val="28"/>
        </w:rPr>
        <w:t xml:space="preserve"> Ủy ban nhân dân – Thành viên</w:t>
      </w:r>
    </w:p>
    <w:p w14:paraId="60F0BCF5" w14:textId="4F122EC9" w:rsidR="000A7BB0" w:rsidRPr="00675285" w:rsidRDefault="002912D2" w:rsidP="00675285">
      <w:pPr>
        <w:spacing w:after="0" w:line="240" w:lineRule="auto"/>
        <w:ind w:firstLine="720"/>
        <w:jc w:val="both"/>
        <w:rPr>
          <w:rFonts w:ascii="Times New Roman" w:hAnsi="Times New Roman" w:cs="Times New Roman"/>
          <w:sz w:val="28"/>
          <w:szCs w:val="28"/>
        </w:rPr>
      </w:pPr>
      <w:r w:rsidRPr="00675285">
        <w:rPr>
          <w:rFonts w:ascii="Times New Roman" w:hAnsi="Times New Roman" w:cs="Times New Roman"/>
          <w:sz w:val="28"/>
          <w:szCs w:val="28"/>
        </w:rPr>
        <w:t xml:space="preserve">- </w:t>
      </w:r>
      <w:r w:rsidR="00F25F9E" w:rsidRPr="00675285">
        <w:rPr>
          <w:rFonts w:ascii="Times New Roman" w:hAnsi="Times New Roman" w:cs="Times New Roman"/>
          <w:sz w:val="28"/>
          <w:szCs w:val="28"/>
        </w:rPr>
        <w:t xml:space="preserve">Theo dõi công tác tiếp công dân. </w:t>
      </w:r>
      <w:r w:rsidRPr="00675285">
        <w:rPr>
          <w:rFonts w:ascii="Times New Roman" w:hAnsi="Times New Roman" w:cs="Times New Roman"/>
          <w:sz w:val="28"/>
          <w:szCs w:val="28"/>
        </w:rPr>
        <w:t>Phụ trách tổng hợp, theo dõi tiến độ giải quyết đơn thư khiếu nại, tố cáo, phản ánh, kiến nghị gửi đến Ủy ban nhân dân xã.</w:t>
      </w:r>
    </w:p>
    <w:p w14:paraId="09F30FFD" w14:textId="3DE1F350" w:rsidR="00F25F9E" w:rsidRPr="00675285" w:rsidRDefault="00F25F9E" w:rsidP="00675285">
      <w:pPr>
        <w:spacing w:after="0" w:line="240" w:lineRule="auto"/>
        <w:ind w:firstLine="720"/>
        <w:jc w:val="both"/>
        <w:rPr>
          <w:rFonts w:ascii="Times New Roman" w:hAnsi="Times New Roman" w:cs="Times New Roman"/>
          <w:sz w:val="28"/>
          <w:szCs w:val="28"/>
        </w:rPr>
      </w:pPr>
      <w:r w:rsidRPr="00675285">
        <w:rPr>
          <w:rFonts w:ascii="Times New Roman" w:hAnsi="Times New Roman" w:cs="Times New Roman"/>
          <w:sz w:val="28"/>
          <w:szCs w:val="28"/>
        </w:rPr>
        <w:t>- Tham mưu thực hiện nâng cao hiệu quả công tác cải cách hành chính, phòng ngừa "tham nhũng vặt", nhũng nhiễu, phiền hà trong hoạt động của chính quyền địa phương.</w:t>
      </w:r>
    </w:p>
    <w:p w14:paraId="35A804D8" w14:textId="0799A712" w:rsidR="00F25F9E" w:rsidRPr="00675285" w:rsidRDefault="002912D2" w:rsidP="00675285">
      <w:pPr>
        <w:spacing w:after="0" w:line="240" w:lineRule="auto"/>
        <w:ind w:firstLine="720"/>
        <w:jc w:val="both"/>
        <w:rPr>
          <w:rFonts w:ascii="Times New Roman" w:hAnsi="Times New Roman" w:cs="Times New Roman"/>
          <w:spacing w:val="-8"/>
          <w:sz w:val="28"/>
          <w:szCs w:val="28"/>
        </w:rPr>
      </w:pPr>
      <w:r w:rsidRPr="00675285">
        <w:rPr>
          <w:rFonts w:ascii="Times New Roman" w:hAnsi="Times New Roman" w:cs="Times New Roman"/>
          <w:spacing w:val="-8"/>
          <w:sz w:val="28"/>
          <w:szCs w:val="28"/>
        </w:rPr>
        <w:t>- Cung cấp hồ sơ, văn bản, số liệu hành chính khối chính quyền cho Chuyên viên Văn phòng Đảng ủy (Thư ký tổng hợp của Tổ) để hoàn thiện báo cáo chung của Tổ</w:t>
      </w:r>
      <w:r w:rsidR="00F25F9E" w:rsidRPr="00675285">
        <w:rPr>
          <w:rFonts w:ascii="Times New Roman" w:hAnsi="Times New Roman" w:cs="Times New Roman"/>
          <w:spacing w:val="-8"/>
          <w:sz w:val="28"/>
          <w:szCs w:val="28"/>
        </w:rPr>
        <w:t>.</w:t>
      </w:r>
    </w:p>
    <w:p w14:paraId="658F6846" w14:textId="2CAB0D0C" w:rsidR="00A64FBE" w:rsidRPr="00675285" w:rsidRDefault="00A64FBE" w:rsidP="00675285">
      <w:pPr>
        <w:spacing w:after="0" w:line="240" w:lineRule="auto"/>
        <w:ind w:firstLine="720"/>
        <w:jc w:val="both"/>
        <w:rPr>
          <w:rFonts w:ascii="Times New Roman" w:hAnsi="Times New Roman" w:cs="Times New Roman"/>
          <w:sz w:val="28"/>
          <w:szCs w:val="28"/>
        </w:rPr>
      </w:pPr>
      <w:r w:rsidRPr="00675285">
        <w:rPr>
          <w:rFonts w:ascii="Times New Roman" w:hAnsi="Times New Roman" w:cs="Times New Roman"/>
          <w:sz w:val="28"/>
          <w:szCs w:val="28"/>
        </w:rPr>
        <w:t>- Phối hợp với công chức Tư pháp – Hộ tịch theo dõi, tổng hợp tình hình công tác thi hành án dân sự, thi hành án hành chính trên địa bàn để cung cấp số liệu cho Tổ tham mưu.</w:t>
      </w:r>
    </w:p>
    <w:p w14:paraId="7CE1FB30" w14:textId="39203EFB" w:rsidR="005D2594" w:rsidRPr="00675285" w:rsidRDefault="002912D2" w:rsidP="00675285">
      <w:pPr>
        <w:spacing w:after="0" w:line="240" w:lineRule="auto"/>
        <w:ind w:firstLine="720"/>
        <w:jc w:val="both"/>
        <w:rPr>
          <w:rFonts w:ascii="Times New Roman" w:hAnsi="Times New Roman" w:cs="Times New Roman"/>
          <w:sz w:val="28"/>
          <w:szCs w:val="28"/>
        </w:rPr>
      </w:pPr>
      <w:r w:rsidRPr="00675285">
        <w:rPr>
          <w:rFonts w:ascii="Times New Roman" w:hAnsi="Times New Roman" w:cs="Times New Roman"/>
          <w:sz w:val="28"/>
          <w:szCs w:val="28"/>
        </w:rPr>
        <w:t xml:space="preserve">- </w:t>
      </w:r>
      <w:r w:rsidR="00F25F9E" w:rsidRPr="00675285">
        <w:rPr>
          <w:rFonts w:ascii="Times New Roman" w:hAnsi="Times New Roman" w:cs="Times New Roman"/>
          <w:sz w:val="28"/>
          <w:szCs w:val="28"/>
        </w:rPr>
        <w:t>Phối hợp c</w:t>
      </w:r>
      <w:r w:rsidRPr="00675285">
        <w:rPr>
          <w:rFonts w:ascii="Times New Roman" w:hAnsi="Times New Roman" w:cs="Times New Roman"/>
          <w:sz w:val="28"/>
          <w:szCs w:val="28"/>
        </w:rPr>
        <w:t>huẩn bị tài liệu và các điều kiện khác bảo đảm cho các cuộc họp chuyên đề của Tổ về công tác nội chính, tiếp công dân, giải quyết khiếu nại của khối Ủy ban nhân dân.</w:t>
      </w:r>
      <w:r w:rsidR="007A0F5C" w:rsidRPr="00675285">
        <w:rPr>
          <w:rFonts w:ascii="Times New Roman" w:hAnsi="Times New Roman" w:cs="Times New Roman"/>
          <w:sz w:val="28"/>
          <w:szCs w:val="28"/>
        </w:rPr>
        <w:t xml:space="preserve"> </w:t>
      </w:r>
    </w:p>
    <w:p w14:paraId="489CB12E" w14:textId="251CF0D0" w:rsidR="00DE30C3" w:rsidRPr="00675285" w:rsidRDefault="007A0F5C" w:rsidP="00675285">
      <w:pPr>
        <w:spacing w:after="0" w:line="240" w:lineRule="auto"/>
        <w:ind w:firstLine="720"/>
        <w:jc w:val="both"/>
        <w:rPr>
          <w:rFonts w:ascii="Times New Roman" w:hAnsi="Times New Roman" w:cs="Times New Roman"/>
          <w:sz w:val="28"/>
          <w:szCs w:val="28"/>
        </w:rPr>
      </w:pPr>
      <w:r w:rsidRPr="00675285">
        <w:rPr>
          <w:rFonts w:ascii="Times New Roman" w:hAnsi="Times New Roman" w:cs="Times New Roman"/>
          <w:sz w:val="28"/>
          <w:szCs w:val="28"/>
        </w:rPr>
        <w:t>- Tham mưu</w:t>
      </w:r>
      <w:r w:rsidR="00355160" w:rsidRPr="00675285">
        <w:rPr>
          <w:rFonts w:ascii="Times New Roman" w:hAnsi="Times New Roman" w:cs="Times New Roman"/>
          <w:sz w:val="28"/>
          <w:szCs w:val="28"/>
        </w:rPr>
        <w:t xml:space="preserve"> các vấn đề liên quan đến pháp luật,</w:t>
      </w:r>
      <w:r w:rsidRPr="00675285">
        <w:rPr>
          <w:rFonts w:ascii="Times New Roman" w:hAnsi="Times New Roman" w:cs="Times New Roman"/>
          <w:sz w:val="28"/>
          <w:szCs w:val="28"/>
        </w:rPr>
        <w:t xml:space="preserve"> công tác phổ biến giáo dục pháp luật, hòa giải cơ sở</w:t>
      </w:r>
      <w:r w:rsidR="0038677D" w:rsidRPr="00675285">
        <w:rPr>
          <w:rFonts w:ascii="Times New Roman" w:hAnsi="Times New Roman" w:cs="Times New Roman"/>
          <w:sz w:val="28"/>
          <w:szCs w:val="28"/>
        </w:rPr>
        <w:t>; tham mưu báo cáo tiến độ thi hành án dân sự, thi hành án hành chính trên địa bàn</w:t>
      </w:r>
      <w:r w:rsidR="00F25F9E" w:rsidRPr="00675285">
        <w:rPr>
          <w:rFonts w:ascii="Times New Roman" w:hAnsi="Times New Roman" w:cs="Times New Roman"/>
          <w:sz w:val="28"/>
          <w:szCs w:val="28"/>
        </w:rPr>
        <w:t>.</w:t>
      </w:r>
    </w:p>
    <w:p w14:paraId="2C8867DB" w14:textId="624F15EE" w:rsidR="005D2594" w:rsidRPr="00675285" w:rsidRDefault="003A6AF9" w:rsidP="00675285">
      <w:pPr>
        <w:spacing w:after="0" w:line="240" w:lineRule="auto"/>
        <w:ind w:firstLine="720"/>
        <w:jc w:val="both"/>
        <w:rPr>
          <w:rFonts w:ascii="Times New Roman" w:hAnsi="Times New Roman" w:cs="Times New Roman"/>
          <w:b/>
          <w:bCs/>
          <w:sz w:val="28"/>
          <w:szCs w:val="28"/>
        </w:rPr>
      </w:pPr>
      <w:r w:rsidRPr="00675285">
        <w:rPr>
          <w:rFonts w:ascii="Times New Roman" w:hAnsi="Times New Roman" w:cs="Times New Roman"/>
          <w:b/>
          <w:sz w:val="28"/>
          <w:szCs w:val="28"/>
        </w:rPr>
        <w:lastRenderedPageBreak/>
        <w:t>III.</w:t>
      </w:r>
      <w:r w:rsidR="005D2594" w:rsidRPr="00675285">
        <w:rPr>
          <w:rFonts w:ascii="Times New Roman" w:hAnsi="Times New Roman" w:cs="Times New Roman"/>
          <w:b/>
          <w:bCs/>
          <w:sz w:val="28"/>
          <w:szCs w:val="28"/>
        </w:rPr>
        <w:t>TỔ CHỨC THỰC HIỆN</w:t>
      </w:r>
    </w:p>
    <w:p w14:paraId="0805065E" w14:textId="0F093869" w:rsidR="00D006B6" w:rsidRPr="00675285" w:rsidRDefault="003A6AF9" w:rsidP="00675285">
      <w:pPr>
        <w:pStyle w:val="NormalWeb"/>
        <w:spacing w:before="0" w:beforeAutospacing="0" w:after="0" w:afterAutospacing="0"/>
        <w:ind w:firstLine="720"/>
        <w:jc w:val="both"/>
        <w:rPr>
          <w:sz w:val="28"/>
          <w:szCs w:val="28"/>
        </w:rPr>
      </w:pPr>
      <w:r w:rsidRPr="00675285">
        <w:rPr>
          <w:b/>
          <w:sz w:val="28"/>
          <w:szCs w:val="28"/>
        </w:rPr>
        <w:t>1.</w:t>
      </w:r>
      <w:r w:rsidR="003778B1" w:rsidRPr="00675285">
        <w:rPr>
          <w:b/>
          <w:sz w:val="28"/>
          <w:szCs w:val="28"/>
        </w:rPr>
        <w:t xml:space="preserve"> </w:t>
      </w:r>
      <w:r w:rsidR="00D006B6" w:rsidRPr="00675285">
        <w:rPr>
          <w:sz w:val="28"/>
          <w:szCs w:val="28"/>
        </w:rPr>
        <w:t>Các đồng chí thành viên Tổ chịu trách nhiệm cá nhân trước Tổ trưởng về việc thực hiện các nhiệm vụ được phân công.</w:t>
      </w:r>
    </w:p>
    <w:p w14:paraId="43D1F467" w14:textId="62DC7CFE" w:rsidR="00D006B6" w:rsidRPr="00675285" w:rsidRDefault="003A6AF9" w:rsidP="00675285">
      <w:pPr>
        <w:pStyle w:val="NormalWeb"/>
        <w:spacing w:before="0" w:beforeAutospacing="0" w:after="0" w:afterAutospacing="0"/>
        <w:ind w:firstLine="720"/>
        <w:jc w:val="both"/>
        <w:rPr>
          <w:sz w:val="28"/>
          <w:szCs w:val="28"/>
        </w:rPr>
      </w:pPr>
      <w:r w:rsidRPr="00675285">
        <w:rPr>
          <w:b/>
          <w:sz w:val="28"/>
          <w:szCs w:val="28"/>
        </w:rPr>
        <w:t>2.</w:t>
      </w:r>
      <w:r w:rsidR="00D006B6" w:rsidRPr="00675285">
        <w:rPr>
          <w:sz w:val="28"/>
          <w:szCs w:val="28"/>
        </w:rPr>
        <w:t xml:space="preserve"> Các thành viên có trách nhiệm chủ động phối hợp, chia sẻ thông tin liên ngành để đảm bảo công việc</w:t>
      </w:r>
      <w:r w:rsidR="00056D05" w:rsidRPr="00675285">
        <w:rPr>
          <w:sz w:val="28"/>
          <w:szCs w:val="28"/>
        </w:rPr>
        <w:t xml:space="preserve"> được thông suốt</w:t>
      </w:r>
      <w:r w:rsidR="00D006B6" w:rsidRPr="00675285">
        <w:rPr>
          <w:sz w:val="28"/>
          <w:szCs w:val="28"/>
        </w:rPr>
        <w:t>.</w:t>
      </w:r>
    </w:p>
    <w:p w14:paraId="6899EC5B" w14:textId="77777777" w:rsidR="00D006B6" w:rsidRPr="00675285" w:rsidRDefault="003A6AF9" w:rsidP="00675285">
      <w:pPr>
        <w:pStyle w:val="NormalWeb"/>
        <w:spacing w:before="0" w:beforeAutospacing="0" w:after="0" w:afterAutospacing="0"/>
        <w:ind w:firstLine="720"/>
        <w:jc w:val="both"/>
        <w:rPr>
          <w:sz w:val="28"/>
          <w:szCs w:val="28"/>
        </w:rPr>
      </w:pPr>
      <w:r w:rsidRPr="00675285">
        <w:rPr>
          <w:b/>
          <w:sz w:val="28"/>
          <w:szCs w:val="28"/>
        </w:rPr>
        <w:t>3.</w:t>
      </w:r>
      <w:r w:rsidR="003778B1" w:rsidRPr="00675285">
        <w:rPr>
          <w:b/>
          <w:sz w:val="28"/>
          <w:szCs w:val="28"/>
        </w:rPr>
        <w:t xml:space="preserve"> </w:t>
      </w:r>
      <w:r w:rsidR="00D006B6" w:rsidRPr="00675285">
        <w:rPr>
          <w:sz w:val="28"/>
          <w:szCs w:val="28"/>
        </w:rPr>
        <w:t xml:space="preserve">Trong quá trình thực hiện, căn cứ vào tình hình thực tế và yêu cầu nhiệm vụ, Tổ trưởng sẽ xem xét điều chỉnh, bổ sung </w:t>
      </w:r>
      <w:r w:rsidR="005D7E4A" w:rsidRPr="00675285">
        <w:rPr>
          <w:sz w:val="28"/>
          <w:szCs w:val="28"/>
        </w:rPr>
        <w:t xml:space="preserve">thành viên và </w:t>
      </w:r>
      <w:r w:rsidR="00D006B6" w:rsidRPr="00675285">
        <w:rPr>
          <w:sz w:val="28"/>
          <w:szCs w:val="28"/>
        </w:rPr>
        <w:t>nội dung phân công cho phù hợp.</w:t>
      </w:r>
    </w:p>
    <w:p w14:paraId="396A93EA" w14:textId="77777777" w:rsidR="00F04CAD" w:rsidRPr="00675285" w:rsidRDefault="00F04CAD" w:rsidP="00675285">
      <w:pPr>
        <w:pStyle w:val="NormalWeb"/>
        <w:spacing w:before="0" w:beforeAutospacing="0" w:after="0" w:afterAutospacing="0"/>
        <w:ind w:firstLine="720"/>
        <w:jc w:val="both"/>
        <w:rPr>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86"/>
      </w:tblGrid>
      <w:tr w:rsidR="006E00B0" w:rsidRPr="00AB4771" w14:paraId="0D3E220B" w14:textId="77777777" w:rsidTr="005D7E4A">
        <w:trPr>
          <w:trHeight w:val="1935"/>
        </w:trPr>
        <w:tc>
          <w:tcPr>
            <w:tcW w:w="4669" w:type="dxa"/>
          </w:tcPr>
          <w:p w14:paraId="0832C10A" w14:textId="5DD3BD4D" w:rsidR="00B935FD" w:rsidRPr="00675285" w:rsidRDefault="006E00B0" w:rsidP="00675285">
            <w:pPr>
              <w:rPr>
                <w:rFonts w:ascii="Times New Roman" w:hAnsi="Times New Roman" w:cs="Times New Roman"/>
                <w:sz w:val="24"/>
                <w:szCs w:val="24"/>
              </w:rPr>
            </w:pPr>
            <w:r w:rsidRPr="00675285">
              <w:rPr>
                <w:rFonts w:ascii="Times New Roman" w:hAnsi="Times New Roman" w:cs="Times New Roman"/>
                <w:sz w:val="28"/>
                <w:szCs w:val="28"/>
                <w:u w:val="single"/>
              </w:rPr>
              <w:t>Nơi nhận:</w:t>
            </w:r>
            <w:r w:rsidRPr="00AB4771">
              <w:rPr>
                <w:rFonts w:ascii="Times New Roman" w:hAnsi="Times New Roman" w:cs="Times New Roman"/>
                <w:sz w:val="30"/>
                <w:szCs w:val="30"/>
              </w:rPr>
              <w:br/>
            </w:r>
            <w:r w:rsidR="00B935FD" w:rsidRPr="00675285">
              <w:rPr>
                <w:rFonts w:ascii="Times New Roman" w:hAnsi="Times New Roman" w:cs="Times New Roman"/>
                <w:sz w:val="24"/>
                <w:szCs w:val="24"/>
              </w:rPr>
              <w:t>- Ban Nội chính Tỉnh ủy (b/c)</w:t>
            </w:r>
            <w:r w:rsidR="00821576" w:rsidRPr="00675285">
              <w:rPr>
                <w:rFonts w:ascii="Times New Roman" w:hAnsi="Times New Roman" w:cs="Times New Roman"/>
                <w:sz w:val="24"/>
                <w:szCs w:val="24"/>
              </w:rPr>
              <w:t>;</w:t>
            </w:r>
          </w:p>
          <w:p w14:paraId="0FC2E840" w14:textId="1567F7DF" w:rsidR="00A77C29" w:rsidRPr="00675285" w:rsidRDefault="00A77C29" w:rsidP="00675285">
            <w:pPr>
              <w:rPr>
                <w:rFonts w:ascii="Times New Roman" w:hAnsi="Times New Roman" w:cs="Times New Roman"/>
                <w:sz w:val="24"/>
                <w:szCs w:val="24"/>
              </w:rPr>
            </w:pPr>
            <w:r w:rsidRPr="00675285">
              <w:rPr>
                <w:rFonts w:ascii="Times New Roman" w:hAnsi="Times New Roman" w:cs="Times New Roman"/>
                <w:sz w:val="24"/>
                <w:szCs w:val="24"/>
              </w:rPr>
              <w:t>- Thường trực Đảng ủy (b/c)</w:t>
            </w:r>
            <w:r w:rsidR="00821576" w:rsidRPr="00675285">
              <w:rPr>
                <w:rFonts w:ascii="Times New Roman" w:hAnsi="Times New Roman" w:cs="Times New Roman"/>
                <w:sz w:val="24"/>
                <w:szCs w:val="24"/>
              </w:rPr>
              <w:t>;</w:t>
            </w:r>
          </w:p>
          <w:p w14:paraId="205CAB88" w14:textId="553D837A" w:rsidR="006E00B0" w:rsidRPr="00AB4771" w:rsidRDefault="006E00B0" w:rsidP="00675285">
            <w:pPr>
              <w:rPr>
                <w:rFonts w:ascii="Times New Roman" w:hAnsi="Times New Roman" w:cs="Times New Roman"/>
                <w:sz w:val="30"/>
                <w:szCs w:val="30"/>
              </w:rPr>
            </w:pPr>
            <w:r w:rsidRPr="00675285">
              <w:rPr>
                <w:rFonts w:ascii="Times New Roman" w:hAnsi="Times New Roman" w:cs="Times New Roman"/>
                <w:sz w:val="24"/>
                <w:szCs w:val="24"/>
              </w:rPr>
              <w:t xml:space="preserve">- </w:t>
            </w:r>
            <w:r w:rsidR="00DE510E" w:rsidRPr="00675285">
              <w:rPr>
                <w:rFonts w:ascii="Times New Roman" w:hAnsi="Times New Roman" w:cs="Times New Roman"/>
                <w:sz w:val="24"/>
                <w:szCs w:val="24"/>
              </w:rPr>
              <w:t>Các đồng chí thành viên Tổ công tác</w:t>
            </w:r>
            <w:r w:rsidR="00821576" w:rsidRPr="00675285">
              <w:rPr>
                <w:rFonts w:ascii="Times New Roman" w:hAnsi="Times New Roman" w:cs="Times New Roman"/>
                <w:sz w:val="24"/>
                <w:szCs w:val="24"/>
              </w:rPr>
              <w:t>;</w:t>
            </w:r>
            <w:r w:rsidRPr="00675285">
              <w:rPr>
                <w:rFonts w:ascii="Times New Roman" w:hAnsi="Times New Roman" w:cs="Times New Roman"/>
                <w:sz w:val="24"/>
                <w:szCs w:val="24"/>
              </w:rPr>
              <w:br/>
              <w:t>- Lưu V</w:t>
            </w:r>
            <w:r w:rsidR="00675285">
              <w:rPr>
                <w:rFonts w:ascii="Times New Roman" w:hAnsi="Times New Roman" w:cs="Times New Roman"/>
                <w:sz w:val="24"/>
                <w:szCs w:val="24"/>
              </w:rPr>
              <w:t>ăn phòng Đảng ủy</w:t>
            </w:r>
            <w:r w:rsidRPr="00675285">
              <w:rPr>
                <w:rFonts w:ascii="Times New Roman" w:hAnsi="Times New Roman" w:cs="Times New Roman"/>
                <w:sz w:val="24"/>
                <w:szCs w:val="24"/>
              </w:rPr>
              <w:t>.</w:t>
            </w:r>
            <w:r w:rsidRPr="00675285">
              <w:rPr>
                <w:rFonts w:ascii="Times New Roman" w:hAnsi="Times New Roman" w:cs="Times New Roman"/>
                <w:sz w:val="24"/>
                <w:szCs w:val="24"/>
              </w:rPr>
              <w:br/>
            </w:r>
          </w:p>
        </w:tc>
        <w:tc>
          <w:tcPr>
            <w:tcW w:w="4686" w:type="dxa"/>
          </w:tcPr>
          <w:p w14:paraId="1E2D5707" w14:textId="3B0BA0A2" w:rsidR="00A85A27" w:rsidRPr="00675285" w:rsidRDefault="00A85A27" w:rsidP="00675285">
            <w:pPr>
              <w:jc w:val="center"/>
              <w:rPr>
                <w:rFonts w:ascii="Times New Roman" w:hAnsi="Times New Roman" w:cs="Times New Roman"/>
                <w:b/>
                <w:bCs/>
                <w:sz w:val="28"/>
                <w:szCs w:val="28"/>
              </w:rPr>
            </w:pPr>
            <w:r w:rsidRPr="00675285">
              <w:rPr>
                <w:rFonts w:ascii="Times New Roman" w:hAnsi="Times New Roman" w:cs="Times New Roman"/>
                <w:b/>
                <w:bCs/>
                <w:sz w:val="28"/>
                <w:szCs w:val="28"/>
              </w:rPr>
              <w:t xml:space="preserve">PHÓ BÍ THƯ </w:t>
            </w:r>
            <w:r w:rsidR="00675285" w:rsidRPr="00675285">
              <w:rPr>
                <w:rFonts w:ascii="Times New Roman" w:hAnsi="Times New Roman" w:cs="Times New Roman"/>
                <w:b/>
                <w:bCs/>
                <w:sz w:val="28"/>
                <w:szCs w:val="28"/>
              </w:rPr>
              <w:t>THƯỜNG TRỰC</w:t>
            </w:r>
          </w:p>
          <w:p w14:paraId="2C6D9DA8" w14:textId="77777777" w:rsidR="00675285" w:rsidRPr="00675285" w:rsidRDefault="00A85A27" w:rsidP="00675285">
            <w:pPr>
              <w:jc w:val="center"/>
              <w:rPr>
                <w:rFonts w:ascii="Times New Roman" w:hAnsi="Times New Roman" w:cs="Times New Roman"/>
                <w:sz w:val="28"/>
                <w:szCs w:val="28"/>
              </w:rPr>
            </w:pPr>
            <w:r w:rsidRPr="00675285">
              <w:rPr>
                <w:rFonts w:ascii="Times New Roman" w:hAnsi="Times New Roman" w:cs="Times New Roman"/>
                <w:sz w:val="28"/>
                <w:szCs w:val="28"/>
              </w:rPr>
              <w:t>kiêm</w:t>
            </w:r>
            <w:r w:rsidR="006E00B0" w:rsidRPr="00675285">
              <w:rPr>
                <w:rFonts w:ascii="Times New Roman" w:hAnsi="Times New Roman" w:cs="Times New Roman"/>
                <w:sz w:val="28"/>
                <w:szCs w:val="28"/>
              </w:rPr>
              <w:br/>
            </w:r>
            <w:r w:rsidR="00AB7F02" w:rsidRPr="00675285">
              <w:rPr>
                <w:rFonts w:ascii="Times New Roman" w:hAnsi="Times New Roman" w:cs="Times New Roman"/>
                <w:sz w:val="28"/>
                <w:szCs w:val="28"/>
              </w:rPr>
              <w:t>TỔ TRƯỞNG</w:t>
            </w:r>
          </w:p>
          <w:p w14:paraId="0E041963" w14:textId="77777777" w:rsidR="00675285" w:rsidRPr="00675285" w:rsidRDefault="00675285" w:rsidP="00675285">
            <w:pPr>
              <w:ind w:firstLine="720"/>
              <w:jc w:val="center"/>
              <w:rPr>
                <w:rFonts w:ascii="Times New Roman" w:hAnsi="Times New Roman" w:cs="Times New Roman"/>
                <w:sz w:val="28"/>
                <w:szCs w:val="28"/>
              </w:rPr>
            </w:pPr>
          </w:p>
          <w:p w14:paraId="12232974" w14:textId="77777777" w:rsidR="00675285" w:rsidRDefault="00675285" w:rsidP="00675285">
            <w:pPr>
              <w:ind w:firstLine="720"/>
              <w:jc w:val="center"/>
              <w:rPr>
                <w:rFonts w:ascii="Times New Roman" w:hAnsi="Times New Roman" w:cs="Times New Roman"/>
                <w:sz w:val="28"/>
                <w:szCs w:val="28"/>
              </w:rPr>
            </w:pPr>
          </w:p>
          <w:p w14:paraId="468F31FF" w14:textId="77777777" w:rsidR="00675285" w:rsidRDefault="00675285" w:rsidP="00675285">
            <w:pPr>
              <w:ind w:firstLine="720"/>
              <w:jc w:val="center"/>
              <w:rPr>
                <w:rFonts w:ascii="Times New Roman" w:hAnsi="Times New Roman" w:cs="Times New Roman"/>
                <w:sz w:val="28"/>
                <w:szCs w:val="28"/>
              </w:rPr>
            </w:pPr>
          </w:p>
          <w:p w14:paraId="3D58C67C" w14:textId="77777777" w:rsidR="00675285" w:rsidRDefault="00675285" w:rsidP="00675285">
            <w:pPr>
              <w:ind w:firstLine="720"/>
              <w:jc w:val="center"/>
              <w:rPr>
                <w:rFonts w:ascii="Times New Roman" w:hAnsi="Times New Roman" w:cs="Times New Roman"/>
                <w:sz w:val="28"/>
                <w:szCs w:val="28"/>
              </w:rPr>
            </w:pPr>
          </w:p>
          <w:p w14:paraId="372444A8" w14:textId="77777777" w:rsidR="00675285" w:rsidRPr="00675285" w:rsidRDefault="00675285" w:rsidP="00675285">
            <w:pPr>
              <w:ind w:firstLine="720"/>
              <w:jc w:val="center"/>
              <w:rPr>
                <w:rFonts w:ascii="Times New Roman" w:hAnsi="Times New Roman" w:cs="Times New Roman"/>
                <w:sz w:val="28"/>
                <w:szCs w:val="28"/>
              </w:rPr>
            </w:pPr>
          </w:p>
          <w:p w14:paraId="72A956FB" w14:textId="6FE8EE34" w:rsidR="00675285" w:rsidRPr="00675285" w:rsidRDefault="00675285" w:rsidP="00675285">
            <w:pPr>
              <w:jc w:val="center"/>
              <w:rPr>
                <w:rFonts w:ascii="Times New Roman" w:hAnsi="Times New Roman" w:cs="Times New Roman"/>
                <w:b/>
                <w:bCs/>
                <w:sz w:val="28"/>
                <w:szCs w:val="28"/>
              </w:rPr>
            </w:pPr>
            <w:r w:rsidRPr="00675285">
              <w:rPr>
                <w:rFonts w:ascii="Times New Roman" w:hAnsi="Times New Roman" w:cs="Times New Roman"/>
                <w:b/>
                <w:bCs/>
                <w:sz w:val="28"/>
                <w:szCs w:val="28"/>
              </w:rPr>
              <w:t>Trần Xuân Hiếu</w:t>
            </w:r>
          </w:p>
          <w:p w14:paraId="4C705A1E" w14:textId="6EBB5CEE" w:rsidR="006E00B0" w:rsidRPr="00AB4771" w:rsidRDefault="006E00B0" w:rsidP="00675285">
            <w:pPr>
              <w:ind w:firstLine="720"/>
              <w:jc w:val="center"/>
              <w:rPr>
                <w:rFonts w:ascii="Times New Roman" w:hAnsi="Times New Roman" w:cs="Times New Roman"/>
                <w:sz w:val="30"/>
                <w:szCs w:val="30"/>
              </w:rPr>
            </w:pPr>
            <w:r w:rsidRPr="00AB4771">
              <w:rPr>
                <w:rFonts w:ascii="Times New Roman" w:hAnsi="Times New Roman" w:cs="Times New Roman"/>
                <w:sz w:val="30"/>
                <w:szCs w:val="30"/>
              </w:rPr>
              <w:br/>
            </w:r>
          </w:p>
        </w:tc>
      </w:tr>
    </w:tbl>
    <w:p w14:paraId="23ACBE1D" w14:textId="623D7C54" w:rsidR="00FD4A18" w:rsidRPr="00AB4771" w:rsidRDefault="00FD4A18" w:rsidP="00675285">
      <w:pPr>
        <w:spacing w:after="0" w:line="240" w:lineRule="auto"/>
        <w:ind w:firstLine="720"/>
        <w:rPr>
          <w:rFonts w:ascii="Times New Roman" w:hAnsi="Times New Roman" w:cs="Times New Roman"/>
          <w:sz w:val="30"/>
          <w:szCs w:val="30"/>
        </w:rPr>
      </w:pPr>
    </w:p>
    <w:p w14:paraId="6BD78365" w14:textId="77777777" w:rsidR="00212EE1" w:rsidRPr="00AB4771" w:rsidRDefault="00212EE1" w:rsidP="00675285">
      <w:pPr>
        <w:spacing w:after="0" w:line="240" w:lineRule="auto"/>
        <w:ind w:firstLine="720"/>
        <w:rPr>
          <w:rFonts w:ascii="Times New Roman" w:hAnsi="Times New Roman" w:cs="Times New Roman"/>
          <w:sz w:val="30"/>
          <w:szCs w:val="30"/>
        </w:rPr>
      </w:pPr>
    </w:p>
    <w:sectPr w:rsidR="00212EE1" w:rsidRPr="00AB4771" w:rsidSect="00054E01">
      <w:headerReference w:type="default" r:id="rId8"/>
      <w:pgSz w:w="11907" w:h="16840" w:code="9"/>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50E55" w14:textId="77777777" w:rsidR="00A03B92" w:rsidRDefault="00A03B92" w:rsidP="00717D82">
      <w:pPr>
        <w:spacing w:after="0" w:line="240" w:lineRule="auto"/>
      </w:pPr>
      <w:r>
        <w:separator/>
      </w:r>
    </w:p>
  </w:endnote>
  <w:endnote w:type="continuationSeparator" w:id="0">
    <w:p w14:paraId="4B65AA9A" w14:textId="77777777" w:rsidR="00A03B92" w:rsidRDefault="00A03B92" w:rsidP="00717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3217A" w14:textId="77777777" w:rsidR="00A03B92" w:rsidRDefault="00A03B92" w:rsidP="00717D82">
      <w:pPr>
        <w:spacing w:after="0" w:line="240" w:lineRule="auto"/>
      </w:pPr>
      <w:r>
        <w:separator/>
      </w:r>
    </w:p>
  </w:footnote>
  <w:footnote w:type="continuationSeparator" w:id="0">
    <w:p w14:paraId="4E5898DD" w14:textId="77777777" w:rsidR="00A03B92" w:rsidRDefault="00A03B92" w:rsidP="00717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0850618"/>
      <w:docPartObj>
        <w:docPartGallery w:val="Page Numbers (Top of Page)"/>
        <w:docPartUnique/>
      </w:docPartObj>
    </w:sdtPr>
    <w:sdtEndPr>
      <w:rPr>
        <w:rFonts w:ascii="Times New Roman" w:hAnsi="Times New Roman" w:cs="Times New Roman"/>
        <w:noProof/>
        <w:sz w:val="28"/>
        <w:szCs w:val="28"/>
      </w:rPr>
    </w:sdtEndPr>
    <w:sdtContent>
      <w:p w14:paraId="3A282157" w14:textId="0C4C101B" w:rsidR="00B43969" w:rsidRPr="00B43969" w:rsidRDefault="00696537">
        <w:pPr>
          <w:pStyle w:val="Header"/>
          <w:jc w:val="center"/>
          <w:rPr>
            <w:rFonts w:ascii="Times New Roman" w:hAnsi="Times New Roman" w:cs="Times New Roman"/>
            <w:sz w:val="28"/>
            <w:szCs w:val="28"/>
          </w:rPr>
        </w:pPr>
        <w:r w:rsidRPr="00B43969">
          <w:rPr>
            <w:rFonts w:ascii="Times New Roman" w:hAnsi="Times New Roman" w:cs="Times New Roman"/>
            <w:sz w:val="28"/>
            <w:szCs w:val="28"/>
          </w:rPr>
          <w:fldChar w:fldCharType="begin"/>
        </w:r>
        <w:r w:rsidR="00B43969" w:rsidRPr="00B43969">
          <w:rPr>
            <w:rFonts w:ascii="Times New Roman" w:hAnsi="Times New Roman" w:cs="Times New Roman"/>
            <w:sz w:val="28"/>
            <w:szCs w:val="28"/>
          </w:rPr>
          <w:instrText xml:space="preserve"> PAGE   \* MERGEFORMAT </w:instrText>
        </w:r>
        <w:r w:rsidRPr="00B43969">
          <w:rPr>
            <w:rFonts w:ascii="Times New Roman" w:hAnsi="Times New Roman" w:cs="Times New Roman"/>
            <w:sz w:val="28"/>
            <w:szCs w:val="28"/>
          </w:rPr>
          <w:fldChar w:fldCharType="separate"/>
        </w:r>
        <w:r w:rsidR="00A77C29">
          <w:rPr>
            <w:rFonts w:ascii="Times New Roman" w:hAnsi="Times New Roman" w:cs="Times New Roman"/>
            <w:noProof/>
            <w:sz w:val="28"/>
            <w:szCs w:val="28"/>
          </w:rPr>
          <w:t>5</w:t>
        </w:r>
        <w:r w:rsidRPr="00B43969">
          <w:rPr>
            <w:rFonts w:ascii="Times New Roman" w:hAnsi="Times New Roman" w:cs="Times New Roman"/>
            <w:noProof/>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42A6D97"/>
    <w:multiLevelType w:val="hybridMultilevel"/>
    <w:tmpl w:val="F5A092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B35016"/>
    <w:multiLevelType w:val="hybridMultilevel"/>
    <w:tmpl w:val="4FC24D58"/>
    <w:lvl w:ilvl="0" w:tplc="9DCABB1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45034C"/>
    <w:multiLevelType w:val="hybridMultilevel"/>
    <w:tmpl w:val="DC8EBB16"/>
    <w:lvl w:ilvl="0" w:tplc="9DCABB1E">
      <w:start w:val="1"/>
      <w:numFmt w:val="upperRoman"/>
      <w:lvlText w:val="%1."/>
      <w:lvlJc w:val="left"/>
      <w:pPr>
        <w:ind w:left="1080" w:hanging="720"/>
      </w:pPr>
      <w:rPr>
        <w:rFonts w:hint="default"/>
      </w:rPr>
    </w:lvl>
    <w:lvl w:ilvl="1" w:tplc="C5D055D6">
      <w:start w:val="1"/>
      <w:numFmt w:val="decimal"/>
      <w:lvlText w:val="%2."/>
      <w:lvlJc w:val="left"/>
      <w:pPr>
        <w:ind w:left="1800" w:hanging="720"/>
      </w:pPr>
      <w:rPr>
        <w:rFonts w:hint="default"/>
      </w:rPr>
    </w:lvl>
    <w:lvl w:ilvl="2" w:tplc="A9A0DDD0">
      <w:start w:val="1"/>
      <w:numFmt w:val="bullet"/>
      <w:lvlText w:val="•"/>
      <w:lvlJc w:val="left"/>
      <w:pPr>
        <w:ind w:left="2700" w:hanging="720"/>
      </w:pPr>
      <w:rPr>
        <w:rFonts w:ascii="Times New Roman" w:eastAsiaTheme="minorEastAsia"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9204609">
    <w:abstractNumId w:val="8"/>
  </w:num>
  <w:num w:numId="2" w16cid:durableId="866942278">
    <w:abstractNumId w:val="6"/>
  </w:num>
  <w:num w:numId="3" w16cid:durableId="1934239510">
    <w:abstractNumId w:val="5"/>
  </w:num>
  <w:num w:numId="4" w16cid:durableId="2072926724">
    <w:abstractNumId w:val="4"/>
  </w:num>
  <w:num w:numId="5" w16cid:durableId="896550645">
    <w:abstractNumId w:val="7"/>
  </w:num>
  <w:num w:numId="6" w16cid:durableId="676619282">
    <w:abstractNumId w:val="3"/>
  </w:num>
  <w:num w:numId="7" w16cid:durableId="637030203">
    <w:abstractNumId w:val="2"/>
  </w:num>
  <w:num w:numId="8" w16cid:durableId="1743792506">
    <w:abstractNumId w:val="1"/>
  </w:num>
  <w:num w:numId="9" w16cid:durableId="1500777550">
    <w:abstractNumId w:val="0"/>
  </w:num>
  <w:num w:numId="10" w16cid:durableId="1071198151">
    <w:abstractNumId w:val="9"/>
  </w:num>
  <w:num w:numId="11" w16cid:durableId="1431927224">
    <w:abstractNumId w:val="11"/>
  </w:num>
  <w:num w:numId="12" w16cid:durableId="831174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0603B"/>
    <w:rsid w:val="00034616"/>
    <w:rsid w:val="00054E01"/>
    <w:rsid w:val="00056D05"/>
    <w:rsid w:val="0006063C"/>
    <w:rsid w:val="00071E87"/>
    <w:rsid w:val="0009048E"/>
    <w:rsid w:val="000A30F5"/>
    <w:rsid w:val="000A66A2"/>
    <w:rsid w:val="000A7BB0"/>
    <w:rsid w:val="000E5B8E"/>
    <w:rsid w:val="000E6B55"/>
    <w:rsid w:val="000E7C89"/>
    <w:rsid w:val="0015074B"/>
    <w:rsid w:val="00212EE1"/>
    <w:rsid w:val="00214A05"/>
    <w:rsid w:val="00217E33"/>
    <w:rsid w:val="00266A06"/>
    <w:rsid w:val="002912D2"/>
    <w:rsid w:val="0029324B"/>
    <w:rsid w:val="0029639D"/>
    <w:rsid w:val="002A4546"/>
    <w:rsid w:val="002A6EB6"/>
    <w:rsid w:val="002D046A"/>
    <w:rsid w:val="00326F90"/>
    <w:rsid w:val="00355160"/>
    <w:rsid w:val="00362CDA"/>
    <w:rsid w:val="003761A3"/>
    <w:rsid w:val="003778B1"/>
    <w:rsid w:val="003809D7"/>
    <w:rsid w:val="00380C2D"/>
    <w:rsid w:val="0038677D"/>
    <w:rsid w:val="003A6AF9"/>
    <w:rsid w:val="003C2F56"/>
    <w:rsid w:val="003F5920"/>
    <w:rsid w:val="00411051"/>
    <w:rsid w:val="00415144"/>
    <w:rsid w:val="0044117D"/>
    <w:rsid w:val="00475FCB"/>
    <w:rsid w:val="00481BDD"/>
    <w:rsid w:val="004824AD"/>
    <w:rsid w:val="0049497F"/>
    <w:rsid w:val="004D33B1"/>
    <w:rsid w:val="00547242"/>
    <w:rsid w:val="00562FBA"/>
    <w:rsid w:val="00574914"/>
    <w:rsid w:val="005846F8"/>
    <w:rsid w:val="005D231F"/>
    <w:rsid w:val="005D2594"/>
    <w:rsid w:val="005D398D"/>
    <w:rsid w:val="005D7E4A"/>
    <w:rsid w:val="00650C08"/>
    <w:rsid w:val="00655A33"/>
    <w:rsid w:val="00662D14"/>
    <w:rsid w:val="00675285"/>
    <w:rsid w:val="00684F71"/>
    <w:rsid w:val="00696537"/>
    <w:rsid w:val="006A6125"/>
    <w:rsid w:val="006D5863"/>
    <w:rsid w:val="006E00B0"/>
    <w:rsid w:val="006E70DD"/>
    <w:rsid w:val="00717D82"/>
    <w:rsid w:val="007744DB"/>
    <w:rsid w:val="00782262"/>
    <w:rsid w:val="00793D39"/>
    <w:rsid w:val="007A0D54"/>
    <w:rsid w:val="007A0F5C"/>
    <w:rsid w:val="007E4EC9"/>
    <w:rsid w:val="00815E81"/>
    <w:rsid w:val="00821576"/>
    <w:rsid w:val="0083421C"/>
    <w:rsid w:val="00856761"/>
    <w:rsid w:val="0085764E"/>
    <w:rsid w:val="00890EF6"/>
    <w:rsid w:val="008A50C8"/>
    <w:rsid w:val="008A6C20"/>
    <w:rsid w:val="008D467E"/>
    <w:rsid w:val="009143CE"/>
    <w:rsid w:val="00914DE8"/>
    <w:rsid w:val="009431F6"/>
    <w:rsid w:val="00946377"/>
    <w:rsid w:val="0097118E"/>
    <w:rsid w:val="009C363D"/>
    <w:rsid w:val="009C6446"/>
    <w:rsid w:val="009E3DE9"/>
    <w:rsid w:val="00A01EFF"/>
    <w:rsid w:val="00A03B92"/>
    <w:rsid w:val="00A63216"/>
    <w:rsid w:val="00A64FBE"/>
    <w:rsid w:val="00A77C29"/>
    <w:rsid w:val="00A84A91"/>
    <w:rsid w:val="00A85A27"/>
    <w:rsid w:val="00AA1D8D"/>
    <w:rsid w:val="00AB15B8"/>
    <w:rsid w:val="00AB3618"/>
    <w:rsid w:val="00AB4771"/>
    <w:rsid w:val="00AB7F02"/>
    <w:rsid w:val="00B0795E"/>
    <w:rsid w:val="00B43969"/>
    <w:rsid w:val="00B47730"/>
    <w:rsid w:val="00B617DB"/>
    <w:rsid w:val="00B84EFB"/>
    <w:rsid w:val="00B935FD"/>
    <w:rsid w:val="00B9654A"/>
    <w:rsid w:val="00BC64AB"/>
    <w:rsid w:val="00C34B17"/>
    <w:rsid w:val="00CA1498"/>
    <w:rsid w:val="00CB0664"/>
    <w:rsid w:val="00CE2D67"/>
    <w:rsid w:val="00D006B6"/>
    <w:rsid w:val="00D16001"/>
    <w:rsid w:val="00D97EDD"/>
    <w:rsid w:val="00DA428E"/>
    <w:rsid w:val="00DC12A2"/>
    <w:rsid w:val="00DE30C3"/>
    <w:rsid w:val="00DE510E"/>
    <w:rsid w:val="00DF27BB"/>
    <w:rsid w:val="00E33DF0"/>
    <w:rsid w:val="00E4549F"/>
    <w:rsid w:val="00E629CA"/>
    <w:rsid w:val="00E84C62"/>
    <w:rsid w:val="00E90EE1"/>
    <w:rsid w:val="00E9166A"/>
    <w:rsid w:val="00F0301C"/>
    <w:rsid w:val="00F04CAD"/>
    <w:rsid w:val="00F07015"/>
    <w:rsid w:val="00F25F9E"/>
    <w:rsid w:val="00F57FCC"/>
    <w:rsid w:val="00F63E36"/>
    <w:rsid w:val="00F668EE"/>
    <w:rsid w:val="00F719BF"/>
    <w:rsid w:val="00F74701"/>
    <w:rsid w:val="00FC693F"/>
    <w:rsid w:val="00FD4A18"/>
    <w:rsid w:val="00FE3B7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7F2FB3"/>
  <w15:docId w15:val="{9DBEF6BA-C7FD-4AB8-9DCD-F10DACE3D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Grid1">
    <w:name w:val="Table Grid1"/>
    <w:basedOn w:val="TableNormal"/>
    <w:next w:val="TableGrid"/>
    <w:uiPriority w:val="39"/>
    <w:rsid w:val="00717D82"/>
    <w:pPr>
      <w:spacing w:after="0" w:line="240" w:lineRule="auto"/>
      <w:ind w:firstLine="720"/>
    </w:pPr>
    <w:rPr>
      <w:rFonts w:ascii="Times New Roman" w:eastAsia="Aptos" w:hAnsi="Times New Roman" w:cs="Times New Roman"/>
      <w:kern w:val="2"/>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006B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12E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2EE1"/>
    <w:rPr>
      <w:rFonts w:ascii="Segoe UI" w:hAnsi="Segoe UI" w:cs="Segoe UI"/>
      <w:sz w:val="18"/>
      <w:szCs w:val="18"/>
    </w:rPr>
  </w:style>
  <w:style w:type="character" w:styleId="CommentReference">
    <w:name w:val="annotation reference"/>
    <w:basedOn w:val="DefaultParagraphFont"/>
    <w:uiPriority w:val="99"/>
    <w:semiHidden/>
    <w:unhideWhenUsed/>
    <w:rsid w:val="00815E81"/>
    <w:rPr>
      <w:sz w:val="16"/>
      <w:szCs w:val="16"/>
    </w:rPr>
  </w:style>
  <w:style w:type="paragraph" w:styleId="CommentText">
    <w:name w:val="annotation text"/>
    <w:basedOn w:val="Normal"/>
    <w:link w:val="CommentTextChar"/>
    <w:uiPriority w:val="99"/>
    <w:semiHidden/>
    <w:unhideWhenUsed/>
    <w:rsid w:val="00815E81"/>
    <w:pPr>
      <w:spacing w:line="240" w:lineRule="auto"/>
    </w:pPr>
    <w:rPr>
      <w:sz w:val="20"/>
      <w:szCs w:val="20"/>
    </w:rPr>
  </w:style>
  <w:style w:type="character" w:customStyle="1" w:styleId="CommentTextChar">
    <w:name w:val="Comment Text Char"/>
    <w:basedOn w:val="DefaultParagraphFont"/>
    <w:link w:val="CommentText"/>
    <w:uiPriority w:val="99"/>
    <w:semiHidden/>
    <w:rsid w:val="00815E81"/>
    <w:rPr>
      <w:sz w:val="20"/>
      <w:szCs w:val="20"/>
    </w:rPr>
  </w:style>
  <w:style w:type="paragraph" w:styleId="CommentSubject">
    <w:name w:val="annotation subject"/>
    <w:basedOn w:val="CommentText"/>
    <w:next w:val="CommentText"/>
    <w:link w:val="CommentSubjectChar"/>
    <w:uiPriority w:val="99"/>
    <w:semiHidden/>
    <w:unhideWhenUsed/>
    <w:rsid w:val="00815E81"/>
    <w:rPr>
      <w:b/>
      <w:bCs/>
    </w:rPr>
  </w:style>
  <w:style w:type="character" w:customStyle="1" w:styleId="CommentSubjectChar">
    <w:name w:val="Comment Subject Char"/>
    <w:basedOn w:val="CommentTextChar"/>
    <w:link w:val="CommentSubject"/>
    <w:uiPriority w:val="99"/>
    <w:semiHidden/>
    <w:rsid w:val="00815E8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297852">
      <w:bodyDiv w:val="1"/>
      <w:marLeft w:val="0"/>
      <w:marRight w:val="0"/>
      <w:marTop w:val="0"/>
      <w:marBottom w:val="0"/>
      <w:divBdr>
        <w:top w:val="none" w:sz="0" w:space="0" w:color="auto"/>
        <w:left w:val="none" w:sz="0" w:space="0" w:color="auto"/>
        <w:bottom w:val="none" w:sz="0" w:space="0" w:color="auto"/>
        <w:right w:val="none" w:sz="0" w:space="0" w:color="auto"/>
      </w:divBdr>
      <w:divsChild>
        <w:div w:id="1610771274">
          <w:marLeft w:val="0"/>
          <w:marRight w:val="0"/>
          <w:marTop w:val="0"/>
          <w:marBottom w:val="0"/>
          <w:divBdr>
            <w:top w:val="none" w:sz="0" w:space="0" w:color="auto"/>
            <w:left w:val="none" w:sz="0" w:space="0" w:color="auto"/>
            <w:bottom w:val="none" w:sz="0" w:space="0" w:color="auto"/>
            <w:right w:val="none" w:sz="0" w:space="0" w:color="auto"/>
          </w:divBdr>
          <w:divsChild>
            <w:div w:id="1073043258">
              <w:marLeft w:val="0"/>
              <w:marRight w:val="0"/>
              <w:marTop w:val="0"/>
              <w:marBottom w:val="0"/>
              <w:divBdr>
                <w:top w:val="none" w:sz="0" w:space="0" w:color="auto"/>
                <w:left w:val="none" w:sz="0" w:space="0" w:color="auto"/>
                <w:bottom w:val="none" w:sz="0" w:space="0" w:color="auto"/>
                <w:right w:val="none" w:sz="0" w:space="0" w:color="auto"/>
              </w:divBdr>
              <w:divsChild>
                <w:div w:id="141698653">
                  <w:marLeft w:val="0"/>
                  <w:marRight w:val="0"/>
                  <w:marTop w:val="0"/>
                  <w:marBottom w:val="0"/>
                  <w:divBdr>
                    <w:top w:val="none" w:sz="0" w:space="0" w:color="auto"/>
                    <w:left w:val="none" w:sz="0" w:space="0" w:color="auto"/>
                    <w:bottom w:val="none" w:sz="0" w:space="0" w:color="auto"/>
                    <w:right w:val="none" w:sz="0" w:space="0" w:color="auto"/>
                  </w:divBdr>
                  <w:divsChild>
                    <w:div w:id="530340997">
                      <w:marLeft w:val="0"/>
                      <w:marRight w:val="-105"/>
                      <w:marTop w:val="0"/>
                      <w:marBottom w:val="0"/>
                      <w:divBdr>
                        <w:top w:val="none" w:sz="0" w:space="0" w:color="auto"/>
                        <w:left w:val="none" w:sz="0" w:space="0" w:color="auto"/>
                        <w:bottom w:val="none" w:sz="0" w:space="0" w:color="auto"/>
                        <w:right w:val="none" w:sz="0" w:space="0" w:color="auto"/>
                      </w:divBdr>
                      <w:divsChild>
                        <w:div w:id="310863286">
                          <w:marLeft w:val="0"/>
                          <w:marRight w:val="0"/>
                          <w:marTop w:val="0"/>
                          <w:marBottom w:val="0"/>
                          <w:divBdr>
                            <w:top w:val="none" w:sz="0" w:space="0" w:color="auto"/>
                            <w:left w:val="none" w:sz="0" w:space="0" w:color="auto"/>
                            <w:bottom w:val="none" w:sz="0" w:space="0" w:color="auto"/>
                            <w:right w:val="none" w:sz="0" w:space="0" w:color="auto"/>
                          </w:divBdr>
                          <w:divsChild>
                            <w:div w:id="1166555037">
                              <w:marLeft w:val="0"/>
                              <w:marRight w:val="0"/>
                              <w:marTop w:val="600"/>
                              <w:marBottom w:val="0"/>
                              <w:divBdr>
                                <w:top w:val="none" w:sz="0" w:space="0" w:color="auto"/>
                                <w:left w:val="none" w:sz="0" w:space="0" w:color="auto"/>
                                <w:bottom w:val="none" w:sz="0" w:space="0" w:color="auto"/>
                                <w:right w:val="none" w:sz="0" w:space="0" w:color="auto"/>
                              </w:divBdr>
                              <w:divsChild>
                                <w:div w:id="1344281297">
                                  <w:marLeft w:val="0"/>
                                  <w:marRight w:val="0"/>
                                  <w:marTop w:val="0"/>
                                  <w:marBottom w:val="0"/>
                                  <w:divBdr>
                                    <w:top w:val="none" w:sz="0" w:space="0" w:color="auto"/>
                                    <w:left w:val="none" w:sz="0" w:space="0" w:color="auto"/>
                                    <w:bottom w:val="none" w:sz="0" w:space="0" w:color="auto"/>
                                    <w:right w:val="none" w:sz="0" w:space="0" w:color="auto"/>
                                  </w:divBdr>
                                  <w:divsChild>
                                    <w:div w:id="1737826128">
                                      <w:marLeft w:val="750"/>
                                      <w:marRight w:val="0"/>
                                      <w:marTop w:val="0"/>
                                      <w:marBottom w:val="0"/>
                                      <w:divBdr>
                                        <w:top w:val="none" w:sz="0" w:space="0" w:color="auto"/>
                                        <w:left w:val="none" w:sz="0" w:space="0" w:color="auto"/>
                                        <w:bottom w:val="none" w:sz="0" w:space="0" w:color="auto"/>
                                        <w:right w:val="none" w:sz="0" w:space="0" w:color="auto"/>
                                      </w:divBdr>
                                      <w:divsChild>
                                        <w:div w:id="224951601">
                                          <w:marLeft w:val="0"/>
                                          <w:marRight w:val="0"/>
                                          <w:marTop w:val="0"/>
                                          <w:marBottom w:val="0"/>
                                          <w:divBdr>
                                            <w:top w:val="none" w:sz="0" w:space="0" w:color="auto"/>
                                            <w:left w:val="none" w:sz="0" w:space="0" w:color="auto"/>
                                            <w:bottom w:val="none" w:sz="0" w:space="0" w:color="auto"/>
                                            <w:right w:val="none" w:sz="0" w:space="0" w:color="auto"/>
                                          </w:divBdr>
                                          <w:divsChild>
                                            <w:div w:id="399600701">
                                              <w:marLeft w:val="0"/>
                                              <w:marRight w:val="0"/>
                                              <w:marTop w:val="0"/>
                                              <w:marBottom w:val="0"/>
                                              <w:divBdr>
                                                <w:top w:val="none" w:sz="0" w:space="0" w:color="auto"/>
                                                <w:left w:val="none" w:sz="0" w:space="0" w:color="auto"/>
                                                <w:bottom w:val="none" w:sz="0" w:space="0" w:color="auto"/>
                                                <w:right w:val="none" w:sz="0" w:space="0" w:color="auto"/>
                                              </w:divBdr>
                                              <w:divsChild>
                                                <w:div w:id="425535665">
                                                  <w:marLeft w:val="0"/>
                                                  <w:marRight w:val="0"/>
                                                  <w:marTop w:val="0"/>
                                                  <w:marBottom w:val="0"/>
                                                  <w:divBdr>
                                                    <w:top w:val="none" w:sz="0" w:space="0" w:color="auto"/>
                                                    <w:left w:val="none" w:sz="0" w:space="0" w:color="auto"/>
                                                    <w:bottom w:val="none" w:sz="0" w:space="0" w:color="auto"/>
                                                    <w:right w:val="none" w:sz="0" w:space="0" w:color="auto"/>
                                                  </w:divBdr>
                                                  <w:divsChild>
                                                    <w:div w:id="1627661989">
                                                      <w:marLeft w:val="0"/>
                                                      <w:marRight w:val="0"/>
                                                      <w:marTop w:val="0"/>
                                                      <w:marBottom w:val="0"/>
                                                      <w:divBdr>
                                                        <w:top w:val="none" w:sz="0" w:space="0" w:color="auto"/>
                                                        <w:left w:val="none" w:sz="0" w:space="0" w:color="auto"/>
                                                        <w:bottom w:val="none" w:sz="0" w:space="0" w:color="auto"/>
                                                        <w:right w:val="none" w:sz="0" w:space="0" w:color="auto"/>
                                                      </w:divBdr>
                                                      <w:divsChild>
                                                        <w:div w:id="147064204">
                                                          <w:marLeft w:val="0"/>
                                                          <w:marRight w:val="0"/>
                                                          <w:marTop w:val="0"/>
                                                          <w:marBottom w:val="0"/>
                                                          <w:divBdr>
                                                            <w:top w:val="none" w:sz="0" w:space="0" w:color="auto"/>
                                                            <w:left w:val="none" w:sz="0" w:space="0" w:color="auto"/>
                                                            <w:bottom w:val="none" w:sz="0" w:space="0" w:color="auto"/>
                                                            <w:right w:val="none" w:sz="0" w:space="0" w:color="auto"/>
                                                          </w:divBdr>
                                                          <w:divsChild>
                                                            <w:div w:id="264045742">
                                                              <w:marLeft w:val="0"/>
                                                              <w:marRight w:val="0"/>
                                                              <w:marTop w:val="0"/>
                                                              <w:marBottom w:val="0"/>
                                                              <w:divBdr>
                                                                <w:top w:val="none" w:sz="0" w:space="0" w:color="auto"/>
                                                                <w:left w:val="none" w:sz="0" w:space="0" w:color="auto"/>
                                                                <w:bottom w:val="none" w:sz="0" w:space="0" w:color="auto"/>
                                                                <w:right w:val="none" w:sz="0" w:space="0" w:color="auto"/>
                                                              </w:divBdr>
                                                              <w:divsChild>
                                                                <w:div w:id="1438064461">
                                                                  <w:marLeft w:val="0"/>
                                                                  <w:marRight w:val="0"/>
                                                                  <w:marTop w:val="0"/>
                                                                  <w:marBottom w:val="0"/>
                                                                  <w:divBdr>
                                                                    <w:top w:val="none" w:sz="0" w:space="0" w:color="auto"/>
                                                                    <w:left w:val="none" w:sz="0" w:space="0" w:color="auto"/>
                                                                    <w:bottom w:val="none" w:sz="0" w:space="0" w:color="auto"/>
                                                                    <w:right w:val="none" w:sz="0" w:space="0" w:color="auto"/>
                                                                  </w:divBdr>
                                                                  <w:divsChild>
                                                                    <w:div w:id="517282336">
                                                                      <w:marLeft w:val="0"/>
                                                                      <w:marRight w:val="0"/>
                                                                      <w:marTop w:val="0"/>
                                                                      <w:marBottom w:val="0"/>
                                                                      <w:divBdr>
                                                                        <w:top w:val="none" w:sz="0" w:space="0" w:color="auto"/>
                                                                        <w:left w:val="none" w:sz="0" w:space="0" w:color="auto"/>
                                                                        <w:bottom w:val="none" w:sz="0" w:space="0" w:color="auto"/>
                                                                        <w:right w:val="none" w:sz="0" w:space="0" w:color="auto"/>
                                                                      </w:divBdr>
                                                                      <w:divsChild>
                                                                        <w:div w:id="588854890">
                                                                          <w:marLeft w:val="0"/>
                                                                          <w:marRight w:val="0"/>
                                                                          <w:marTop w:val="0"/>
                                                                          <w:marBottom w:val="0"/>
                                                                          <w:divBdr>
                                                                            <w:top w:val="none" w:sz="0" w:space="0" w:color="auto"/>
                                                                            <w:left w:val="none" w:sz="0" w:space="0" w:color="auto"/>
                                                                            <w:bottom w:val="none" w:sz="0" w:space="0" w:color="auto"/>
                                                                            <w:right w:val="none" w:sz="0" w:space="0" w:color="auto"/>
                                                                          </w:divBdr>
                                                                          <w:divsChild>
                                                                            <w:div w:id="204605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040923">
                                                                  <w:marLeft w:val="0"/>
                                                                  <w:marRight w:val="0"/>
                                                                  <w:marTop w:val="60"/>
                                                                  <w:marBottom w:val="0"/>
                                                                  <w:divBdr>
                                                                    <w:top w:val="none" w:sz="0" w:space="0" w:color="auto"/>
                                                                    <w:left w:val="none" w:sz="0" w:space="0" w:color="auto"/>
                                                                    <w:bottom w:val="none" w:sz="0" w:space="0" w:color="auto"/>
                                                                    <w:right w:val="none" w:sz="0" w:space="0" w:color="auto"/>
                                                                  </w:divBdr>
                                                                </w:div>
                                                                <w:div w:id="1861039819">
                                                                  <w:marLeft w:val="0"/>
                                                                  <w:marRight w:val="0"/>
                                                                  <w:marTop w:val="0"/>
                                                                  <w:marBottom w:val="0"/>
                                                                  <w:divBdr>
                                                                    <w:top w:val="none" w:sz="0" w:space="0" w:color="auto"/>
                                                                    <w:left w:val="none" w:sz="0" w:space="0" w:color="auto"/>
                                                                    <w:bottom w:val="none" w:sz="0" w:space="0" w:color="auto"/>
                                                                    <w:right w:val="none" w:sz="0" w:space="0" w:color="auto"/>
                                                                  </w:divBdr>
                                                                  <w:divsChild>
                                                                    <w:div w:id="176627433">
                                                                      <w:marLeft w:val="0"/>
                                                                      <w:marRight w:val="0"/>
                                                                      <w:marTop w:val="0"/>
                                                                      <w:marBottom w:val="0"/>
                                                                      <w:divBdr>
                                                                        <w:top w:val="none" w:sz="0" w:space="0" w:color="auto"/>
                                                                        <w:left w:val="none" w:sz="0" w:space="0" w:color="auto"/>
                                                                        <w:bottom w:val="none" w:sz="0" w:space="0" w:color="auto"/>
                                                                        <w:right w:val="none" w:sz="0" w:space="0" w:color="auto"/>
                                                                      </w:divBdr>
                                                                      <w:divsChild>
                                                                        <w:div w:id="1849826660">
                                                                          <w:marLeft w:val="0"/>
                                                                          <w:marRight w:val="0"/>
                                                                          <w:marTop w:val="0"/>
                                                                          <w:marBottom w:val="0"/>
                                                                          <w:divBdr>
                                                                            <w:top w:val="none" w:sz="0" w:space="0" w:color="auto"/>
                                                                            <w:left w:val="none" w:sz="0" w:space="0" w:color="auto"/>
                                                                            <w:bottom w:val="none" w:sz="0" w:space="0" w:color="auto"/>
                                                                            <w:right w:val="none" w:sz="0" w:space="0" w:color="auto"/>
                                                                          </w:divBdr>
                                                                          <w:divsChild>
                                                                            <w:div w:id="1947494810">
                                                                              <w:marLeft w:val="0"/>
                                                                              <w:marRight w:val="0"/>
                                                                              <w:marTop w:val="0"/>
                                                                              <w:marBottom w:val="0"/>
                                                                              <w:divBdr>
                                                                                <w:top w:val="none" w:sz="0" w:space="0" w:color="auto"/>
                                                                                <w:left w:val="none" w:sz="0" w:space="0" w:color="auto"/>
                                                                                <w:bottom w:val="none" w:sz="0" w:space="0" w:color="auto"/>
                                                                                <w:right w:val="none" w:sz="0" w:space="0" w:color="auto"/>
                                                                              </w:divBdr>
                                                                              <w:divsChild>
                                                                                <w:div w:id="1525679558">
                                                                                  <w:marLeft w:val="105"/>
                                                                                  <w:marRight w:val="105"/>
                                                                                  <w:marTop w:val="90"/>
                                                                                  <w:marBottom w:val="150"/>
                                                                                  <w:divBdr>
                                                                                    <w:top w:val="none" w:sz="0" w:space="0" w:color="auto"/>
                                                                                    <w:left w:val="none" w:sz="0" w:space="0" w:color="auto"/>
                                                                                    <w:bottom w:val="none" w:sz="0" w:space="0" w:color="auto"/>
                                                                                    <w:right w:val="none" w:sz="0" w:space="0" w:color="auto"/>
                                                                                  </w:divBdr>
                                                                                </w:div>
                                                                                <w:div w:id="1994871676">
                                                                                  <w:marLeft w:val="105"/>
                                                                                  <w:marRight w:val="105"/>
                                                                                  <w:marTop w:val="90"/>
                                                                                  <w:marBottom w:val="150"/>
                                                                                  <w:divBdr>
                                                                                    <w:top w:val="none" w:sz="0" w:space="0" w:color="auto"/>
                                                                                    <w:left w:val="none" w:sz="0" w:space="0" w:color="auto"/>
                                                                                    <w:bottom w:val="none" w:sz="0" w:space="0" w:color="auto"/>
                                                                                    <w:right w:val="none" w:sz="0" w:space="0" w:color="auto"/>
                                                                                  </w:divBdr>
                                                                                </w:div>
                                                                                <w:div w:id="1296180617">
                                                                                  <w:marLeft w:val="105"/>
                                                                                  <w:marRight w:val="105"/>
                                                                                  <w:marTop w:val="90"/>
                                                                                  <w:marBottom w:val="150"/>
                                                                                  <w:divBdr>
                                                                                    <w:top w:val="none" w:sz="0" w:space="0" w:color="auto"/>
                                                                                    <w:left w:val="none" w:sz="0" w:space="0" w:color="auto"/>
                                                                                    <w:bottom w:val="none" w:sz="0" w:space="0" w:color="auto"/>
                                                                                    <w:right w:val="none" w:sz="0" w:space="0" w:color="auto"/>
                                                                                  </w:divBdr>
                                                                                </w:div>
                                                                                <w:div w:id="395325370">
                                                                                  <w:marLeft w:val="105"/>
                                                                                  <w:marRight w:val="105"/>
                                                                                  <w:marTop w:val="90"/>
                                                                                  <w:marBottom w:val="150"/>
                                                                                  <w:divBdr>
                                                                                    <w:top w:val="none" w:sz="0" w:space="0" w:color="auto"/>
                                                                                    <w:left w:val="none" w:sz="0" w:space="0" w:color="auto"/>
                                                                                    <w:bottom w:val="none" w:sz="0" w:space="0" w:color="auto"/>
                                                                                    <w:right w:val="none" w:sz="0" w:space="0" w:color="auto"/>
                                                                                  </w:divBdr>
                                                                                </w:div>
                                                                                <w:div w:id="182403979">
                                                                                  <w:marLeft w:val="105"/>
                                                                                  <w:marRight w:val="105"/>
                                                                                  <w:marTop w:val="90"/>
                                                                                  <w:marBottom w:val="150"/>
                                                                                  <w:divBdr>
                                                                                    <w:top w:val="none" w:sz="0" w:space="0" w:color="auto"/>
                                                                                    <w:left w:val="none" w:sz="0" w:space="0" w:color="auto"/>
                                                                                    <w:bottom w:val="none" w:sz="0" w:space="0" w:color="auto"/>
                                                                                    <w:right w:val="none" w:sz="0" w:space="0" w:color="auto"/>
                                                                                  </w:divBdr>
                                                                                </w:div>
                                                                                <w:div w:id="1008018174">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68428366">
          <w:marLeft w:val="0"/>
          <w:marRight w:val="0"/>
          <w:marTop w:val="0"/>
          <w:marBottom w:val="0"/>
          <w:divBdr>
            <w:top w:val="none" w:sz="0" w:space="0" w:color="auto"/>
            <w:left w:val="none" w:sz="0" w:space="0" w:color="auto"/>
            <w:bottom w:val="none" w:sz="0" w:space="0" w:color="auto"/>
            <w:right w:val="none" w:sz="0" w:space="0" w:color="auto"/>
          </w:divBdr>
          <w:divsChild>
            <w:div w:id="533887693">
              <w:marLeft w:val="0"/>
              <w:marRight w:val="0"/>
              <w:marTop w:val="0"/>
              <w:marBottom w:val="0"/>
              <w:divBdr>
                <w:top w:val="none" w:sz="0" w:space="0" w:color="auto"/>
                <w:left w:val="none" w:sz="0" w:space="0" w:color="auto"/>
                <w:bottom w:val="none" w:sz="0" w:space="0" w:color="auto"/>
                <w:right w:val="none" w:sz="0" w:space="0" w:color="auto"/>
              </w:divBdr>
              <w:divsChild>
                <w:div w:id="213590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005631">
      <w:bodyDiv w:val="1"/>
      <w:marLeft w:val="0"/>
      <w:marRight w:val="0"/>
      <w:marTop w:val="0"/>
      <w:marBottom w:val="0"/>
      <w:divBdr>
        <w:top w:val="none" w:sz="0" w:space="0" w:color="auto"/>
        <w:left w:val="none" w:sz="0" w:space="0" w:color="auto"/>
        <w:bottom w:val="none" w:sz="0" w:space="0" w:color="auto"/>
        <w:right w:val="none" w:sz="0" w:space="0" w:color="auto"/>
      </w:divBdr>
    </w:div>
    <w:div w:id="1349521220">
      <w:bodyDiv w:val="1"/>
      <w:marLeft w:val="0"/>
      <w:marRight w:val="0"/>
      <w:marTop w:val="0"/>
      <w:marBottom w:val="0"/>
      <w:divBdr>
        <w:top w:val="none" w:sz="0" w:space="0" w:color="auto"/>
        <w:left w:val="none" w:sz="0" w:space="0" w:color="auto"/>
        <w:bottom w:val="none" w:sz="0" w:space="0" w:color="auto"/>
        <w:right w:val="none" w:sz="0" w:space="0" w:color="auto"/>
      </w:divBdr>
    </w:div>
    <w:div w:id="1572077633">
      <w:bodyDiv w:val="1"/>
      <w:marLeft w:val="0"/>
      <w:marRight w:val="0"/>
      <w:marTop w:val="0"/>
      <w:marBottom w:val="0"/>
      <w:divBdr>
        <w:top w:val="none" w:sz="0" w:space="0" w:color="auto"/>
        <w:left w:val="none" w:sz="0" w:space="0" w:color="auto"/>
        <w:bottom w:val="none" w:sz="0" w:space="0" w:color="auto"/>
        <w:right w:val="none" w:sz="0" w:space="0" w:color="auto"/>
      </w:divBdr>
    </w:div>
    <w:div w:id="19668139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CB742F-E27E-4C44-8B05-79A6378B1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1286</Words>
  <Characters>7335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WIN 10</cp:lastModifiedBy>
  <cp:revision>4</cp:revision>
  <cp:lastPrinted>2026-06-08T00:50:00Z</cp:lastPrinted>
  <dcterms:created xsi:type="dcterms:W3CDTF">2026-07-17T02:03:00Z</dcterms:created>
  <dcterms:modified xsi:type="dcterms:W3CDTF">2026-07-20T00:40:00Z</dcterms:modified>
</cp:coreProperties>
</file>