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0" w:type="dxa"/>
        <w:tblInd w:w="-26" w:type="dxa"/>
        <w:tblLook w:val="01E0" w:firstRow="1" w:lastRow="1" w:firstColumn="1" w:lastColumn="1" w:noHBand="0" w:noVBand="0"/>
      </w:tblPr>
      <w:tblGrid>
        <w:gridCol w:w="3962"/>
        <w:gridCol w:w="5528"/>
      </w:tblGrid>
      <w:tr w:rsidR="00736A1D" w:rsidRPr="00736A1D" w14:paraId="2E8CDA7D" w14:textId="77777777" w:rsidTr="00CC7E68">
        <w:tc>
          <w:tcPr>
            <w:tcW w:w="3962" w:type="dxa"/>
          </w:tcPr>
          <w:p w14:paraId="1BC7B51C" w14:textId="18F97C70" w:rsidR="00736A1D" w:rsidRPr="00736A1D" w:rsidRDefault="00736A1D" w:rsidP="00736A1D">
            <w:pPr>
              <w:spacing w:after="0" w:line="380" w:lineRule="exact"/>
              <w:jc w:val="center"/>
              <w:rPr>
                <w:sz w:val="28"/>
                <w:szCs w:val="28"/>
              </w:rPr>
            </w:pPr>
            <w:r w:rsidRPr="00736A1D">
              <w:rPr>
                <w:sz w:val="28"/>
                <w:szCs w:val="28"/>
              </w:rPr>
              <w:t>ĐẢNG ỦY XÃ</w:t>
            </w:r>
            <w:r w:rsidR="00AB663F">
              <w:rPr>
                <w:sz w:val="28"/>
                <w:szCs w:val="28"/>
              </w:rPr>
              <w:t xml:space="preserve"> LÙNG PHÌNH</w:t>
            </w:r>
            <w:r w:rsidRPr="00736A1D">
              <w:rPr>
                <w:sz w:val="28"/>
                <w:szCs w:val="28"/>
              </w:rPr>
              <w:t xml:space="preserve"> </w:t>
            </w:r>
            <w:r w:rsidR="00E05E5B">
              <w:rPr>
                <w:sz w:val="28"/>
                <w:szCs w:val="28"/>
              </w:rPr>
              <w:t xml:space="preserve"> </w:t>
            </w:r>
          </w:p>
          <w:p w14:paraId="577BB2EF" w14:textId="77777777" w:rsidR="00736A1D" w:rsidRPr="00736A1D" w:rsidRDefault="00736A1D" w:rsidP="00736A1D">
            <w:pPr>
              <w:spacing w:after="0" w:line="380" w:lineRule="exact"/>
              <w:jc w:val="center"/>
              <w:rPr>
                <w:b/>
                <w:sz w:val="28"/>
                <w:szCs w:val="28"/>
              </w:rPr>
            </w:pPr>
            <w:r w:rsidRPr="00736A1D">
              <w:rPr>
                <w:b/>
                <w:sz w:val="28"/>
                <w:szCs w:val="28"/>
              </w:rPr>
              <w:t>UỶ BAN KIỂM TRA</w:t>
            </w:r>
          </w:p>
          <w:p w14:paraId="3F8C6AC4" w14:textId="77777777" w:rsidR="00736A1D" w:rsidRPr="00736A1D" w:rsidRDefault="00736A1D" w:rsidP="00736A1D">
            <w:pPr>
              <w:spacing w:after="0" w:line="380" w:lineRule="exact"/>
              <w:jc w:val="center"/>
              <w:rPr>
                <w:sz w:val="28"/>
                <w:szCs w:val="28"/>
              </w:rPr>
            </w:pPr>
            <w:r w:rsidRPr="00736A1D">
              <w:rPr>
                <w:sz w:val="28"/>
                <w:szCs w:val="28"/>
              </w:rPr>
              <w:t>*</w:t>
            </w:r>
          </w:p>
          <w:p w14:paraId="08E8C948" w14:textId="0FAE7873" w:rsidR="00736A1D" w:rsidRDefault="00736A1D" w:rsidP="00736A1D">
            <w:pPr>
              <w:spacing w:after="0" w:line="380" w:lineRule="exact"/>
              <w:jc w:val="center"/>
              <w:rPr>
                <w:sz w:val="28"/>
                <w:szCs w:val="28"/>
              </w:rPr>
            </w:pPr>
            <w:r w:rsidRPr="00736A1D">
              <w:rPr>
                <w:sz w:val="28"/>
                <w:szCs w:val="28"/>
              </w:rPr>
              <w:t xml:space="preserve">Số </w:t>
            </w:r>
            <w:r w:rsidR="00E05E5B">
              <w:rPr>
                <w:sz w:val="28"/>
                <w:szCs w:val="28"/>
              </w:rPr>
              <w:t xml:space="preserve">  </w:t>
            </w:r>
            <w:r w:rsidR="00677911">
              <w:rPr>
                <w:sz w:val="28"/>
                <w:szCs w:val="28"/>
              </w:rPr>
              <w:t xml:space="preserve">   </w:t>
            </w:r>
            <w:r w:rsidRPr="00736A1D">
              <w:rPr>
                <w:sz w:val="28"/>
                <w:szCs w:val="28"/>
              </w:rPr>
              <w:t>-CTr/UBKTĐU</w:t>
            </w:r>
          </w:p>
          <w:p w14:paraId="5AD9F32A" w14:textId="0327C7D7" w:rsidR="00BC2DE4" w:rsidRPr="00BC2DE4" w:rsidRDefault="00BC2DE4" w:rsidP="00736A1D">
            <w:pPr>
              <w:spacing w:after="0" w:line="380" w:lineRule="exact"/>
              <w:jc w:val="center"/>
              <w:rPr>
                <w:i/>
                <w:sz w:val="28"/>
                <w:szCs w:val="28"/>
              </w:rPr>
            </w:pPr>
            <w:r w:rsidRPr="00BC2DE4">
              <w:rPr>
                <w:i/>
                <w:sz w:val="28"/>
                <w:szCs w:val="28"/>
              </w:rPr>
              <w:t>(dự thảo)</w:t>
            </w:r>
          </w:p>
          <w:p w14:paraId="431E1EBD" w14:textId="77777777" w:rsidR="00736A1D" w:rsidRPr="00736A1D" w:rsidRDefault="00736A1D" w:rsidP="00736A1D">
            <w:pPr>
              <w:spacing w:after="0" w:line="380" w:lineRule="exact"/>
              <w:rPr>
                <w:sz w:val="28"/>
                <w:szCs w:val="28"/>
              </w:rPr>
            </w:pPr>
          </w:p>
        </w:tc>
        <w:tc>
          <w:tcPr>
            <w:tcW w:w="5528" w:type="dxa"/>
          </w:tcPr>
          <w:p w14:paraId="758E0156" w14:textId="77777777" w:rsidR="00736A1D" w:rsidRPr="00736A1D" w:rsidRDefault="00736A1D" w:rsidP="00736A1D">
            <w:pPr>
              <w:spacing w:after="0" w:line="380" w:lineRule="exact"/>
              <w:jc w:val="center"/>
              <w:rPr>
                <w:b/>
                <w:bCs/>
                <w:sz w:val="30"/>
                <w:szCs w:val="30"/>
              </w:rPr>
            </w:pPr>
            <w:r w:rsidRPr="00736A1D">
              <w:rPr>
                <w:b/>
                <w:bCs/>
                <w:noProof/>
                <w:sz w:val="30"/>
                <w:szCs w:val="30"/>
              </w:rPr>
              <mc:AlternateContent>
                <mc:Choice Requires="wps">
                  <w:drawing>
                    <wp:anchor distT="0" distB="0" distL="114300" distR="114300" simplePos="0" relativeHeight="251657728" behindDoc="0" locked="0" layoutInCell="1" allowOverlap="1" wp14:anchorId="6CA6B989" wp14:editId="73142777">
                      <wp:simplePos x="0" y="0"/>
                      <wp:positionH relativeFrom="column">
                        <wp:posOffset>384810</wp:posOffset>
                      </wp:positionH>
                      <wp:positionV relativeFrom="paragraph">
                        <wp:posOffset>241300</wp:posOffset>
                      </wp:positionV>
                      <wp:extent cx="260286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2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C8DAB6" id="_x0000_t32" coordsize="21600,21600" o:spt="32" o:oned="t" path="m,l21600,21600e" filled="f">
                      <v:path arrowok="t" fillok="f" o:connecttype="none"/>
                      <o:lock v:ext="edit" shapetype="t"/>
                    </v:shapetype>
                    <v:shape id="Straight Arrow Connector 1" o:spid="_x0000_s1026" type="#_x0000_t32" style="position:absolute;margin-left:30.3pt;margin-top:19pt;width:204.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AN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"/>
                  </w:pict>
                </mc:Fallback>
              </mc:AlternateContent>
            </w:r>
            <w:r w:rsidRPr="00736A1D">
              <w:rPr>
                <w:b/>
                <w:bCs/>
                <w:sz w:val="30"/>
                <w:szCs w:val="30"/>
              </w:rPr>
              <w:t>ĐẢNG CỘNG SẢN VIỆT NAM</w:t>
            </w:r>
          </w:p>
          <w:p w14:paraId="3B4CEBA3" w14:textId="77777777" w:rsidR="00736A1D" w:rsidRPr="00736A1D" w:rsidRDefault="00736A1D" w:rsidP="00736A1D">
            <w:pPr>
              <w:spacing w:after="0" w:line="380" w:lineRule="exact"/>
              <w:jc w:val="center"/>
              <w:rPr>
                <w:i/>
                <w:iCs/>
                <w:sz w:val="28"/>
                <w:szCs w:val="28"/>
              </w:rPr>
            </w:pPr>
          </w:p>
          <w:p w14:paraId="63D647C9" w14:textId="758A2424" w:rsidR="00736A1D" w:rsidRPr="00736A1D" w:rsidRDefault="00736A1D" w:rsidP="00736A1D">
            <w:pPr>
              <w:spacing w:after="0" w:line="380" w:lineRule="exact"/>
              <w:jc w:val="center"/>
              <w:rPr>
                <w:i/>
                <w:sz w:val="28"/>
                <w:szCs w:val="28"/>
              </w:rPr>
            </w:pPr>
            <w:r w:rsidRPr="00736A1D">
              <w:rPr>
                <w:i/>
                <w:iCs/>
                <w:sz w:val="28"/>
                <w:szCs w:val="28"/>
              </w:rPr>
              <w:t xml:space="preserve">Lùng Phình, ngày </w:t>
            </w:r>
            <w:r w:rsidR="000F19B4">
              <w:rPr>
                <w:i/>
                <w:iCs/>
                <w:sz w:val="28"/>
                <w:szCs w:val="28"/>
              </w:rPr>
              <w:t xml:space="preserve">  </w:t>
            </w:r>
            <w:r w:rsidRPr="00736A1D">
              <w:rPr>
                <w:i/>
                <w:iCs/>
                <w:sz w:val="28"/>
                <w:szCs w:val="28"/>
              </w:rPr>
              <w:t xml:space="preserve"> tháng </w:t>
            </w:r>
            <w:r w:rsidR="000F19B4">
              <w:rPr>
                <w:i/>
                <w:iCs/>
                <w:sz w:val="28"/>
                <w:szCs w:val="28"/>
              </w:rPr>
              <w:t>8</w:t>
            </w:r>
            <w:r>
              <w:rPr>
                <w:i/>
                <w:iCs/>
                <w:sz w:val="28"/>
                <w:szCs w:val="28"/>
              </w:rPr>
              <w:t xml:space="preserve"> </w:t>
            </w:r>
            <w:r w:rsidRPr="00736A1D">
              <w:rPr>
                <w:i/>
                <w:iCs/>
                <w:sz w:val="28"/>
                <w:szCs w:val="28"/>
              </w:rPr>
              <w:t>năm 2026</w:t>
            </w:r>
          </w:p>
        </w:tc>
      </w:tr>
    </w:tbl>
    <w:p w14:paraId="73841CBF" w14:textId="2C043593" w:rsidR="00571A14" w:rsidRPr="00224DCB" w:rsidRDefault="004C3F45" w:rsidP="00224DCB">
      <w:pPr>
        <w:spacing w:after="0" w:line="380" w:lineRule="exact"/>
        <w:ind w:firstLine="567"/>
        <w:jc w:val="center"/>
        <w:rPr>
          <w:rFonts w:cs="Times New Roman"/>
          <w:b/>
          <w:bCs/>
          <w:sz w:val="28"/>
          <w:szCs w:val="28"/>
        </w:rPr>
      </w:pPr>
      <w:r w:rsidRPr="00224DCB">
        <w:rPr>
          <w:rFonts w:cs="Times New Roman"/>
          <w:b/>
          <w:bCs/>
          <w:sz w:val="28"/>
          <w:szCs w:val="28"/>
        </w:rPr>
        <w:t>CHƯƠNG TRÌNH</w:t>
      </w:r>
    </w:p>
    <w:p w14:paraId="355B6673" w14:textId="58446A74" w:rsidR="00334677" w:rsidRPr="00334677" w:rsidRDefault="00334677" w:rsidP="00334677">
      <w:pPr>
        <w:spacing w:after="0" w:line="380" w:lineRule="exact"/>
        <w:ind w:firstLine="567"/>
        <w:jc w:val="center"/>
        <w:rPr>
          <w:rFonts w:cs="Times New Roman"/>
          <w:b/>
          <w:bCs/>
          <w:sz w:val="28"/>
          <w:szCs w:val="28"/>
        </w:rPr>
      </w:pPr>
      <w:r w:rsidRPr="00334677">
        <w:rPr>
          <w:rFonts w:cs="Times New Roman"/>
          <w:b/>
          <w:bCs/>
          <w:sz w:val="28"/>
          <w:szCs w:val="28"/>
        </w:rPr>
        <w:t xml:space="preserve">kiểm tra, giám sát </w:t>
      </w:r>
      <w:r>
        <w:rPr>
          <w:rFonts w:cs="Times New Roman"/>
          <w:b/>
          <w:bCs/>
          <w:sz w:val="28"/>
          <w:szCs w:val="28"/>
        </w:rPr>
        <w:t xml:space="preserve">năm 2026 </w:t>
      </w:r>
      <w:r w:rsidRPr="00334677">
        <w:rPr>
          <w:rFonts w:cs="Times New Roman"/>
          <w:b/>
          <w:bCs/>
          <w:sz w:val="28"/>
          <w:szCs w:val="28"/>
        </w:rPr>
        <w:t xml:space="preserve">của Uỷ ban Kiểm tra Đảng ủy khóa I, </w:t>
      </w:r>
    </w:p>
    <w:p w14:paraId="55802545" w14:textId="257B4EF4" w:rsidR="00224DCB" w:rsidRPr="00677911" w:rsidRDefault="00334677" w:rsidP="00334677">
      <w:pPr>
        <w:spacing w:after="0" w:line="380" w:lineRule="exact"/>
        <w:ind w:firstLine="567"/>
        <w:jc w:val="center"/>
        <w:rPr>
          <w:rFonts w:cs="Times New Roman"/>
          <w:b/>
          <w:bCs/>
          <w:i/>
          <w:sz w:val="28"/>
          <w:szCs w:val="28"/>
        </w:rPr>
      </w:pPr>
      <w:r w:rsidRPr="00334677">
        <w:rPr>
          <w:rFonts w:cs="Times New Roman"/>
          <w:b/>
          <w:bCs/>
          <w:sz w:val="28"/>
          <w:szCs w:val="28"/>
        </w:rPr>
        <w:t xml:space="preserve">Nhiệm kỳ 2025 </w:t>
      </w:r>
      <w:r w:rsidR="00677911">
        <w:rPr>
          <w:rFonts w:cs="Times New Roman"/>
          <w:b/>
          <w:bCs/>
          <w:sz w:val="28"/>
          <w:szCs w:val="28"/>
        </w:rPr>
        <w:t>–</w:t>
      </w:r>
      <w:r w:rsidRPr="00334677">
        <w:rPr>
          <w:rFonts w:cs="Times New Roman"/>
          <w:b/>
          <w:bCs/>
          <w:sz w:val="28"/>
          <w:szCs w:val="28"/>
        </w:rPr>
        <w:t xml:space="preserve"> 2030</w:t>
      </w:r>
      <w:r w:rsidR="00677911">
        <w:rPr>
          <w:rFonts w:cs="Times New Roman"/>
          <w:b/>
          <w:bCs/>
          <w:sz w:val="28"/>
          <w:szCs w:val="28"/>
        </w:rPr>
        <w:t xml:space="preserve"> </w:t>
      </w:r>
      <w:r w:rsidRPr="00677911">
        <w:rPr>
          <w:rFonts w:cs="Times New Roman"/>
          <w:b/>
          <w:bCs/>
          <w:i/>
          <w:sz w:val="28"/>
          <w:szCs w:val="28"/>
        </w:rPr>
        <w:t xml:space="preserve">(điều chỉnh, bổ sung) </w:t>
      </w:r>
    </w:p>
    <w:p w14:paraId="60A9FC00" w14:textId="77777777" w:rsidR="00950CF9" w:rsidRPr="00950CF9" w:rsidRDefault="00950CF9" w:rsidP="00950CF9">
      <w:pPr>
        <w:spacing w:after="0" w:line="380" w:lineRule="exact"/>
        <w:ind w:firstLine="567"/>
        <w:jc w:val="center"/>
        <w:rPr>
          <w:rFonts w:cs="Times New Roman"/>
          <w:b/>
          <w:bCs/>
          <w:sz w:val="28"/>
          <w:szCs w:val="28"/>
        </w:rPr>
      </w:pPr>
    </w:p>
    <w:p w14:paraId="6EA81425" w14:textId="388806F8"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Căn cứ Điều lệ Đảng;</w:t>
      </w:r>
    </w:p>
    <w:p w14:paraId="66CDB43A" w14:textId="7FF85C93"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xml:space="preserve">- Căn cứ các quy định và hướng dẫn hiện hành về công tác kiểm tra, giám </w:t>
      </w:r>
      <w:r w:rsidR="009666A4">
        <w:rPr>
          <w:rFonts w:cs="Times New Roman"/>
          <w:sz w:val="28"/>
          <w:szCs w:val="28"/>
        </w:rPr>
        <w:t>sát</w:t>
      </w:r>
      <w:r w:rsidRPr="00571A14">
        <w:rPr>
          <w:rFonts w:cs="Times New Roman"/>
          <w:sz w:val="28"/>
          <w:szCs w:val="28"/>
        </w:rPr>
        <w:t>t</w:t>
      </w:r>
      <w:r w:rsidR="00571A14">
        <w:rPr>
          <w:rFonts w:cs="Times New Roman"/>
          <w:sz w:val="28"/>
          <w:szCs w:val="28"/>
        </w:rPr>
        <w:t xml:space="preserve"> </w:t>
      </w:r>
      <w:r w:rsidRPr="00571A14">
        <w:rPr>
          <w:rFonts w:cs="Times New Roman"/>
          <w:sz w:val="28"/>
          <w:szCs w:val="28"/>
        </w:rPr>
        <w:t>và k</w:t>
      </w:r>
      <w:r w:rsidR="00507250">
        <w:rPr>
          <w:rFonts w:cs="Times New Roman"/>
          <w:sz w:val="28"/>
          <w:szCs w:val="28"/>
        </w:rPr>
        <w:t>ỷ</w:t>
      </w:r>
      <w:r w:rsidRPr="00571A14">
        <w:rPr>
          <w:rFonts w:cs="Times New Roman"/>
          <w:sz w:val="28"/>
          <w:szCs w:val="28"/>
        </w:rPr>
        <w:t xml:space="preserve"> luật của </w:t>
      </w:r>
      <w:r w:rsidR="00C8242C">
        <w:rPr>
          <w:rFonts w:cs="Times New Roman"/>
          <w:sz w:val="28"/>
          <w:szCs w:val="28"/>
        </w:rPr>
        <w:t>Đ</w:t>
      </w:r>
      <w:r w:rsidR="003B6E09">
        <w:rPr>
          <w:rFonts w:cs="Times New Roman"/>
          <w:sz w:val="28"/>
          <w:szCs w:val="28"/>
        </w:rPr>
        <w:t>ả</w:t>
      </w:r>
      <w:r w:rsidRPr="00571A14">
        <w:rPr>
          <w:rFonts w:cs="Times New Roman"/>
          <w:sz w:val="28"/>
          <w:szCs w:val="28"/>
        </w:rPr>
        <w:t>ng;</w:t>
      </w:r>
    </w:p>
    <w:p w14:paraId="6C1B98E2" w14:textId="77777777" w:rsidR="00063EC5" w:rsidRPr="009A33B5" w:rsidRDefault="00063EC5" w:rsidP="00063EC5">
      <w:pPr>
        <w:spacing w:before="120" w:after="120" w:line="380" w:lineRule="exact"/>
        <w:ind w:firstLine="567"/>
        <w:jc w:val="both"/>
        <w:rPr>
          <w:rFonts w:cs="Times New Roman"/>
          <w:sz w:val="28"/>
          <w:szCs w:val="28"/>
        </w:rPr>
      </w:pPr>
      <w:r w:rsidRPr="009A33B5">
        <w:rPr>
          <w:rFonts w:cs="Times New Roman"/>
          <w:sz w:val="28"/>
          <w:szCs w:val="28"/>
        </w:rPr>
        <w:t xml:space="preserve">- Căn cứ Quy chế số 10-QC/UBKTĐU ngày 06/7/2026 Quy chế làm việc (điều chỉnh, bổ sung) của Ủy ban Kiểm tra Đảng ủy xã khóa I, nhiệm kỳ 2025-2030;  </w:t>
      </w:r>
    </w:p>
    <w:p w14:paraId="6BE26197" w14:textId="212D7194" w:rsidR="00063EC5" w:rsidRPr="00334677" w:rsidRDefault="00063EC5" w:rsidP="00063EC5">
      <w:pPr>
        <w:spacing w:before="120" w:after="120" w:line="380" w:lineRule="exact"/>
        <w:ind w:firstLine="567"/>
        <w:jc w:val="both"/>
        <w:rPr>
          <w:rFonts w:cs="Times New Roman"/>
          <w:spacing w:val="-6"/>
          <w:sz w:val="28"/>
          <w:szCs w:val="28"/>
        </w:rPr>
      </w:pPr>
      <w:r w:rsidRPr="00334677">
        <w:rPr>
          <w:rFonts w:cs="Times New Roman"/>
          <w:spacing w:val="-6"/>
          <w:sz w:val="28"/>
          <w:szCs w:val="28"/>
        </w:rPr>
        <w:t xml:space="preserve">- Căn cứ Chương trình số   </w:t>
      </w:r>
      <w:bookmarkStart w:id="0" w:name="_GoBack"/>
      <w:bookmarkEnd w:id="0"/>
      <w:r w:rsidRPr="00334677">
        <w:rPr>
          <w:rFonts w:cs="Times New Roman"/>
          <w:spacing w:val="-6"/>
          <w:sz w:val="28"/>
          <w:szCs w:val="28"/>
        </w:rPr>
        <w:t xml:space="preserve">-CTr/UBKTĐU ngày …/8/2026 Chương trình kiểm tra, giám </w:t>
      </w:r>
      <w:r w:rsidR="009666A4" w:rsidRPr="00334677">
        <w:rPr>
          <w:rFonts w:cs="Times New Roman"/>
          <w:spacing w:val="-6"/>
          <w:sz w:val="28"/>
          <w:szCs w:val="28"/>
        </w:rPr>
        <w:t>sát</w:t>
      </w:r>
      <w:r w:rsidRPr="00334677">
        <w:rPr>
          <w:rFonts w:cs="Times New Roman"/>
          <w:spacing w:val="-6"/>
          <w:sz w:val="28"/>
          <w:szCs w:val="28"/>
        </w:rPr>
        <w:t>t của Ủy ban Kiểm tra Đảng ủy xã Lùng Phình khóa I, nhiệm kỳ 2025-2030;</w:t>
      </w:r>
    </w:p>
    <w:p w14:paraId="6B1A413C" w14:textId="52DD8900" w:rsidR="009921F9" w:rsidRDefault="009921F9" w:rsidP="009921F9">
      <w:pPr>
        <w:spacing w:before="120" w:after="120" w:line="380" w:lineRule="exact"/>
        <w:ind w:firstLine="567"/>
        <w:jc w:val="both"/>
        <w:rPr>
          <w:rFonts w:cs="Times New Roman"/>
          <w:sz w:val="28"/>
          <w:szCs w:val="28"/>
        </w:rPr>
      </w:pPr>
      <w:r w:rsidRPr="00571A14">
        <w:rPr>
          <w:rFonts w:cs="Times New Roman"/>
          <w:sz w:val="28"/>
          <w:szCs w:val="28"/>
        </w:rPr>
        <w:t xml:space="preserve">- Căn cứ Kết luận số </w:t>
      </w:r>
      <w:r>
        <w:rPr>
          <w:rFonts w:cs="Times New Roman"/>
          <w:sz w:val="28"/>
          <w:szCs w:val="28"/>
        </w:rPr>
        <w:t>278</w:t>
      </w:r>
      <w:r w:rsidRPr="00571A14">
        <w:rPr>
          <w:rFonts w:cs="Times New Roman"/>
          <w:sz w:val="28"/>
          <w:szCs w:val="28"/>
        </w:rPr>
        <w:t>-KL/</w:t>
      </w:r>
      <w:r w:rsidR="006F1075">
        <w:rPr>
          <w:rFonts w:cs="Times New Roman"/>
          <w:sz w:val="28"/>
          <w:szCs w:val="28"/>
        </w:rPr>
        <w:t>Đ</w:t>
      </w:r>
      <w:r w:rsidRPr="00571A14">
        <w:rPr>
          <w:rFonts w:cs="Times New Roman"/>
          <w:sz w:val="28"/>
          <w:szCs w:val="28"/>
        </w:rPr>
        <w:t xml:space="preserve">U, ngày </w:t>
      </w:r>
      <w:r>
        <w:rPr>
          <w:rFonts w:cs="Times New Roman"/>
          <w:sz w:val="28"/>
          <w:szCs w:val="28"/>
        </w:rPr>
        <w:t>14</w:t>
      </w:r>
      <w:r w:rsidRPr="00571A14">
        <w:rPr>
          <w:rFonts w:cs="Times New Roman"/>
          <w:sz w:val="28"/>
          <w:szCs w:val="28"/>
        </w:rPr>
        <w:t>/</w:t>
      </w:r>
      <w:r>
        <w:rPr>
          <w:rFonts w:cs="Times New Roman"/>
          <w:sz w:val="28"/>
          <w:szCs w:val="28"/>
        </w:rPr>
        <w:t>7</w:t>
      </w:r>
      <w:r w:rsidRPr="00571A14">
        <w:rPr>
          <w:rFonts w:cs="Times New Roman"/>
          <w:sz w:val="28"/>
          <w:szCs w:val="28"/>
        </w:rPr>
        <w:t>/202</w:t>
      </w:r>
      <w:r>
        <w:rPr>
          <w:rFonts w:cs="Times New Roman"/>
          <w:sz w:val="28"/>
          <w:szCs w:val="28"/>
        </w:rPr>
        <w:t>6</w:t>
      </w:r>
      <w:r w:rsidRPr="00571A14">
        <w:rPr>
          <w:rFonts w:cs="Times New Roman"/>
          <w:sz w:val="28"/>
          <w:szCs w:val="28"/>
        </w:rPr>
        <w:t xml:space="preserve"> của </w:t>
      </w:r>
      <w:r>
        <w:rPr>
          <w:rFonts w:cs="Times New Roman"/>
          <w:sz w:val="28"/>
          <w:szCs w:val="28"/>
        </w:rPr>
        <w:t>Thường trực Đảng ủy</w:t>
      </w:r>
      <w:r w:rsidR="009F227B">
        <w:rPr>
          <w:rFonts w:cs="Times New Roman"/>
          <w:sz w:val="28"/>
          <w:szCs w:val="28"/>
        </w:rPr>
        <w:t xml:space="preserve"> tại</w:t>
      </w:r>
      <w:r>
        <w:rPr>
          <w:rFonts w:cs="Times New Roman"/>
          <w:sz w:val="28"/>
          <w:szCs w:val="28"/>
        </w:rPr>
        <w:t xml:space="preserve"> hội nghị giao ban tuần;</w:t>
      </w:r>
    </w:p>
    <w:p w14:paraId="7B575857" w14:textId="0F44EF8A"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xml:space="preserve">Ủy ban Kiểm tra </w:t>
      </w:r>
      <w:r w:rsidR="009F227B">
        <w:rPr>
          <w:rFonts w:cs="Times New Roman"/>
          <w:sz w:val="28"/>
          <w:szCs w:val="28"/>
        </w:rPr>
        <w:t>Đảng</w:t>
      </w:r>
      <w:r w:rsidRPr="00571A14">
        <w:rPr>
          <w:rFonts w:cs="Times New Roman"/>
          <w:sz w:val="28"/>
          <w:szCs w:val="28"/>
        </w:rPr>
        <w:t xml:space="preserve"> ủy điều chỉnh, b</w:t>
      </w:r>
      <w:r w:rsidR="00507250">
        <w:rPr>
          <w:rFonts w:cs="Times New Roman"/>
          <w:sz w:val="28"/>
          <w:szCs w:val="28"/>
        </w:rPr>
        <w:t>ổ</w:t>
      </w:r>
      <w:r w:rsidRPr="00571A14">
        <w:rPr>
          <w:rFonts w:cs="Times New Roman"/>
          <w:sz w:val="28"/>
          <w:szCs w:val="28"/>
        </w:rPr>
        <w:t xml:space="preserve"> sung Chương trình kiểm tra, giám </w:t>
      </w:r>
      <w:r w:rsidR="009666A4">
        <w:rPr>
          <w:rFonts w:cs="Times New Roman"/>
          <w:sz w:val="28"/>
          <w:szCs w:val="28"/>
        </w:rPr>
        <w:t>sát</w:t>
      </w:r>
      <w:r w:rsidRPr="00571A14">
        <w:rPr>
          <w:rFonts w:cs="Times New Roman"/>
          <w:sz w:val="28"/>
          <w:szCs w:val="28"/>
        </w:rPr>
        <w:t>t</w:t>
      </w:r>
      <w:r w:rsidRPr="00571A14">
        <w:rPr>
          <w:rFonts w:cs="Times New Roman"/>
          <w:sz w:val="28"/>
          <w:szCs w:val="28"/>
        </w:rPr>
        <w:br/>
        <w:t>năm 2026 như sau:</w:t>
      </w:r>
    </w:p>
    <w:p w14:paraId="243D1F0B" w14:textId="6D23BE6A" w:rsidR="00571A14" w:rsidRPr="006F1075" w:rsidRDefault="004C3F45" w:rsidP="00571A14">
      <w:pPr>
        <w:spacing w:before="120" w:after="120" w:line="380" w:lineRule="exact"/>
        <w:ind w:firstLine="567"/>
        <w:jc w:val="both"/>
        <w:rPr>
          <w:rFonts w:cs="Times New Roman"/>
          <w:b/>
          <w:bCs/>
          <w:sz w:val="28"/>
          <w:szCs w:val="28"/>
        </w:rPr>
      </w:pPr>
      <w:r w:rsidRPr="006F1075">
        <w:rPr>
          <w:rFonts w:cs="Times New Roman"/>
          <w:b/>
          <w:bCs/>
          <w:sz w:val="28"/>
          <w:szCs w:val="28"/>
        </w:rPr>
        <w:t>I. MỤC ĐÍCH, YÊU C</w:t>
      </w:r>
      <w:r w:rsidR="003B6E09">
        <w:rPr>
          <w:rFonts w:cs="Times New Roman"/>
          <w:b/>
          <w:bCs/>
          <w:sz w:val="28"/>
          <w:szCs w:val="28"/>
        </w:rPr>
        <w:t>ẦU</w:t>
      </w:r>
    </w:p>
    <w:p w14:paraId="467D0449" w14:textId="1E624928"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1. K</w:t>
      </w:r>
      <w:r w:rsidR="00507250">
        <w:rPr>
          <w:rFonts w:cs="Times New Roman"/>
          <w:sz w:val="28"/>
          <w:szCs w:val="28"/>
        </w:rPr>
        <w:t>ị</w:t>
      </w:r>
      <w:r w:rsidRPr="00571A14">
        <w:rPr>
          <w:rFonts w:cs="Times New Roman"/>
          <w:sz w:val="28"/>
          <w:szCs w:val="28"/>
        </w:rPr>
        <w:t xml:space="preserve">p thời lãnh </w:t>
      </w:r>
      <w:r w:rsidR="006F1075">
        <w:rPr>
          <w:rFonts w:cs="Times New Roman"/>
          <w:sz w:val="28"/>
          <w:szCs w:val="28"/>
        </w:rPr>
        <w:t>đạo</w:t>
      </w:r>
      <w:r w:rsidRPr="00571A14">
        <w:rPr>
          <w:rFonts w:cs="Times New Roman"/>
          <w:sz w:val="28"/>
          <w:szCs w:val="28"/>
        </w:rPr>
        <w:t>, ch</w:t>
      </w:r>
      <w:r w:rsidR="006F1075">
        <w:rPr>
          <w:rFonts w:cs="Times New Roman"/>
          <w:sz w:val="28"/>
          <w:szCs w:val="28"/>
        </w:rPr>
        <w:t>ỉ</w:t>
      </w:r>
      <w:r w:rsidRPr="00571A14">
        <w:rPr>
          <w:rFonts w:cs="Times New Roman"/>
          <w:sz w:val="28"/>
          <w:szCs w:val="28"/>
        </w:rPr>
        <w:t xml:space="preserve"> đạo, tổ chức thực hiện các nhiệm vụ phát sinh; tiếp</w:t>
      </w:r>
      <w:r w:rsidRPr="00571A14">
        <w:rPr>
          <w:rFonts w:cs="Times New Roman"/>
          <w:sz w:val="28"/>
          <w:szCs w:val="28"/>
        </w:rPr>
        <w:br/>
        <w:t xml:space="preserve">tục tăng cường sự lãnh đạo, chỉ đạo của </w:t>
      </w:r>
      <w:r w:rsidR="006F1075">
        <w:rPr>
          <w:rFonts w:cs="Times New Roman"/>
          <w:sz w:val="28"/>
          <w:szCs w:val="28"/>
        </w:rPr>
        <w:t>Đảng ủy</w:t>
      </w:r>
      <w:r w:rsidRPr="00571A14">
        <w:rPr>
          <w:rFonts w:cs="Times New Roman"/>
          <w:sz w:val="28"/>
          <w:szCs w:val="28"/>
        </w:rPr>
        <w:t xml:space="preserve"> trong t</w:t>
      </w:r>
      <w:r w:rsidR="00507250">
        <w:rPr>
          <w:rFonts w:cs="Times New Roman"/>
          <w:sz w:val="28"/>
          <w:szCs w:val="28"/>
        </w:rPr>
        <w:t>ổ</w:t>
      </w:r>
      <w:r w:rsidRPr="00571A14">
        <w:rPr>
          <w:rFonts w:cs="Times New Roman"/>
          <w:sz w:val="28"/>
          <w:szCs w:val="28"/>
        </w:rPr>
        <w:t xml:space="preserve"> chức thực</w:t>
      </w:r>
      <w:r w:rsidR="00507250">
        <w:rPr>
          <w:rFonts w:cs="Times New Roman"/>
          <w:sz w:val="28"/>
          <w:szCs w:val="28"/>
        </w:rPr>
        <w:t xml:space="preserve"> </w:t>
      </w:r>
      <w:r w:rsidRPr="00571A14">
        <w:rPr>
          <w:rFonts w:cs="Times New Roman"/>
          <w:sz w:val="28"/>
          <w:szCs w:val="28"/>
        </w:rPr>
        <w:t xml:space="preserve">hiện Chương trình kiểm tra, giám </w:t>
      </w:r>
      <w:r w:rsidR="009666A4">
        <w:rPr>
          <w:rFonts w:cs="Times New Roman"/>
          <w:sz w:val="28"/>
          <w:szCs w:val="28"/>
        </w:rPr>
        <w:t>sát</w:t>
      </w:r>
      <w:r w:rsidRPr="00571A14">
        <w:rPr>
          <w:rFonts w:cs="Times New Roman"/>
          <w:sz w:val="28"/>
          <w:szCs w:val="28"/>
        </w:rPr>
        <w:t>t năm 2026, góp phần thực hiện thắng lợi, toàn</w:t>
      </w:r>
      <w:r w:rsidR="00507250">
        <w:rPr>
          <w:rFonts w:cs="Times New Roman"/>
          <w:sz w:val="28"/>
          <w:szCs w:val="28"/>
        </w:rPr>
        <w:t xml:space="preserve"> </w:t>
      </w:r>
      <w:r w:rsidRPr="00571A14">
        <w:rPr>
          <w:rFonts w:cs="Times New Roman"/>
          <w:sz w:val="28"/>
          <w:szCs w:val="28"/>
        </w:rPr>
        <w:t>diện các mục tiêu, nhiệm vụ chính trị năm 2026.</w:t>
      </w:r>
    </w:p>
    <w:p w14:paraId="4BAE991C" w14:textId="21C287CA"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2. Bảo đảm việc điều chỉnh không làm thay đổi mục tiêu, yêu cầu, nội dung</w:t>
      </w:r>
      <w:r w:rsidRPr="00571A14">
        <w:rPr>
          <w:rFonts w:cs="Times New Roman"/>
          <w:sz w:val="28"/>
          <w:szCs w:val="28"/>
        </w:rPr>
        <w:br/>
        <w:t xml:space="preserve">trọng tâm của Chương trình kiểm tra, giám </w:t>
      </w:r>
      <w:r w:rsidR="009666A4">
        <w:rPr>
          <w:rFonts w:cs="Times New Roman"/>
          <w:sz w:val="28"/>
          <w:szCs w:val="28"/>
        </w:rPr>
        <w:t>sát</w:t>
      </w:r>
      <w:r w:rsidRPr="00571A14">
        <w:rPr>
          <w:rFonts w:cs="Times New Roman"/>
          <w:sz w:val="28"/>
          <w:szCs w:val="28"/>
        </w:rPr>
        <w:t>t năm 2026 của Ủy ban Kiểm tra</w:t>
      </w:r>
      <w:r w:rsidR="00FE7188">
        <w:rPr>
          <w:rFonts w:cs="Times New Roman"/>
          <w:sz w:val="28"/>
          <w:szCs w:val="28"/>
        </w:rPr>
        <w:t xml:space="preserve"> Đảng</w:t>
      </w:r>
      <w:r w:rsidRPr="00571A14">
        <w:rPr>
          <w:rFonts w:cs="Times New Roman"/>
          <w:sz w:val="28"/>
          <w:szCs w:val="28"/>
        </w:rPr>
        <w:t xml:space="preserve"> </w:t>
      </w:r>
      <w:r w:rsidR="006F1075">
        <w:rPr>
          <w:rFonts w:cs="Times New Roman"/>
          <w:sz w:val="28"/>
          <w:szCs w:val="28"/>
        </w:rPr>
        <w:t>ủy</w:t>
      </w:r>
      <w:r w:rsidRPr="00571A14">
        <w:rPr>
          <w:rFonts w:cs="Times New Roman"/>
          <w:sz w:val="28"/>
          <w:szCs w:val="28"/>
        </w:rPr>
        <w:t>; hạn chế trùng lặp, chồng chéo về nội dung, đối tượng, thời gian với các cuộc</w:t>
      </w:r>
      <w:r w:rsidRPr="00571A14">
        <w:rPr>
          <w:rFonts w:cs="Times New Roman"/>
          <w:sz w:val="28"/>
          <w:szCs w:val="28"/>
        </w:rPr>
        <w:br/>
        <w:t xml:space="preserve">kiểm tra, giám </w:t>
      </w:r>
      <w:r w:rsidR="009666A4">
        <w:rPr>
          <w:rFonts w:cs="Times New Roman"/>
          <w:sz w:val="28"/>
          <w:szCs w:val="28"/>
        </w:rPr>
        <w:t>sát</w:t>
      </w:r>
      <w:r w:rsidRPr="00571A14">
        <w:rPr>
          <w:rFonts w:cs="Times New Roman"/>
          <w:sz w:val="28"/>
          <w:szCs w:val="28"/>
        </w:rPr>
        <w:t xml:space="preserve">t của </w:t>
      </w:r>
      <w:r w:rsidR="006F1075">
        <w:rPr>
          <w:rFonts w:cs="Times New Roman"/>
          <w:sz w:val="28"/>
          <w:szCs w:val="28"/>
        </w:rPr>
        <w:t>Đảng</w:t>
      </w:r>
      <w:r w:rsidRPr="00571A14">
        <w:rPr>
          <w:rFonts w:cs="Times New Roman"/>
          <w:sz w:val="28"/>
          <w:szCs w:val="28"/>
        </w:rPr>
        <w:t xml:space="preserve"> ủy, Ban Thường vụ </w:t>
      </w:r>
      <w:r w:rsidR="006F1075">
        <w:rPr>
          <w:rFonts w:cs="Times New Roman"/>
          <w:sz w:val="28"/>
          <w:szCs w:val="28"/>
        </w:rPr>
        <w:t>Đảng ủy</w:t>
      </w:r>
      <w:r w:rsidRPr="00571A14">
        <w:rPr>
          <w:rFonts w:cs="Times New Roman"/>
          <w:sz w:val="28"/>
          <w:szCs w:val="28"/>
        </w:rPr>
        <w:t xml:space="preserve"> và các cơ quan liên quan.</w:t>
      </w:r>
    </w:p>
    <w:p w14:paraId="5E6EEB43" w14:textId="7B30CF1E"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xml:space="preserve">3. Tăng cường công tác giám </w:t>
      </w:r>
      <w:r w:rsidR="009666A4">
        <w:rPr>
          <w:rFonts w:cs="Times New Roman"/>
          <w:sz w:val="28"/>
          <w:szCs w:val="28"/>
        </w:rPr>
        <w:t>sát</w:t>
      </w:r>
      <w:r w:rsidRPr="00571A14">
        <w:rPr>
          <w:rFonts w:cs="Times New Roman"/>
          <w:sz w:val="28"/>
          <w:szCs w:val="28"/>
        </w:rPr>
        <w:t>t thường xuyên, tập trung vào các nội dung:</w:t>
      </w:r>
      <w:r w:rsidRPr="00571A14">
        <w:rPr>
          <w:rFonts w:cs="Times New Roman"/>
          <w:sz w:val="28"/>
          <w:szCs w:val="28"/>
        </w:rPr>
        <w:br/>
        <w:t>công tác lãnh đạo, chỉ đạo, tổ chức thực hiện về tài</w:t>
      </w:r>
      <w:r w:rsidR="006F1075">
        <w:rPr>
          <w:rFonts w:cs="Times New Roman"/>
          <w:sz w:val="28"/>
          <w:szCs w:val="28"/>
        </w:rPr>
        <w:t xml:space="preserve"> </w:t>
      </w:r>
      <w:r w:rsidRPr="00571A14">
        <w:rPr>
          <w:rFonts w:cs="Times New Roman"/>
          <w:sz w:val="28"/>
          <w:szCs w:val="28"/>
        </w:rPr>
        <w:t xml:space="preserve">chính, ngân </w:t>
      </w:r>
      <w:r w:rsidR="009666A4">
        <w:rPr>
          <w:rFonts w:cs="Times New Roman"/>
          <w:sz w:val="28"/>
          <w:szCs w:val="28"/>
        </w:rPr>
        <w:t>sát</w:t>
      </w:r>
      <w:r w:rsidRPr="00571A14">
        <w:rPr>
          <w:rFonts w:cs="Times New Roman"/>
          <w:sz w:val="28"/>
          <w:szCs w:val="28"/>
        </w:rPr>
        <w:t xml:space="preserve">ch, giải ngân vốn </w:t>
      </w:r>
      <w:r w:rsidRPr="00571A14">
        <w:rPr>
          <w:rFonts w:cs="Times New Roman"/>
          <w:sz w:val="28"/>
          <w:szCs w:val="28"/>
        </w:rPr>
        <w:lastRenderedPageBreak/>
        <w:t>đầu tư công, thực hiện các chương trình mục tiêu</w:t>
      </w:r>
      <w:r w:rsidR="006F1075">
        <w:rPr>
          <w:rFonts w:cs="Times New Roman"/>
          <w:sz w:val="28"/>
          <w:szCs w:val="28"/>
        </w:rPr>
        <w:t xml:space="preserve"> </w:t>
      </w:r>
      <w:r w:rsidRPr="00571A14">
        <w:rPr>
          <w:rFonts w:cs="Times New Roman"/>
          <w:sz w:val="28"/>
          <w:szCs w:val="28"/>
        </w:rPr>
        <w:t xml:space="preserve">quốc gia; Chủ động nắm chắc tình hình tổ chức </w:t>
      </w:r>
      <w:r w:rsidR="00FE7188">
        <w:rPr>
          <w:rFonts w:cs="Times New Roman"/>
          <w:sz w:val="28"/>
          <w:szCs w:val="28"/>
        </w:rPr>
        <w:t>đả</w:t>
      </w:r>
      <w:r w:rsidRPr="00571A14">
        <w:rPr>
          <w:rFonts w:cs="Times New Roman"/>
          <w:sz w:val="28"/>
          <w:szCs w:val="28"/>
        </w:rPr>
        <w:t>ng, đảng viên, kịp thời phát hiện, cảnh báo</w:t>
      </w:r>
      <w:r w:rsidR="006F1075">
        <w:rPr>
          <w:rFonts w:cs="Times New Roman"/>
          <w:sz w:val="28"/>
          <w:szCs w:val="28"/>
        </w:rPr>
        <w:t xml:space="preserve"> </w:t>
      </w:r>
      <w:r w:rsidRPr="00571A14">
        <w:rPr>
          <w:rFonts w:cs="Times New Roman"/>
          <w:sz w:val="28"/>
          <w:szCs w:val="28"/>
        </w:rPr>
        <w:t>từ sớm, từ xa những hạn chế, khuyết điểm, nguy cơ vi phạm để phòng ngừa, chấn</w:t>
      </w:r>
      <w:r w:rsidR="006F1075">
        <w:rPr>
          <w:rFonts w:cs="Times New Roman"/>
          <w:sz w:val="28"/>
          <w:szCs w:val="28"/>
        </w:rPr>
        <w:t xml:space="preserve"> </w:t>
      </w:r>
      <w:r w:rsidRPr="00571A14">
        <w:rPr>
          <w:rFonts w:cs="Times New Roman"/>
          <w:sz w:val="28"/>
          <w:szCs w:val="28"/>
        </w:rPr>
        <w:t xml:space="preserve">chỉnh, không </w:t>
      </w:r>
      <w:r w:rsidR="003B6E09">
        <w:rPr>
          <w:rFonts w:cs="Times New Roman"/>
          <w:sz w:val="28"/>
          <w:szCs w:val="28"/>
        </w:rPr>
        <w:t>để</w:t>
      </w:r>
      <w:r w:rsidRPr="00571A14">
        <w:rPr>
          <w:rFonts w:cs="Times New Roman"/>
          <w:sz w:val="28"/>
          <w:szCs w:val="28"/>
        </w:rPr>
        <w:t xml:space="preserve"> khuyết điểm trở thành vi phạm, vi phạm nhỏ tích tụ thành vi phạm</w:t>
      </w:r>
      <w:r w:rsidR="006F1075">
        <w:rPr>
          <w:rFonts w:cs="Times New Roman"/>
          <w:sz w:val="28"/>
          <w:szCs w:val="28"/>
        </w:rPr>
        <w:t xml:space="preserve"> </w:t>
      </w:r>
      <w:r w:rsidRPr="00571A14">
        <w:rPr>
          <w:rFonts w:cs="Times New Roman"/>
          <w:sz w:val="28"/>
          <w:szCs w:val="28"/>
        </w:rPr>
        <w:t>lớn. Kịp thời uốn nắn, khắc phục hạn chế, đồng thời xử lý nghiêm các trường hợp tổ</w:t>
      </w:r>
      <w:r w:rsidR="006F1075">
        <w:rPr>
          <w:rFonts w:cs="Times New Roman"/>
          <w:sz w:val="28"/>
          <w:szCs w:val="28"/>
        </w:rPr>
        <w:t xml:space="preserve"> </w:t>
      </w:r>
      <w:r w:rsidRPr="00571A14">
        <w:rPr>
          <w:rFonts w:cs="Times New Roman"/>
          <w:sz w:val="28"/>
          <w:szCs w:val="28"/>
        </w:rPr>
        <w:t>chức đảng, đảng viên vi phạm kỷ luật</w:t>
      </w:r>
      <w:r w:rsidR="00982A63">
        <w:rPr>
          <w:rFonts w:cs="Times New Roman"/>
          <w:sz w:val="28"/>
          <w:szCs w:val="28"/>
        </w:rPr>
        <w:t xml:space="preserve"> Đảng.</w:t>
      </w:r>
    </w:p>
    <w:p w14:paraId="60041FFA" w14:textId="3C0EFDDD"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xml:space="preserve">4. Qua công tác kiểm tra, giám </w:t>
      </w:r>
      <w:r w:rsidR="009666A4">
        <w:rPr>
          <w:rFonts w:cs="Times New Roman"/>
          <w:sz w:val="28"/>
          <w:szCs w:val="28"/>
        </w:rPr>
        <w:t>sát</w:t>
      </w:r>
      <w:r w:rsidRPr="00571A14">
        <w:rPr>
          <w:rFonts w:cs="Times New Roman"/>
          <w:sz w:val="28"/>
          <w:szCs w:val="28"/>
        </w:rPr>
        <w:t>t đánh giá đúng ưu điểm, hạn chế, khuyết</w:t>
      </w:r>
      <w:r w:rsidRPr="00571A14">
        <w:rPr>
          <w:rFonts w:cs="Times New Roman"/>
          <w:sz w:val="28"/>
          <w:szCs w:val="28"/>
        </w:rPr>
        <w:br/>
        <w:t>điểm trong lãnh đạo, chỉ đạo, tổ chức thực hiện nhiệm vụ; xác định rõ nguyên nhân,</w:t>
      </w:r>
      <w:r w:rsidRPr="00571A14">
        <w:rPr>
          <w:rFonts w:cs="Times New Roman"/>
          <w:sz w:val="28"/>
          <w:szCs w:val="28"/>
        </w:rPr>
        <w:br/>
        <w:t>trách nhiệm của tổ chức đảng, cơ quan, đơn vị, cá nhân có liên quan; kiến nghị biện</w:t>
      </w:r>
      <w:r w:rsidRPr="00571A14">
        <w:rPr>
          <w:rFonts w:cs="Times New Roman"/>
          <w:sz w:val="28"/>
          <w:szCs w:val="28"/>
        </w:rPr>
        <w:br/>
        <w:t>pháp khắc phục, xử lý theo th</w:t>
      </w:r>
      <w:r w:rsidR="00FE7188">
        <w:rPr>
          <w:rFonts w:cs="Times New Roman"/>
          <w:sz w:val="28"/>
          <w:szCs w:val="28"/>
        </w:rPr>
        <w:t>ẩ</w:t>
      </w:r>
      <w:r w:rsidRPr="00571A14">
        <w:rPr>
          <w:rFonts w:cs="Times New Roman"/>
          <w:sz w:val="28"/>
          <w:szCs w:val="28"/>
        </w:rPr>
        <w:t>m quyền, bảo đảm đúng nguyên tắc, quy trình, thủ</w:t>
      </w:r>
      <w:r w:rsidRPr="00571A14">
        <w:rPr>
          <w:rFonts w:cs="Times New Roman"/>
          <w:sz w:val="28"/>
          <w:szCs w:val="28"/>
        </w:rPr>
        <w:br/>
        <w:t xml:space="preserve">tục công tác kiểm tra, giám </w:t>
      </w:r>
      <w:r w:rsidR="009666A4">
        <w:rPr>
          <w:rFonts w:cs="Times New Roman"/>
          <w:sz w:val="28"/>
          <w:szCs w:val="28"/>
        </w:rPr>
        <w:t>sát</w:t>
      </w:r>
      <w:r w:rsidRPr="00571A14">
        <w:rPr>
          <w:rFonts w:cs="Times New Roman"/>
          <w:sz w:val="28"/>
          <w:szCs w:val="28"/>
        </w:rPr>
        <w:t>t của Đảng.</w:t>
      </w:r>
    </w:p>
    <w:p w14:paraId="3BEDD4E5" w14:textId="613E94A4" w:rsidR="00BF58BF" w:rsidRDefault="004C3F45" w:rsidP="00571A14">
      <w:pPr>
        <w:spacing w:before="120" w:after="120" w:line="380" w:lineRule="exact"/>
        <w:ind w:firstLine="567"/>
        <w:jc w:val="both"/>
        <w:rPr>
          <w:rFonts w:cs="Times New Roman"/>
          <w:b/>
          <w:bCs/>
          <w:sz w:val="28"/>
          <w:szCs w:val="28"/>
        </w:rPr>
      </w:pPr>
      <w:r w:rsidRPr="00BF58BF">
        <w:rPr>
          <w:rFonts w:cs="Times New Roman"/>
          <w:b/>
          <w:bCs/>
          <w:sz w:val="28"/>
          <w:szCs w:val="28"/>
        </w:rPr>
        <w:t xml:space="preserve">II. </w:t>
      </w:r>
      <w:r w:rsidR="00BF58BF">
        <w:rPr>
          <w:rFonts w:cs="Times New Roman"/>
          <w:b/>
          <w:bCs/>
          <w:sz w:val="28"/>
          <w:szCs w:val="28"/>
        </w:rPr>
        <w:t>N</w:t>
      </w:r>
      <w:r w:rsidR="00087E89">
        <w:rPr>
          <w:rFonts w:cs="Times New Roman"/>
          <w:b/>
          <w:bCs/>
          <w:sz w:val="28"/>
          <w:szCs w:val="28"/>
        </w:rPr>
        <w:t>ỘI</w:t>
      </w:r>
      <w:r w:rsidR="00BF58BF">
        <w:rPr>
          <w:rFonts w:cs="Times New Roman"/>
          <w:b/>
          <w:bCs/>
          <w:sz w:val="28"/>
          <w:szCs w:val="28"/>
        </w:rPr>
        <w:t xml:space="preserve"> D</w:t>
      </w:r>
      <w:r w:rsidR="00087E89">
        <w:rPr>
          <w:rFonts w:cs="Times New Roman"/>
          <w:b/>
          <w:bCs/>
          <w:sz w:val="28"/>
          <w:szCs w:val="28"/>
        </w:rPr>
        <w:t>U</w:t>
      </w:r>
      <w:r w:rsidR="00BF58BF">
        <w:rPr>
          <w:rFonts w:cs="Times New Roman"/>
          <w:b/>
          <w:bCs/>
          <w:sz w:val="28"/>
          <w:szCs w:val="28"/>
        </w:rPr>
        <w:t>NG ĐIỀU CHỈNH, BỔ SUNG</w:t>
      </w:r>
    </w:p>
    <w:p w14:paraId="79141BFB" w14:textId="77777777" w:rsidR="007C7A38" w:rsidRDefault="004C3F45" w:rsidP="00571A14">
      <w:pPr>
        <w:spacing w:before="120" w:after="120" w:line="380" w:lineRule="exact"/>
        <w:ind w:firstLine="567"/>
        <w:jc w:val="both"/>
        <w:rPr>
          <w:rFonts w:cs="Times New Roman"/>
          <w:sz w:val="28"/>
          <w:szCs w:val="28"/>
        </w:rPr>
      </w:pPr>
      <w:r w:rsidRPr="00254585">
        <w:rPr>
          <w:rFonts w:cs="Times New Roman"/>
          <w:b/>
          <w:bCs/>
          <w:sz w:val="28"/>
          <w:szCs w:val="28"/>
        </w:rPr>
        <w:t>1.</w:t>
      </w:r>
      <w:r w:rsidRPr="00571A14">
        <w:rPr>
          <w:rFonts w:cs="Times New Roman"/>
          <w:sz w:val="28"/>
          <w:szCs w:val="28"/>
        </w:rPr>
        <w:t xml:space="preserve"> </w:t>
      </w:r>
      <w:r w:rsidRPr="00476FC9">
        <w:rPr>
          <w:rFonts w:cs="Times New Roman"/>
          <w:b/>
          <w:bCs/>
          <w:sz w:val="28"/>
          <w:szCs w:val="28"/>
        </w:rPr>
        <w:t>Đưa ra khỏi</w:t>
      </w:r>
      <w:r w:rsidRPr="00571A14">
        <w:rPr>
          <w:rFonts w:cs="Times New Roman"/>
          <w:sz w:val="28"/>
          <w:szCs w:val="28"/>
        </w:rPr>
        <w:t xml:space="preserve"> Chương trình kiểm tra, giám </w:t>
      </w:r>
      <w:r w:rsidR="009666A4">
        <w:rPr>
          <w:rFonts w:cs="Times New Roman"/>
          <w:sz w:val="28"/>
          <w:szCs w:val="28"/>
        </w:rPr>
        <w:t>sát</w:t>
      </w:r>
      <w:r w:rsidRPr="00571A14">
        <w:rPr>
          <w:rFonts w:cs="Times New Roman"/>
          <w:sz w:val="28"/>
          <w:szCs w:val="28"/>
        </w:rPr>
        <w:t>t năm 2026</w:t>
      </w:r>
      <w:r w:rsidR="007A5C78">
        <w:rPr>
          <w:rFonts w:cs="Times New Roman"/>
          <w:sz w:val="28"/>
          <w:szCs w:val="28"/>
        </w:rPr>
        <w:t xml:space="preserve"> </w:t>
      </w:r>
      <w:r w:rsidRPr="00571A14">
        <w:rPr>
          <w:rFonts w:cs="Times New Roman"/>
          <w:sz w:val="28"/>
          <w:szCs w:val="28"/>
        </w:rPr>
        <w:t>của Ủy ban</w:t>
      </w:r>
      <w:r w:rsidR="00BF58BF">
        <w:rPr>
          <w:rFonts w:cs="Times New Roman"/>
          <w:sz w:val="28"/>
          <w:szCs w:val="28"/>
        </w:rPr>
        <w:t xml:space="preserve"> </w:t>
      </w:r>
      <w:r w:rsidRPr="00571A14">
        <w:rPr>
          <w:rFonts w:cs="Times New Roman"/>
          <w:sz w:val="28"/>
          <w:szCs w:val="28"/>
        </w:rPr>
        <w:t>Kiểm tra</w:t>
      </w:r>
      <w:r w:rsidR="00F376E7">
        <w:rPr>
          <w:rFonts w:cs="Times New Roman"/>
          <w:sz w:val="28"/>
          <w:szCs w:val="28"/>
        </w:rPr>
        <w:t xml:space="preserve"> Đảng ủy</w:t>
      </w:r>
      <w:r w:rsidRPr="00571A14">
        <w:rPr>
          <w:rFonts w:cs="Times New Roman"/>
          <w:sz w:val="28"/>
          <w:szCs w:val="28"/>
        </w:rPr>
        <w:t xml:space="preserve"> đối với nội dung giám </w:t>
      </w:r>
      <w:r w:rsidR="009666A4">
        <w:rPr>
          <w:rFonts w:cs="Times New Roman"/>
          <w:sz w:val="28"/>
          <w:szCs w:val="28"/>
        </w:rPr>
        <w:t>sát</w:t>
      </w:r>
      <w:r w:rsidRPr="00571A14">
        <w:rPr>
          <w:rFonts w:cs="Times New Roman"/>
          <w:sz w:val="28"/>
          <w:szCs w:val="28"/>
        </w:rPr>
        <w:t xml:space="preserve">t chuyên đề: </w:t>
      </w:r>
      <w:r w:rsidR="00AB1D9D">
        <w:rPr>
          <w:rFonts w:cs="Times New Roman"/>
          <w:sz w:val="28"/>
          <w:szCs w:val="28"/>
        </w:rPr>
        <w:t>“ Giám</w:t>
      </w:r>
      <w:r w:rsidR="007C7A38">
        <w:rPr>
          <w:rFonts w:cs="Times New Roman"/>
          <w:sz w:val="28"/>
          <w:szCs w:val="28"/>
        </w:rPr>
        <w:t xml:space="preserve"> </w:t>
      </w:r>
      <w:r w:rsidR="009666A4">
        <w:rPr>
          <w:rFonts w:cs="Times New Roman"/>
          <w:sz w:val="28"/>
          <w:szCs w:val="28"/>
        </w:rPr>
        <w:t>sát</w:t>
      </w:r>
      <w:r w:rsidR="00AB1D9D">
        <w:rPr>
          <w:rFonts w:cs="Times New Roman"/>
          <w:sz w:val="28"/>
          <w:szCs w:val="28"/>
        </w:rPr>
        <w:t xml:space="preserve">t Chi bộ Lả Dì Thàng và đồng chí Bí thư Chi bộ về việc quán triệt, triển khai, học tập </w:t>
      </w:r>
      <w:r w:rsidR="00476FC9">
        <w:rPr>
          <w:rFonts w:cs="Times New Roman"/>
          <w:sz w:val="28"/>
          <w:szCs w:val="28"/>
        </w:rPr>
        <w:t>n</w:t>
      </w:r>
      <w:r w:rsidR="00AB1D9D">
        <w:rPr>
          <w:rFonts w:cs="Times New Roman"/>
          <w:sz w:val="28"/>
          <w:szCs w:val="28"/>
        </w:rPr>
        <w:t xml:space="preserve">ghị quyết </w:t>
      </w:r>
      <w:r w:rsidR="00476FC9">
        <w:rPr>
          <w:rFonts w:cs="Times New Roman"/>
          <w:sz w:val="28"/>
          <w:szCs w:val="28"/>
        </w:rPr>
        <w:t>đ</w:t>
      </w:r>
      <w:r w:rsidR="00AB1D9D">
        <w:rPr>
          <w:rFonts w:cs="Times New Roman"/>
          <w:sz w:val="28"/>
          <w:szCs w:val="28"/>
        </w:rPr>
        <w:t>ại hội các cấp, việc thu, nộp</w:t>
      </w:r>
      <w:r w:rsidR="000526EF">
        <w:rPr>
          <w:rFonts w:cs="Times New Roman"/>
          <w:sz w:val="28"/>
          <w:szCs w:val="28"/>
        </w:rPr>
        <w:t>, quản lý và sử dụng đảng phí; việc lãnh đạo, chỉ đạo thực hiện các nguồn hỗ trợ cho nhân dân phát triển sản xuất từ Chương trình mục tiêu quốc gia phát triển kinh tế</w:t>
      </w:r>
      <w:r w:rsidR="00476FC9">
        <w:rPr>
          <w:rFonts w:cs="Times New Roman"/>
          <w:sz w:val="28"/>
          <w:szCs w:val="28"/>
        </w:rPr>
        <w:t xml:space="preserve"> -</w:t>
      </w:r>
      <w:r w:rsidR="000526EF">
        <w:rPr>
          <w:rFonts w:cs="Times New Roman"/>
          <w:sz w:val="28"/>
          <w:szCs w:val="28"/>
        </w:rPr>
        <w:t xml:space="preserve"> xã hội vùng đồng bào dân tộc thiểu số và miền núi.</w:t>
      </w:r>
      <w:r w:rsidRPr="00571A14">
        <w:rPr>
          <w:rFonts w:cs="Times New Roman"/>
          <w:sz w:val="28"/>
          <w:szCs w:val="28"/>
        </w:rPr>
        <w:t>”</w:t>
      </w:r>
      <w:r w:rsidR="007C7A38">
        <w:rPr>
          <w:rFonts w:cs="Times New Roman"/>
          <w:sz w:val="28"/>
          <w:szCs w:val="28"/>
        </w:rPr>
        <w:t>.</w:t>
      </w:r>
    </w:p>
    <w:p w14:paraId="6388680B" w14:textId="7F1CCFEB"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xml:space="preserve"> </w:t>
      </w:r>
      <w:r w:rsidR="007C7A38" w:rsidRPr="00D435AD">
        <w:rPr>
          <w:rFonts w:cs="Times New Roman"/>
          <w:b/>
          <w:bCs/>
          <w:sz w:val="28"/>
          <w:szCs w:val="28"/>
        </w:rPr>
        <w:t>T</w:t>
      </w:r>
      <w:r w:rsidRPr="00D435AD">
        <w:rPr>
          <w:rFonts w:cs="Times New Roman"/>
          <w:b/>
          <w:bCs/>
          <w:sz w:val="28"/>
          <w:szCs w:val="28"/>
        </w:rPr>
        <w:t>hời gian</w:t>
      </w:r>
      <w:r w:rsidR="007C7A38" w:rsidRPr="00D435AD">
        <w:rPr>
          <w:rFonts w:cs="Times New Roman"/>
          <w:b/>
          <w:bCs/>
          <w:sz w:val="28"/>
          <w:szCs w:val="28"/>
        </w:rPr>
        <w:t>:</w:t>
      </w:r>
      <w:r w:rsidR="007C7A38">
        <w:rPr>
          <w:rFonts w:cs="Times New Roman"/>
          <w:sz w:val="28"/>
          <w:szCs w:val="28"/>
        </w:rPr>
        <w:t xml:space="preserve"> </w:t>
      </w:r>
      <w:r w:rsidR="007A5C78">
        <w:rPr>
          <w:rFonts w:cs="Times New Roman"/>
          <w:sz w:val="28"/>
          <w:szCs w:val="28"/>
        </w:rPr>
        <w:t xml:space="preserve"> </w:t>
      </w:r>
      <w:r w:rsidR="007C7A38">
        <w:rPr>
          <w:rFonts w:cs="Times New Roman"/>
          <w:sz w:val="28"/>
          <w:szCs w:val="28"/>
        </w:rPr>
        <w:t>Q</w:t>
      </w:r>
      <w:r w:rsidRPr="00571A14">
        <w:rPr>
          <w:rFonts w:cs="Times New Roman"/>
          <w:sz w:val="28"/>
          <w:szCs w:val="28"/>
        </w:rPr>
        <w:t xml:space="preserve">uý </w:t>
      </w:r>
      <w:r w:rsidR="00E60A54">
        <w:rPr>
          <w:rFonts w:cs="Times New Roman"/>
          <w:sz w:val="28"/>
          <w:szCs w:val="28"/>
        </w:rPr>
        <w:t>I</w:t>
      </w:r>
      <w:r w:rsidR="00A37E3A">
        <w:rPr>
          <w:rFonts w:cs="Times New Roman"/>
          <w:sz w:val="28"/>
          <w:szCs w:val="28"/>
        </w:rPr>
        <w:t>V</w:t>
      </w:r>
      <w:r w:rsidRPr="00571A14">
        <w:rPr>
          <w:rFonts w:cs="Times New Roman"/>
          <w:sz w:val="28"/>
          <w:szCs w:val="28"/>
        </w:rPr>
        <w:t>/2026.</w:t>
      </w:r>
    </w:p>
    <w:p w14:paraId="41BC4A45" w14:textId="4AFB8B7C" w:rsidR="0017145C" w:rsidRDefault="004C3F45" w:rsidP="0017145C">
      <w:pPr>
        <w:spacing w:before="120" w:after="120" w:line="380" w:lineRule="exact"/>
        <w:ind w:firstLine="567"/>
        <w:jc w:val="both"/>
        <w:rPr>
          <w:rFonts w:eastAsia="Times New Roman" w:cs="Times New Roman"/>
          <w:sz w:val="28"/>
          <w:szCs w:val="28"/>
        </w:rPr>
      </w:pPr>
      <w:r w:rsidRPr="00254585">
        <w:rPr>
          <w:rFonts w:cs="Times New Roman"/>
          <w:b/>
          <w:bCs/>
          <w:sz w:val="28"/>
          <w:szCs w:val="28"/>
        </w:rPr>
        <w:t>2.</w:t>
      </w:r>
      <w:r w:rsidRPr="00571A14">
        <w:rPr>
          <w:rFonts w:cs="Times New Roman"/>
          <w:sz w:val="28"/>
          <w:szCs w:val="28"/>
        </w:rPr>
        <w:t xml:space="preserve"> </w:t>
      </w:r>
      <w:r w:rsidR="00615096" w:rsidRPr="00615096">
        <w:rPr>
          <w:rFonts w:eastAsia="Times New Roman" w:cs="Times New Roman"/>
          <w:b/>
          <w:bCs/>
          <w:sz w:val="28"/>
          <w:szCs w:val="28"/>
        </w:rPr>
        <w:t>Điều chỉnh, bổ sung</w:t>
      </w:r>
      <w:r w:rsidR="00615096" w:rsidRPr="00615096">
        <w:rPr>
          <w:rFonts w:eastAsia="Times New Roman" w:cs="Times New Roman"/>
          <w:sz w:val="28"/>
          <w:szCs w:val="28"/>
        </w:rPr>
        <w:t xml:space="preserve"> nội dung, thời gian giám </w:t>
      </w:r>
      <w:r w:rsidR="009666A4">
        <w:rPr>
          <w:rFonts w:eastAsia="Times New Roman" w:cs="Times New Roman"/>
          <w:sz w:val="28"/>
          <w:szCs w:val="28"/>
        </w:rPr>
        <w:t>sát</w:t>
      </w:r>
      <w:r w:rsidR="00615096" w:rsidRPr="00615096">
        <w:rPr>
          <w:rFonts w:eastAsia="Times New Roman" w:cs="Times New Roman"/>
          <w:sz w:val="28"/>
          <w:szCs w:val="28"/>
        </w:rPr>
        <w:t xml:space="preserve">t chuyên đề: “Giám </w:t>
      </w:r>
      <w:r w:rsidR="009666A4">
        <w:rPr>
          <w:rFonts w:eastAsia="Times New Roman" w:cs="Times New Roman"/>
          <w:sz w:val="28"/>
          <w:szCs w:val="28"/>
        </w:rPr>
        <w:t>sát</w:t>
      </w:r>
      <w:r w:rsidR="00615096" w:rsidRPr="00615096">
        <w:rPr>
          <w:rFonts w:eastAsia="Times New Roman" w:cs="Times New Roman"/>
          <w:sz w:val="28"/>
          <w:szCs w:val="28"/>
        </w:rPr>
        <w:t>t công tác lãnh đạo, chỉ đạo, tổ chức thực hiện</w:t>
      </w:r>
      <w:r w:rsidR="00D85783">
        <w:rPr>
          <w:rFonts w:eastAsia="Times New Roman" w:cs="Times New Roman"/>
          <w:sz w:val="28"/>
          <w:szCs w:val="28"/>
        </w:rPr>
        <w:t xml:space="preserve"> tiến độ</w:t>
      </w:r>
      <w:r w:rsidR="0017145C">
        <w:rPr>
          <w:sz w:val="28"/>
          <w:szCs w:val="28"/>
        </w:rPr>
        <w:t xml:space="preserve"> </w:t>
      </w:r>
      <w:r w:rsidR="00615096" w:rsidRPr="00615096">
        <w:rPr>
          <w:rFonts w:eastAsia="Times New Roman" w:cs="Times New Roman"/>
          <w:sz w:val="28"/>
          <w:szCs w:val="28"/>
        </w:rPr>
        <w:t>Dự án đường giao thông</w:t>
      </w:r>
      <w:r w:rsidR="00D05C48">
        <w:rPr>
          <w:rFonts w:eastAsia="Times New Roman" w:cs="Times New Roman"/>
          <w:sz w:val="28"/>
          <w:szCs w:val="28"/>
        </w:rPr>
        <w:t xml:space="preserve"> từ ngã ba</w:t>
      </w:r>
      <w:r w:rsidR="00615096" w:rsidRPr="00615096">
        <w:rPr>
          <w:rFonts w:eastAsia="Times New Roman" w:cs="Times New Roman"/>
          <w:sz w:val="28"/>
          <w:szCs w:val="28"/>
        </w:rPr>
        <w:t xml:space="preserve"> </w:t>
      </w:r>
      <w:r w:rsidR="00D05C48" w:rsidRPr="00615096">
        <w:rPr>
          <w:rFonts w:eastAsia="Times New Roman" w:cs="Times New Roman"/>
          <w:sz w:val="28"/>
          <w:szCs w:val="28"/>
        </w:rPr>
        <w:t xml:space="preserve">thôn Tẩn Chư </w:t>
      </w:r>
      <w:r w:rsidR="00615096" w:rsidRPr="00615096">
        <w:rPr>
          <w:rFonts w:eastAsia="Times New Roman" w:cs="Times New Roman"/>
          <w:sz w:val="28"/>
          <w:szCs w:val="28"/>
        </w:rPr>
        <w:t xml:space="preserve">đi </w:t>
      </w:r>
      <w:r w:rsidR="00D05C48" w:rsidRPr="00615096">
        <w:rPr>
          <w:rFonts w:eastAsia="Times New Roman" w:cs="Times New Roman"/>
          <w:sz w:val="28"/>
          <w:szCs w:val="28"/>
        </w:rPr>
        <w:t xml:space="preserve">Nhiều Cù Ván </w:t>
      </w:r>
      <w:r w:rsidR="00615096" w:rsidRPr="00615096">
        <w:rPr>
          <w:rFonts w:eastAsia="Times New Roman" w:cs="Times New Roman"/>
          <w:sz w:val="28"/>
          <w:szCs w:val="28"/>
        </w:rPr>
        <w:t>đối với Chi bộ UBND xã và đồng chí Bí thư Chi bộ”.</w:t>
      </w:r>
    </w:p>
    <w:p w14:paraId="78F3242B" w14:textId="57B11E2F" w:rsidR="00615096" w:rsidRPr="00615096" w:rsidRDefault="00615096" w:rsidP="00615096">
      <w:pPr>
        <w:spacing w:before="120" w:after="120" w:line="380" w:lineRule="exact"/>
        <w:ind w:firstLine="567"/>
        <w:jc w:val="both"/>
        <w:rPr>
          <w:rFonts w:eastAsia="Times New Roman" w:cs="Times New Roman"/>
          <w:sz w:val="28"/>
          <w:szCs w:val="28"/>
        </w:rPr>
      </w:pPr>
      <w:r w:rsidRPr="00615096">
        <w:rPr>
          <w:rFonts w:eastAsia="Times New Roman" w:cs="Times New Roman"/>
          <w:b/>
          <w:bCs/>
          <w:sz w:val="28"/>
          <w:szCs w:val="28"/>
        </w:rPr>
        <w:t xml:space="preserve">Thời gian giám </w:t>
      </w:r>
      <w:r w:rsidR="009666A4">
        <w:rPr>
          <w:rFonts w:eastAsia="Times New Roman" w:cs="Times New Roman"/>
          <w:b/>
          <w:bCs/>
          <w:sz w:val="28"/>
          <w:szCs w:val="28"/>
        </w:rPr>
        <w:t>sát</w:t>
      </w:r>
      <w:r w:rsidRPr="00615096">
        <w:rPr>
          <w:rFonts w:eastAsia="Times New Roman" w:cs="Times New Roman"/>
          <w:sz w:val="28"/>
          <w:szCs w:val="28"/>
        </w:rPr>
        <w:t>: Quý III/2026</w:t>
      </w:r>
    </w:p>
    <w:p w14:paraId="0E65C2A5" w14:textId="1C9550A6" w:rsidR="000516A6" w:rsidRDefault="004C3F45" w:rsidP="000516A6">
      <w:pPr>
        <w:spacing w:before="120" w:after="120" w:line="380" w:lineRule="exact"/>
        <w:ind w:firstLine="567"/>
        <w:jc w:val="both"/>
        <w:rPr>
          <w:rFonts w:cs="Times New Roman"/>
          <w:b/>
          <w:bCs/>
          <w:sz w:val="28"/>
          <w:szCs w:val="28"/>
        </w:rPr>
      </w:pPr>
      <w:r w:rsidRPr="009D6530">
        <w:rPr>
          <w:rFonts w:cs="Times New Roman"/>
          <w:b/>
          <w:bCs/>
          <w:sz w:val="28"/>
          <w:szCs w:val="28"/>
        </w:rPr>
        <w:t>II. T</w:t>
      </w:r>
      <w:r w:rsidR="00DB6321">
        <w:rPr>
          <w:rFonts w:cs="Times New Roman"/>
          <w:b/>
          <w:bCs/>
          <w:sz w:val="28"/>
          <w:szCs w:val="28"/>
        </w:rPr>
        <w:t>Ổ</w:t>
      </w:r>
      <w:r w:rsidRPr="009D6530">
        <w:rPr>
          <w:rFonts w:cs="Times New Roman"/>
          <w:b/>
          <w:bCs/>
          <w:sz w:val="28"/>
          <w:szCs w:val="28"/>
        </w:rPr>
        <w:t xml:space="preserve"> CHỨC THỰC HIỆN</w:t>
      </w:r>
    </w:p>
    <w:p w14:paraId="16286F29" w14:textId="77777777" w:rsidR="00C576A2" w:rsidRDefault="004C3F45" w:rsidP="00C576A2">
      <w:pPr>
        <w:spacing w:before="120" w:after="120" w:line="380" w:lineRule="exact"/>
        <w:ind w:firstLine="567"/>
        <w:jc w:val="both"/>
        <w:rPr>
          <w:rFonts w:cs="Times New Roman"/>
          <w:sz w:val="28"/>
          <w:szCs w:val="28"/>
        </w:rPr>
      </w:pPr>
      <w:r w:rsidRPr="00571A14">
        <w:rPr>
          <w:rFonts w:cs="Times New Roman"/>
          <w:sz w:val="28"/>
          <w:szCs w:val="28"/>
        </w:rPr>
        <w:t>1</w:t>
      </w:r>
      <w:r w:rsidR="000516A6">
        <w:rPr>
          <w:rFonts w:cs="Times New Roman"/>
          <w:sz w:val="28"/>
          <w:szCs w:val="28"/>
        </w:rPr>
        <w:t xml:space="preserve">. </w:t>
      </w:r>
      <w:r w:rsidRPr="00571A14">
        <w:rPr>
          <w:rFonts w:cs="Times New Roman"/>
          <w:sz w:val="28"/>
          <w:szCs w:val="28"/>
        </w:rPr>
        <w:t xml:space="preserve">Căn cứ Chương trình kiểm tra, giám </w:t>
      </w:r>
      <w:r w:rsidR="009666A4">
        <w:rPr>
          <w:rFonts w:cs="Times New Roman"/>
          <w:sz w:val="28"/>
          <w:szCs w:val="28"/>
        </w:rPr>
        <w:t>sát</w:t>
      </w:r>
      <w:r w:rsidRPr="00571A14">
        <w:rPr>
          <w:rFonts w:cs="Times New Roman"/>
          <w:sz w:val="28"/>
          <w:szCs w:val="28"/>
        </w:rPr>
        <w:t>t số 0</w:t>
      </w:r>
      <w:r w:rsidR="005647A6">
        <w:rPr>
          <w:rFonts w:cs="Times New Roman"/>
          <w:sz w:val="28"/>
          <w:szCs w:val="28"/>
        </w:rPr>
        <w:t>3</w:t>
      </w:r>
      <w:r w:rsidRPr="00571A14">
        <w:rPr>
          <w:rFonts w:cs="Times New Roman"/>
          <w:sz w:val="28"/>
          <w:szCs w:val="28"/>
        </w:rPr>
        <w:t>-CTr/UBKT</w:t>
      </w:r>
      <w:r w:rsidR="005647A6">
        <w:rPr>
          <w:rFonts w:cs="Times New Roman"/>
          <w:sz w:val="28"/>
          <w:szCs w:val="28"/>
        </w:rPr>
        <w:t>Đ</w:t>
      </w:r>
      <w:r w:rsidRPr="00571A14">
        <w:rPr>
          <w:rFonts w:cs="Times New Roman"/>
          <w:sz w:val="28"/>
          <w:szCs w:val="28"/>
        </w:rPr>
        <w:t>U ngày</w:t>
      </w:r>
      <w:r w:rsidR="00A253E6">
        <w:rPr>
          <w:rFonts w:cs="Times New Roman"/>
          <w:sz w:val="28"/>
          <w:szCs w:val="28"/>
        </w:rPr>
        <w:t xml:space="preserve"> </w:t>
      </w:r>
      <w:r w:rsidR="005647A6">
        <w:rPr>
          <w:rFonts w:cs="Times New Roman"/>
          <w:sz w:val="28"/>
          <w:szCs w:val="28"/>
        </w:rPr>
        <w:t>12</w:t>
      </w:r>
      <w:r w:rsidRPr="00571A14">
        <w:rPr>
          <w:rFonts w:cs="Times New Roman"/>
          <w:sz w:val="28"/>
          <w:szCs w:val="28"/>
        </w:rPr>
        <w:t>/</w:t>
      </w:r>
      <w:r w:rsidR="005647A6">
        <w:rPr>
          <w:rFonts w:cs="Times New Roman"/>
          <w:sz w:val="28"/>
          <w:szCs w:val="28"/>
        </w:rPr>
        <w:t>01</w:t>
      </w:r>
      <w:r w:rsidRPr="00571A14">
        <w:rPr>
          <w:rFonts w:cs="Times New Roman"/>
          <w:sz w:val="28"/>
          <w:szCs w:val="28"/>
        </w:rPr>
        <w:t>/202</w:t>
      </w:r>
      <w:r w:rsidR="005647A6">
        <w:rPr>
          <w:rFonts w:cs="Times New Roman"/>
          <w:sz w:val="28"/>
          <w:szCs w:val="28"/>
        </w:rPr>
        <w:t>6</w:t>
      </w:r>
      <w:r w:rsidRPr="00571A14">
        <w:rPr>
          <w:rFonts w:cs="Times New Roman"/>
          <w:sz w:val="28"/>
          <w:szCs w:val="28"/>
        </w:rPr>
        <w:t xml:space="preserve"> của Ủy ban Kiểm tra </w:t>
      </w:r>
      <w:r w:rsidR="000516A6">
        <w:rPr>
          <w:rFonts w:cs="Times New Roman"/>
          <w:sz w:val="28"/>
          <w:szCs w:val="28"/>
        </w:rPr>
        <w:t>Đảng ủy.</w:t>
      </w:r>
      <w:r w:rsidRPr="00571A14">
        <w:rPr>
          <w:rFonts w:cs="Times New Roman"/>
          <w:sz w:val="28"/>
          <w:szCs w:val="28"/>
        </w:rPr>
        <w:t xml:space="preserve"> </w:t>
      </w:r>
      <w:r w:rsidR="000516A6">
        <w:rPr>
          <w:rFonts w:cs="Times New Roman"/>
          <w:sz w:val="28"/>
          <w:szCs w:val="28"/>
        </w:rPr>
        <w:t xml:space="preserve">Ủy ban Kiểm tra Đảng ủy và các đồng chí Ủy viên Ủy ban Kiểm tra Đảng ủy </w:t>
      </w:r>
      <w:r w:rsidRPr="00571A14">
        <w:rPr>
          <w:rFonts w:cs="Times New Roman"/>
          <w:sz w:val="28"/>
          <w:szCs w:val="28"/>
        </w:rPr>
        <w:t xml:space="preserve">chủ động tham mưu, </w:t>
      </w:r>
      <w:r w:rsidR="009666A4">
        <w:rPr>
          <w:rFonts w:cs="Times New Roman"/>
          <w:sz w:val="28"/>
          <w:szCs w:val="28"/>
        </w:rPr>
        <w:t>tổ</w:t>
      </w:r>
      <w:r w:rsidRPr="00571A14">
        <w:rPr>
          <w:rFonts w:cs="Times New Roman"/>
          <w:sz w:val="28"/>
          <w:szCs w:val="28"/>
        </w:rPr>
        <w:t xml:space="preserve"> chức thực hiện bảo đảm đúng quy</w:t>
      </w:r>
      <w:r w:rsidR="000516A6">
        <w:rPr>
          <w:rFonts w:cs="Times New Roman"/>
          <w:sz w:val="28"/>
          <w:szCs w:val="28"/>
        </w:rPr>
        <w:t xml:space="preserve"> </w:t>
      </w:r>
      <w:r w:rsidRPr="00571A14">
        <w:rPr>
          <w:rFonts w:cs="Times New Roman"/>
          <w:sz w:val="28"/>
          <w:szCs w:val="28"/>
        </w:rPr>
        <w:t>định, tiến độ, chất lượng, hiệu quả.</w:t>
      </w:r>
    </w:p>
    <w:p w14:paraId="6E0D886F" w14:textId="46E06C6E" w:rsidR="00C576A2" w:rsidRPr="000516A6" w:rsidRDefault="00C576A2" w:rsidP="000516A6">
      <w:pPr>
        <w:spacing w:before="120" w:after="120" w:line="380" w:lineRule="exact"/>
        <w:ind w:firstLine="567"/>
        <w:jc w:val="both"/>
        <w:rPr>
          <w:rFonts w:cs="Times New Roman"/>
          <w:b/>
          <w:bCs/>
          <w:sz w:val="28"/>
          <w:szCs w:val="28"/>
        </w:rPr>
      </w:pPr>
      <w:r>
        <w:rPr>
          <w:rFonts w:cs="Times New Roman"/>
          <w:sz w:val="28"/>
          <w:szCs w:val="28"/>
        </w:rPr>
        <w:t xml:space="preserve">2. </w:t>
      </w:r>
      <w:r>
        <w:t>Các chi bộ trực thuộc căn cứ Chương trình kiểm tra, giám sát năm 2026 (đã điều chỉnh, bổ sung) của Ủy ban Kiểm tra Đảng ủy xã và tình hình thực tế của từng chi bộ, tổ chức thực hiện nghiêm túc, bảo đảm chất lượng, hiệu quả. Định kỳ báo cáo kết quả thực hiện về Ủy ban Kiểm tra Đảng ủy theo quy định</w:t>
      </w:r>
      <w:r w:rsidR="00085D70">
        <w:t>.</w:t>
      </w:r>
    </w:p>
    <w:p w14:paraId="7CB6A5DE" w14:textId="4F42A03A" w:rsidR="00571A14" w:rsidRDefault="00C576A2" w:rsidP="00571A14">
      <w:pPr>
        <w:spacing w:before="120" w:after="120" w:line="380" w:lineRule="exact"/>
        <w:ind w:firstLine="567"/>
        <w:jc w:val="both"/>
        <w:rPr>
          <w:rFonts w:cs="Times New Roman"/>
          <w:sz w:val="28"/>
          <w:szCs w:val="28"/>
        </w:rPr>
      </w:pPr>
      <w:r>
        <w:rPr>
          <w:rFonts w:cs="Times New Roman"/>
          <w:sz w:val="28"/>
          <w:szCs w:val="28"/>
        </w:rPr>
        <w:lastRenderedPageBreak/>
        <w:t>3</w:t>
      </w:r>
      <w:r w:rsidR="004C3F45" w:rsidRPr="00571A14">
        <w:rPr>
          <w:rFonts w:cs="Times New Roman"/>
          <w:sz w:val="28"/>
          <w:szCs w:val="28"/>
        </w:rPr>
        <w:t>. Trong quá trình thực hiện, nếu có sự chỉ đạo của</w:t>
      </w:r>
      <w:r w:rsidR="000516A6">
        <w:rPr>
          <w:rFonts w:cs="Times New Roman"/>
          <w:sz w:val="28"/>
          <w:szCs w:val="28"/>
        </w:rPr>
        <w:t xml:space="preserve"> </w:t>
      </w:r>
      <w:r w:rsidR="004C3F45" w:rsidRPr="00571A14">
        <w:rPr>
          <w:rFonts w:cs="Times New Roman"/>
          <w:sz w:val="28"/>
          <w:szCs w:val="28"/>
        </w:rPr>
        <w:t>Tỉnh ủy, Ban</w:t>
      </w:r>
      <w:r w:rsidR="00504E44">
        <w:rPr>
          <w:rFonts w:cs="Times New Roman"/>
          <w:sz w:val="28"/>
          <w:szCs w:val="28"/>
        </w:rPr>
        <w:t xml:space="preserve"> </w:t>
      </w:r>
      <w:r w:rsidR="004C3F45" w:rsidRPr="00571A14">
        <w:rPr>
          <w:rFonts w:cs="Times New Roman"/>
          <w:sz w:val="28"/>
          <w:szCs w:val="28"/>
        </w:rPr>
        <w:t xml:space="preserve">Thường vụ </w:t>
      </w:r>
      <w:r w:rsidR="000516A6">
        <w:rPr>
          <w:rFonts w:cs="Times New Roman"/>
          <w:sz w:val="28"/>
          <w:szCs w:val="28"/>
        </w:rPr>
        <w:t>Đảng ủy</w:t>
      </w:r>
      <w:r w:rsidR="004C3F45" w:rsidRPr="00571A14">
        <w:rPr>
          <w:rFonts w:cs="Times New Roman"/>
          <w:sz w:val="28"/>
          <w:szCs w:val="28"/>
        </w:rPr>
        <w:t>, Thường trực</w:t>
      </w:r>
      <w:r w:rsidR="000516A6">
        <w:rPr>
          <w:rFonts w:cs="Times New Roman"/>
          <w:sz w:val="28"/>
          <w:szCs w:val="28"/>
        </w:rPr>
        <w:t xml:space="preserve"> </w:t>
      </w:r>
      <w:r w:rsidR="00A253E6">
        <w:rPr>
          <w:rFonts w:cs="Times New Roman"/>
          <w:sz w:val="28"/>
          <w:szCs w:val="28"/>
        </w:rPr>
        <w:t>Đ</w:t>
      </w:r>
      <w:r w:rsidR="000516A6">
        <w:rPr>
          <w:rFonts w:cs="Times New Roman"/>
          <w:sz w:val="28"/>
          <w:szCs w:val="28"/>
        </w:rPr>
        <w:t>ảng ủy</w:t>
      </w:r>
      <w:r w:rsidR="004C3F45" w:rsidRPr="00571A14">
        <w:rPr>
          <w:rFonts w:cs="Times New Roman"/>
          <w:sz w:val="28"/>
          <w:szCs w:val="28"/>
        </w:rPr>
        <w:t xml:space="preserve"> hoặc phát sinh nội dung cần điều chỉnh,</w:t>
      </w:r>
      <w:r w:rsidR="00504E44">
        <w:rPr>
          <w:rFonts w:cs="Times New Roman"/>
          <w:sz w:val="28"/>
          <w:szCs w:val="28"/>
        </w:rPr>
        <w:t xml:space="preserve"> </w:t>
      </w:r>
      <w:r w:rsidR="004C3F45" w:rsidRPr="00571A14">
        <w:rPr>
          <w:rFonts w:cs="Times New Roman"/>
          <w:sz w:val="28"/>
          <w:szCs w:val="28"/>
        </w:rPr>
        <w:t>bổ sung cho phù hợp với tình hình thực tế,</w:t>
      </w:r>
      <w:r w:rsidR="000516A6">
        <w:rPr>
          <w:rFonts w:cs="Times New Roman"/>
          <w:sz w:val="28"/>
          <w:szCs w:val="28"/>
        </w:rPr>
        <w:t xml:space="preserve"> </w:t>
      </w:r>
      <w:r w:rsidR="004C3F45" w:rsidRPr="00571A14">
        <w:rPr>
          <w:rFonts w:cs="Times New Roman"/>
          <w:sz w:val="28"/>
          <w:szCs w:val="28"/>
        </w:rPr>
        <w:t>Ủy ban Kiểm tra</w:t>
      </w:r>
      <w:r w:rsidR="000516A6">
        <w:rPr>
          <w:rFonts w:cs="Times New Roman"/>
          <w:sz w:val="28"/>
          <w:szCs w:val="28"/>
        </w:rPr>
        <w:t xml:space="preserve"> Đảng </w:t>
      </w:r>
      <w:r w:rsidR="004C3F45" w:rsidRPr="00571A14">
        <w:rPr>
          <w:rFonts w:cs="Times New Roman"/>
          <w:sz w:val="28"/>
          <w:szCs w:val="28"/>
        </w:rPr>
        <w:t>ủy</w:t>
      </w:r>
      <w:r w:rsidR="00504E44">
        <w:rPr>
          <w:rFonts w:cs="Times New Roman"/>
          <w:sz w:val="28"/>
          <w:szCs w:val="28"/>
        </w:rPr>
        <w:t xml:space="preserve"> </w:t>
      </w:r>
      <w:r w:rsidR="004C3F45" w:rsidRPr="00571A14">
        <w:rPr>
          <w:rFonts w:cs="Times New Roman"/>
          <w:sz w:val="28"/>
          <w:szCs w:val="28"/>
        </w:rPr>
        <w:t xml:space="preserve">báo cáo Ủy ban Kiểm tra Tỉnh ủy </w:t>
      </w:r>
      <w:r w:rsidR="000516A6">
        <w:rPr>
          <w:rFonts w:cs="Times New Roman"/>
          <w:sz w:val="28"/>
          <w:szCs w:val="28"/>
        </w:rPr>
        <w:t xml:space="preserve">và Đảng ủy </w:t>
      </w:r>
      <w:r w:rsidR="004C3F45" w:rsidRPr="00571A14">
        <w:rPr>
          <w:rFonts w:cs="Times New Roman"/>
          <w:sz w:val="28"/>
          <w:szCs w:val="28"/>
        </w:rPr>
        <w:t>xem xét, quyết định theo thẩm quyền.</w:t>
      </w:r>
    </w:p>
    <w:p w14:paraId="4CCDDA3B" w14:textId="23D4047B" w:rsidR="00571A14" w:rsidRDefault="004C3F45" w:rsidP="00571A14">
      <w:pPr>
        <w:spacing w:before="120" w:after="120" w:line="380" w:lineRule="exact"/>
        <w:ind w:firstLine="567"/>
        <w:jc w:val="both"/>
        <w:rPr>
          <w:rFonts w:cs="Times New Roman"/>
          <w:sz w:val="28"/>
          <w:szCs w:val="28"/>
        </w:rPr>
      </w:pPr>
      <w:r w:rsidRPr="00571A14">
        <w:rPr>
          <w:rFonts w:cs="Times New Roman"/>
          <w:sz w:val="28"/>
          <w:szCs w:val="28"/>
        </w:rPr>
        <w:t xml:space="preserve">Trên đây là Chương trình điều chỉnh, bổ sung Chương trình kiểm tra, giám </w:t>
      </w:r>
      <w:r w:rsidR="009666A4">
        <w:rPr>
          <w:rFonts w:cs="Times New Roman"/>
          <w:sz w:val="28"/>
          <w:szCs w:val="28"/>
        </w:rPr>
        <w:t>sát</w:t>
      </w:r>
      <w:r w:rsidRPr="00571A14">
        <w:rPr>
          <w:rFonts w:cs="Times New Roman"/>
          <w:sz w:val="28"/>
          <w:szCs w:val="28"/>
        </w:rPr>
        <w:br/>
        <w:t xml:space="preserve">năm 2026 của Ủy ban Kiểm tra </w:t>
      </w:r>
      <w:r w:rsidR="00747DE0">
        <w:rPr>
          <w:rFonts w:cs="Times New Roman"/>
          <w:sz w:val="28"/>
          <w:szCs w:val="28"/>
        </w:rPr>
        <w:t>Đảng</w:t>
      </w:r>
      <w:r w:rsidRPr="00571A14">
        <w:rPr>
          <w:rFonts w:cs="Times New Roman"/>
          <w:sz w:val="28"/>
          <w:szCs w:val="28"/>
        </w:rPr>
        <w:t xml:space="preserve"> ủy.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34"/>
      </w:tblGrid>
      <w:tr w:rsidR="00693A43" w14:paraId="5FB597A5" w14:textId="77777777" w:rsidTr="00AD405B">
        <w:tc>
          <w:tcPr>
            <w:tcW w:w="5070" w:type="dxa"/>
          </w:tcPr>
          <w:p w14:paraId="5A837398" w14:textId="5566486D" w:rsidR="00693A43" w:rsidRDefault="0000690F" w:rsidP="00693A43">
            <w:pPr>
              <w:spacing w:line="380" w:lineRule="exact"/>
              <w:ind w:firstLine="567"/>
              <w:jc w:val="both"/>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F55DE1" wp14:editId="7A525FE5">
                      <wp:simplePos x="0" y="0"/>
                      <wp:positionH relativeFrom="column">
                        <wp:posOffset>367665</wp:posOffset>
                      </wp:positionH>
                      <wp:positionV relativeFrom="paragraph">
                        <wp:posOffset>222885</wp:posOffset>
                      </wp:positionV>
                      <wp:extent cx="6953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1AC5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95pt,17.55pt" to="83.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" strokecolor="black [3040]"/>
                  </w:pict>
                </mc:Fallback>
              </mc:AlternateContent>
            </w:r>
            <w:r w:rsidR="00693A43" w:rsidRPr="00571A14">
              <w:rPr>
                <w:rFonts w:cs="Times New Roman"/>
                <w:sz w:val="28"/>
                <w:szCs w:val="28"/>
              </w:rPr>
              <w:t>Nơi nhận:</w:t>
            </w:r>
          </w:p>
          <w:p w14:paraId="7FF66B47" w14:textId="40685EE5" w:rsidR="00693A43" w:rsidRPr="00504E44" w:rsidRDefault="00693A43" w:rsidP="0074681F">
            <w:pPr>
              <w:spacing w:line="320" w:lineRule="exact"/>
              <w:ind w:firstLine="567"/>
              <w:jc w:val="both"/>
              <w:rPr>
                <w:rFonts w:cs="Times New Roman"/>
                <w:sz w:val="24"/>
                <w:szCs w:val="24"/>
              </w:rPr>
            </w:pPr>
            <w:r w:rsidRPr="00504E44">
              <w:rPr>
                <w:rFonts w:cs="Times New Roman"/>
                <w:sz w:val="24"/>
                <w:szCs w:val="24"/>
              </w:rPr>
              <w:t>- Ủy ban Kiểm tra Tỉnh ủy (b/c),</w:t>
            </w:r>
          </w:p>
          <w:p w14:paraId="2B7E7390" w14:textId="77777777" w:rsidR="00693A43" w:rsidRPr="00504E44" w:rsidRDefault="00693A43" w:rsidP="0074681F">
            <w:pPr>
              <w:spacing w:line="320" w:lineRule="exact"/>
              <w:ind w:firstLine="567"/>
              <w:jc w:val="both"/>
              <w:rPr>
                <w:rFonts w:cs="Times New Roman"/>
                <w:sz w:val="24"/>
                <w:szCs w:val="24"/>
              </w:rPr>
            </w:pPr>
            <w:r w:rsidRPr="00504E44">
              <w:rPr>
                <w:rFonts w:cs="Times New Roman"/>
                <w:sz w:val="24"/>
                <w:szCs w:val="24"/>
              </w:rPr>
              <w:t>- Ban Thường vụ Đảng ủy (b/c),</w:t>
            </w:r>
          </w:p>
          <w:p w14:paraId="2D241D07" w14:textId="77777777" w:rsidR="00693A43" w:rsidRPr="00504E44" w:rsidRDefault="00693A43" w:rsidP="0074681F">
            <w:pPr>
              <w:spacing w:line="320" w:lineRule="exact"/>
              <w:ind w:firstLine="567"/>
              <w:jc w:val="both"/>
              <w:rPr>
                <w:rFonts w:cs="Times New Roman"/>
                <w:sz w:val="24"/>
                <w:szCs w:val="24"/>
              </w:rPr>
            </w:pPr>
            <w:r w:rsidRPr="00504E44">
              <w:rPr>
                <w:rFonts w:cs="Times New Roman"/>
                <w:sz w:val="24"/>
                <w:szCs w:val="24"/>
              </w:rPr>
              <w:t>- Vụ Địa bàn III, Cơ quan UBKT Tỉnh ủy,</w:t>
            </w:r>
          </w:p>
          <w:p w14:paraId="5D7A547B" w14:textId="77777777" w:rsidR="00693A43" w:rsidRPr="00504E44" w:rsidRDefault="00693A43" w:rsidP="0074681F">
            <w:pPr>
              <w:spacing w:line="320" w:lineRule="exact"/>
              <w:ind w:firstLine="567"/>
              <w:jc w:val="both"/>
              <w:rPr>
                <w:rFonts w:cs="Times New Roman"/>
                <w:sz w:val="24"/>
                <w:szCs w:val="24"/>
              </w:rPr>
            </w:pPr>
            <w:r w:rsidRPr="00504E44">
              <w:rPr>
                <w:rFonts w:cs="Times New Roman"/>
                <w:sz w:val="24"/>
                <w:szCs w:val="24"/>
              </w:rPr>
              <w:t>- Các Chi bộ trực thuộc Đảng ủy,</w:t>
            </w:r>
          </w:p>
          <w:p w14:paraId="3907E2B4" w14:textId="77777777" w:rsidR="00693A43" w:rsidRPr="00504E44" w:rsidRDefault="00693A43" w:rsidP="0074681F">
            <w:pPr>
              <w:spacing w:line="320" w:lineRule="exact"/>
              <w:ind w:firstLine="567"/>
              <w:jc w:val="both"/>
              <w:rPr>
                <w:rFonts w:cs="Times New Roman"/>
                <w:sz w:val="24"/>
                <w:szCs w:val="24"/>
              </w:rPr>
            </w:pPr>
            <w:r w:rsidRPr="00504E44">
              <w:rPr>
                <w:rFonts w:cs="Times New Roman"/>
                <w:sz w:val="24"/>
                <w:szCs w:val="24"/>
              </w:rPr>
              <w:t>- Các đồng chí Thành viên UBKT Đảng ủy,</w:t>
            </w:r>
          </w:p>
          <w:p w14:paraId="75A2E5E0" w14:textId="60B81730" w:rsidR="00693A43" w:rsidRPr="00693A43" w:rsidRDefault="00693A43" w:rsidP="0074681F">
            <w:pPr>
              <w:spacing w:line="320" w:lineRule="exact"/>
              <w:ind w:firstLine="567"/>
              <w:jc w:val="both"/>
              <w:rPr>
                <w:rFonts w:cs="Times New Roman"/>
                <w:sz w:val="24"/>
                <w:szCs w:val="24"/>
              </w:rPr>
            </w:pPr>
            <w:r w:rsidRPr="00504E44">
              <w:rPr>
                <w:rFonts w:cs="Times New Roman"/>
                <w:sz w:val="24"/>
                <w:szCs w:val="24"/>
              </w:rPr>
              <w:t>- Lưu Ủy ban Kiểm tra Đảng ủy.</w:t>
            </w:r>
          </w:p>
        </w:tc>
        <w:tc>
          <w:tcPr>
            <w:tcW w:w="4834" w:type="dxa"/>
          </w:tcPr>
          <w:p w14:paraId="0EB54682" w14:textId="7762F104" w:rsidR="00693A43" w:rsidRPr="00693A43" w:rsidRDefault="00693A43" w:rsidP="00693A43">
            <w:pPr>
              <w:spacing w:line="380" w:lineRule="exact"/>
              <w:jc w:val="center"/>
              <w:rPr>
                <w:rFonts w:cs="Times New Roman"/>
                <w:b/>
                <w:bCs/>
                <w:sz w:val="28"/>
                <w:szCs w:val="28"/>
              </w:rPr>
            </w:pPr>
            <w:r w:rsidRPr="00693A43">
              <w:rPr>
                <w:rFonts w:cs="Times New Roman"/>
                <w:b/>
                <w:bCs/>
                <w:sz w:val="28"/>
                <w:szCs w:val="28"/>
              </w:rPr>
              <w:t>T/M ỦY BAN KIỂM TRA</w:t>
            </w:r>
          </w:p>
          <w:p w14:paraId="1B72DA70" w14:textId="1244326A" w:rsidR="00693A43" w:rsidRPr="00693A43" w:rsidRDefault="00693A43" w:rsidP="00693A43">
            <w:pPr>
              <w:spacing w:line="380" w:lineRule="exact"/>
              <w:jc w:val="center"/>
              <w:rPr>
                <w:rFonts w:cs="Times New Roman"/>
                <w:sz w:val="28"/>
                <w:szCs w:val="28"/>
              </w:rPr>
            </w:pPr>
            <w:r w:rsidRPr="00693A43">
              <w:rPr>
                <w:rFonts w:cs="Times New Roman"/>
                <w:sz w:val="28"/>
                <w:szCs w:val="28"/>
              </w:rPr>
              <w:t>CHỦ NHIỆM</w:t>
            </w:r>
          </w:p>
          <w:p w14:paraId="5302C1EC" w14:textId="0B2FB1BA" w:rsidR="00693A43" w:rsidRPr="00693A43" w:rsidRDefault="00693A43" w:rsidP="00693A43">
            <w:pPr>
              <w:spacing w:line="380" w:lineRule="exact"/>
              <w:jc w:val="center"/>
              <w:rPr>
                <w:rFonts w:cs="Times New Roman"/>
                <w:b/>
                <w:bCs/>
                <w:sz w:val="28"/>
                <w:szCs w:val="28"/>
              </w:rPr>
            </w:pPr>
          </w:p>
          <w:p w14:paraId="3FC1F4E0" w14:textId="0EDC1A15" w:rsidR="00693A43" w:rsidRPr="00693A43" w:rsidRDefault="00693A43" w:rsidP="00693A43">
            <w:pPr>
              <w:spacing w:line="380" w:lineRule="exact"/>
              <w:jc w:val="center"/>
              <w:rPr>
                <w:rFonts w:cs="Times New Roman"/>
                <w:b/>
                <w:bCs/>
                <w:sz w:val="28"/>
                <w:szCs w:val="28"/>
              </w:rPr>
            </w:pPr>
          </w:p>
          <w:p w14:paraId="2CE14FE7" w14:textId="5AC31434" w:rsidR="00693A43" w:rsidRPr="00693A43" w:rsidRDefault="00693A43" w:rsidP="00693A43">
            <w:pPr>
              <w:spacing w:line="380" w:lineRule="exact"/>
              <w:jc w:val="center"/>
              <w:rPr>
                <w:rFonts w:cs="Times New Roman"/>
                <w:b/>
                <w:bCs/>
                <w:sz w:val="28"/>
                <w:szCs w:val="28"/>
              </w:rPr>
            </w:pPr>
          </w:p>
          <w:p w14:paraId="08EAED14" w14:textId="77777777" w:rsidR="00693A43" w:rsidRPr="00693A43" w:rsidRDefault="00693A43" w:rsidP="00693A43">
            <w:pPr>
              <w:spacing w:line="380" w:lineRule="exact"/>
              <w:jc w:val="center"/>
              <w:rPr>
                <w:rFonts w:cs="Times New Roman"/>
                <w:b/>
                <w:bCs/>
                <w:sz w:val="28"/>
                <w:szCs w:val="28"/>
              </w:rPr>
            </w:pPr>
          </w:p>
          <w:p w14:paraId="5A057B20" w14:textId="77777777" w:rsidR="00693A43" w:rsidRPr="00693A43" w:rsidRDefault="00693A43" w:rsidP="00693A43">
            <w:pPr>
              <w:spacing w:line="380" w:lineRule="exact"/>
              <w:jc w:val="center"/>
              <w:rPr>
                <w:rFonts w:cs="Times New Roman"/>
                <w:b/>
                <w:bCs/>
                <w:sz w:val="28"/>
                <w:szCs w:val="28"/>
              </w:rPr>
            </w:pPr>
          </w:p>
          <w:p w14:paraId="0559C3B5" w14:textId="26AFF6A0" w:rsidR="00693A43" w:rsidRPr="00693A43" w:rsidRDefault="00693A43" w:rsidP="00693A43">
            <w:pPr>
              <w:spacing w:line="380" w:lineRule="exact"/>
              <w:jc w:val="center"/>
              <w:rPr>
                <w:rFonts w:cs="Times New Roman"/>
                <w:b/>
                <w:bCs/>
                <w:sz w:val="28"/>
                <w:szCs w:val="28"/>
              </w:rPr>
            </w:pPr>
            <w:r w:rsidRPr="00693A43">
              <w:rPr>
                <w:rFonts w:cs="Times New Roman"/>
                <w:b/>
                <w:bCs/>
                <w:sz w:val="28"/>
                <w:szCs w:val="28"/>
              </w:rPr>
              <w:t>Trịnh Xuân Vương</w:t>
            </w:r>
          </w:p>
        </w:tc>
      </w:tr>
    </w:tbl>
    <w:p w14:paraId="444353AC" w14:textId="77777777" w:rsidR="00F355B9" w:rsidRDefault="00F355B9" w:rsidP="00571A14">
      <w:pPr>
        <w:spacing w:before="120" w:after="120" w:line="380" w:lineRule="exact"/>
        <w:ind w:firstLine="567"/>
        <w:jc w:val="both"/>
        <w:rPr>
          <w:rFonts w:cs="Times New Roman"/>
          <w:sz w:val="28"/>
          <w:szCs w:val="28"/>
        </w:rPr>
      </w:pPr>
    </w:p>
    <w:p w14:paraId="4F2C781F" w14:textId="4A3C7C2F" w:rsidR="008D7253" w:rsidRPr="00571A14" w:rsidRDefault="008D7253" w:rsidP="00504E44">
      <w:pPr>
        <w:spacing w:before="120" w:after="120" w:line="380" w:lineRule="exact"/>
        <w:jc w:val="both"/>
        <w:rPr>
          <w:rFonts w:cs="Times New Roman"/>
          <w:sz w:val="28"/>
          <w:szCs w:val="28"/>
        </w:rPr>
      </w:pPr>
    </w:p>
    <w:sectPr w:rsidR="008D7253" w:rsidRPr="00571A14" w:rsidSect="00571A14">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F2093D"/>
    <w:multiLevelType w:val="multilevel"/>
    <w:tmpl w:val="4782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690F"/>
    <w:rsid w:val="00034616"/>
    <w:rsid w:val="000516A6"/>
    <w:rsid w:val="000526EF"/>
    <w:rsid w:val="0006063C"/>
    <w:rsid w:val="00063EC5"/>
    <w:rsid w:val="00085D70"/>
    <w:rsid w:val="00087E89"/>
    <w:rsid w:val="000F19B4"/>
    <w:rsid w:val="00114E02"/>
    <w:rsid w:val="00130CF4"/>
    <w:rsid w:val="0015074B"/>
    <w:rsid w:val="0015501E"/>
    <w:rsid w:val="0015512F"/>
    <w:rsid w:val="0017145C"/>
    <w:rsid w:val="00220666"/>
    <w:rsid w:val="00222789"/>
    <w:rsid w:val="0022368F"/>
    <w:rsid w:val="00224DCB"/>
    <w:rsid w:val="00245AA0"/>
    <w:rsid w:val="00254585"/>
    <w:rsid w:val="0029639D"/>
    <w:rsid w:val="002E1CB4"/>
    <w:rsid w:val="00326F90"/>
    <w:rsid w:val="00334677"/>
    <w:rsid w:val="00387C71"/>
    <w:rsid w:val="003B6E09"/>
    <w:rsid w:val="003E0754"/>
    <w:rsid w:val="00435D39"/>
    <w:rsid w:val="00460760"/>
    <w:rsid w:val="00476FC9"/>
    <w:rsid w:val="004800FA"/>
    <w:rsid w:val="004A26B8"/>
    <w:rsid w:val="004C3F45"/>
    <w:rsid w:val="004D7459"/>
    <w:rsid w:val="00504E44"/>
    <w:rsid w:val="00507250"/>
    <w:rsid w:val="005647A6"/>
    <w:rsid w:val="00571A14"/>
    <w:rsid w:val="0058733C"/>
    <w:rsid w:val="00606A3B"/>
    <w:rsid w:val="00615096"/>
    <w:rsid w:val="006451F4"/>
    <w:rsid w:val="00677911"/>
    <w:rsid w:val="00693A43"/>
    <w:rsid w:val="006D0C2D"/>
    <w:rsid w:val="006F1075"/>
    <w:rsid w:val="007053A7"/>
    <w:rsid w:val="007076D4"/>
    <w:rsid w:val="00736A1D"/>
    <w:rsid w:val="0074681F"/>
    <w:rsid w:val="00747DE0"/>
    <w:rsid w:val="00753AB0"/>
    <w:rsid w:val="007A5C78"/>
    <w:rsid w:val="007C7A38"/>
    <w:rsid w:val="00876620"/>
    <w:rsid w:val="008D7253"/>
    <w:rsid w:val="00950CF9"/>
    <w:rsid w:val="009666A4"/>
    <w:rsid w:val="00970F8F"/>
    <w:rsid w:val="00982A63"/>
    <w:rsid w:val="009921F9"/>
    <w:rsid w:val="009D6530"/>
    <w:rsid w:val="009F227B"/>
    <w:rsid w:val="00A253E6"/>
    <w:rsid w:val="00A37E3A"/>
    <w:rsid w:val="00A83A67"/>
    <w:rsid w:val="00AA1D8D"/>
    <w:rsid w:val="00AB0562"/>
    <w:rsid w:val="00AB1D9D"/>
    <w:rsid w:val="00AB663F"/>
    <w:rsid w:val="00AD405B"/>
    <w:rsid w:val="00B47730"/>
    <w:rsid w:val="00B5294F"/>
    <w:rsid w:val="00B655AF"/>
    <w:rsid w:val="00BC2DE4"/>
    <w:rsid w:val="00BF58BF"/>
    <w:rsid w:val="00C46647"/>
    <w:rsid w:val="00C576A2"/>
    <w:rsid w:val="00C707BB"/>
    <w:rsid w:val="00C8242C"/>
    <w:rsid w:val="00CA207B"/>
    <w:rsid w:val="00CA733C"/>
    <w:rsid w:val="00CA7461"/>
    <w:rsid w:val="00CB0664"/>
    <w:rsid w:val="00D05C48"/>
    <w:rsid w:val="00D336D5"/>
    <w:rsid w:val="00D435AD"/>
    <w:rsid w:val="00D85783"/>
    <w:rsid w:val="00DB6321"/>
    <w:rsid w:val="00E05E5B"/>
    <w:rsid w:val="00E60A54"/>
    <w:rsid w:val="00F355B9"/>
    <w:rsid w:val="00F376E7"/>
    <w:rsid w:val="00FC693F"/>
    <w:rsid w:val="00FE71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63B90"/>
  <w14:defaultImageDpi w14:val="300"/>
  <w15:docId w15:val="{4497640F-851E-4B85-980B-58D92FDD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4800FA"/>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5911">
      <w:bodyDiv w:val="1"/>
      <w:marLeft w:val="0"/>
      <w:marRight w:val="0"/>
      <w:marTop w:val="0"/>
      <w:marBottom w:val="0"/>
      <w:divBdr>
        <w:top w:val="none" w:sz="0" w:space="0" w:color="auto"/>
        <w:left w:val="none" w:sz="0" w:space="0" w:color="auto"/>
        <w:bottom w:val="none" w:sz="0" w:space="0" w:color="auto"/>
        <w:right w:val="none" w:sz="0" w:space="0" w:color="auto"/>
      </w:divBdr>
    </w:div>
    <w:div w:id="1751656170">
      <w:bodyDiv w:val="1"/>
      <w:marLeft w:val="0"/>
      <w:marRight w:val="0"/>
      <w:marTop w:val="0"/>
      <w:marBottom w:val="0"/>
      <w:divBdr>
        <w:top w:val="none" w:sz="0" w:space="0" w:color="auto"/>
        <w:left w:val="none" w:sz="0" w:space="0" w:color="auto"/>
        <w:bottom w:val="none" w:sz="0" w:space="0" w:color="auto"/>
        <w:right w:val="none" w:sz="0" w:space="0" w:color="auto"/>
      </w:divBdr>
    </w:div>
    <w:div w:id="2030712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F21BA-054F-4644-861E-D6C5089E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84</cp:revision>
  <dcterms:created xsi:type="dcterms:W3CDTF">2013-12-23T23:15:00Z</dcterms:created>
  <dcterms:modified xsi:type="dcterms:W3CDTF">2026-08-10T08:12:00Z</dcterms:modified>
  <cp:category/>
</cp:coreProperties>
</file>