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Borders>
          <w:top w:val="nil"/>
          <w:left w:val="nil"/>
          <w:bottom w:val="nil"/>
          <w:right w:val="nil"/>
          <w:insideH w:val="nil"/>
          <w:insideV w:val="nil"/>
        </w:tblBorders>
        <w:tblLayout w:type="fixed"/>
        <w:tblLook w:val="04A0" w:firstRow="1" w:lastRow="0" w:firstColumn="1" w:lastColumn="0" w:noHBand="0" w:noVBand="1"/>
      </w:tblPr>
      <w:tblGrid>
        <w:gridCol w:w="3794"/>
        <w:gridCol w:w="5670"/>
      </w:tblGrid>
      <w:tr w:rsidR="0028060E" w14:paraId="6C425AE5" w14:textId="77777777" w:rsidTr="0028060E">
        <w:tc>
          <w:tcPr>
            <w:tcW w:w="3794" w:type="dxa"/>
          </w:tcPr>
          <w:p w14:paraId="6839DB2D" w14:textId="77777777" w:rsidR="0028060E" w:rsidRPr="0028060E" w:rsidRDefault="0028060E" w:rsidP="000B18C9">
            <w:pPr>
              <w:jc w:val="center"/>
              <w:rPr>
                <w:sz w:val="10"/>
                <w:szCs w:val="6"/>
              </w:rPr>
            </w:pPr>
            <w:r>
              <w:rPr>
                <w:b/>
                <w:noProof/>
              </w:rPr>
              <mc:AlternateContent>
                <mc:Choice Requires="wps">
                  <w:drawing>
                    <wp:anchor distT="0" distB="0" distL="114300" distR="114300" simplePos="0" relativeHeight="251659264" behindDoc="0" locked="0" layoutInCell="1" allowOverlap="1" wp14:anchorId="0A6F3704" wp14:editId="1A3D2E78">
                      <wp:simplePos x="0" y="0"/>
                      <wp:positionH relativeFrom="column">
                        <wp:posOffset>864671</wp:posOffset>
                      </wp:positionH>
                      <wp:positionV relativeFrom="paragraph">
                        <wp:posOffset>419498</wp:posOffset>
                      </wp:positionV>
                      <wp:extent cx="39578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95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CB527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1pt,33.05pt" to="99.2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" strokecolor="black [3040]"/>
                  </w:pict>
                </mc:Fallback>
              </mc:AlternateContent>
            </w:r>
            <w:r>
              <w:rPr>
                <w:b/>
              </w:rPr>
              <w:t>ỦY BAN NHÂN DÂN</w:t>
            </w:r>
            <w:r>
              <w:rPr>
                <w:b/>
              </w:rPr>
              <w:br/>
              <w:t>XÃ LÙNG PHÌNH</w:t>
            </w:r>
            <w:r>
              <w:rPr>
                <w:b/>
              </w:rPr>
              <w:br/>
            </w:r>
          </w:p>
          <w:p w14:paraId="72AA813F" w14:textId="2570820C" w:rsidR="0028060E" w:rsidRDefault="0028060E" w:rsidP="000B18C9">
            <w:pPr>
              <w:jc w:val="center"/>
            </w:pPr>
            <w:r>
              <w:t>Số:        /PA-UBND</w:t>
            </w:r>
          </w:p>
        </w:tc>
        <w:tc>
          <w:tcPr>
            <w:tcW w:w="5670" w:type="dxa"/>
          </w:tcPr>
          <w:p w14:paraId="122D3B23" w14:textId="1B8A0591" w:rsidR="0028060E" w:rsidRDefault="0028060E" w:rsidP="000B18C9">
            <w:pPr>
              <w:jc w:val="center"/>
            </w:pPr>
            <w:r>
              <w:rPr>
                <w:b/>
                <w:noProof/>
              </w:rPr>
              <mc:AlternateContent>
                <mc:Choice Requires="wps">
                  <w:drawing>
                    <wp:anchor distT="0" distB="0" distL="114300" distR="114300" simplePos="0" relativeHeight="251660288" behindDoc="0" locked="0" layoutInCell="1" allowOverlap="1" wp14:anchorId="19043EC8" wp14:editId="0C6DE207">
                      <wp:simplePos x="0" y="0"/>
                      <wp:positionH relativeFrom="column">
                        <wp:posOffset>734656</wp:posOffset>
                      </wp:positionH>
                      <wp:positionV relativeFrom="paragraph">
                        <wp:posOffset>439970</wp:posOffset>
                      </wp:positionV>
                      <wp:extent cx="1985749"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857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DC4CC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85pt,34.65pt" to="214.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" strokecolor="black [3040]"/>
                  </w:pict>
                </mc:Fallback>
              </mc:AlternateContent>
            </w:r>
            <w:r>
              <w:rPr>
                <w:b/>
              </w:rPr>
              <w:t>CỘNG HÒA XÃ HỘI CHỦ NGHĨA VIỆT NAM</w:t>
            </w:r>
            <w:r>
              <w:rPr>
                <w:b/>
              </w:rPr>
              <w:br/>
              <w:t>Độc lập - Tự do - Hạnh phúc</w:t>
            </w:r>
            <w:r>
              <w:rPr>
                <w:b/>
              </w:rPr>
              <w:br/>
            </w:r>
            <w:r>
              <w:rPr>
                <w:i/>
              </w:rPr>
              <w:br/>
              <w:t>Lùng Phình, ngày      tháng      năm 2026</w:t>
            </w:r>
          </w:p>
        </w:tc>
      </w:tr>
    </w:tbl>
    <w:p w14:paraId="08A2F5C4" w14:textId="77777777" w:rsidR="0074242B" w:rsidRDefault="006138ED" w:rsidP="0028060E">
      <w:pPr>
        <w:spacing w:after="0" w:line="240" w:lineRule="auto"/>
        <w:jc w:val="center"/>
      </w:pPr>
      <w:r>
        <w:rPr>
          <w:b/>
          <w:sz w:val="28"/>
        </w:rPr>
        <w:t>PHƯƠNG ÁN</w:t>
      </w:r>
    </w:p>
    <w:p w14:paraId="6EBB09F0" w14:textId="77777777" w:rsidR="0074242B" w:rsidRDefault="006138ED" w:rsidP="0028060E">
      <w:pPr>
        <w:spacing w:after="0" w:line="240" w:lineRule="auto"/>
        <w:jc w:val="center"/>
      </w:pPr>
      <w:r>
        <w:rPr>
          <w:b/>
          <w:sz w:val="28"/>
        </w:rPr>
        <w:t>Xử lý tình huống cháy rừng có nguy cơ cháy lan trên diện rộng</w:t>
      </w:r>
      <w:r>
        <w:rPr>
          <w:b/>
          <w:sz w:val="28"/>
        </w:rPr>
        <w:br/>
        <w:t xml:space="preserve">trên địa bàn xã Lùng </w:t>
      </w:r>
      <w:r>
        <w:rPr>
          <w:b/>
          <w:sz w:val="28"/>
        </w:rPr>
        <w:t>Phình năm 2026</w:t>
      </w:r>
    </w:p>
    <w:p w14:paraId="18791CB3" w14:textId="77777777" w:rsidR="0074242B" w:rsidRDefault="006138ED">
      <w:pPr>
        <w:jc w:val="center"/>
      </w:pPr>
      <w:r>
        <w:rPr>
          <w:i/>
        </w:rPr>
        <w:t>(Phục vụ diễn tập phương án chữa cháy rừng)</w:t>
      </w:r>
    </w:p>
    <w:p w14:paraId="66F6BD17" w14:textId="77777777" w:rsidR="00AE20DC" w:rsidRDefault="00AE20DC" w:rsidP="00872209">
      <w:pPr>
        <w:spacing w:before="60" w:after="0" w:line="240" w:lineRule="auto"/>
        <w:ind w:firstLine="709"/>
        <w:jc w:val="both"/>
        <w:rPr>
          <w:b/>
        </w:rPr>
      </w:pPr>
    </w:p>
    <w:p w14:paraId="794EB0B4" w14:textId="447C1321" w:rsidR="0074242B" w:rsidRDefault="006138ED" w:rsidP="00872209">
      <w:pPr>
        <w:spacing w:before="60" w:after="0" w:line="240" w:lineRule="auto"/>
        <w:ind w:firstLine="709"/>
        <w:jc w:val="both"/>
      </w:pPr>
      <w:r>
        <w:rPr>
          <w:b/>
        </w:rPr>
        <w:t>I. MỤC ĐÍCH, YÊU CẦU</w:t>
      </w:r>
    </w:p>
    <w:p w14:paraId="5ADDD3A3" w14:textId="77777777" w:rsidR="0074242B" w:rsidRDefault="006138ED" w:rsidP="00872209">
      <w:pPr>
        <w:spacing w:before="60" w:after="0" w:line="240" w:lineRule="auto"/>
        <w:ind w:firstLine="709"/>
        <w:jc w:val="both"/>
      </w:pPr>
      <w:r>
        <w:rPr>
          <w:b/>
        </w:rPr>
        <w:t>1. Mục đích</w:t>
      </w:r>
    </w:p>
    <w:p w14:paraId="0B0D03F0" w14:textId="77777777" w:rsidR="0074242B" w:rsidRDefault="006138ED" w:rsidP="00872209">
      <w:pPr>
        <w:spacing w:before="60" w:after="0" w:line="240" w:lineRule="auto"/>
        <w:ind w:firstLine="709"/>
        <w:jc w:val="both"/>
      </w:pPr>
      <w:r>
        <w:t>Chủ động phòng ngừa, sẵn sàng ứng phó và xử lý kịp thời tình huống cháy rừng xảy ra trên địa bàn xã, đặc biệt là các khu vực rừng có nguy cơ cháy lan trên diện rộng</w:t>
      </w:r>
      <w:r>
        <w:t>.</w:t>
      </w:r>
    </w:p>
    <w:p w14:paraId="0D5CBAFF" w14:textId="77777777" w:rsidR="0074242B" w:rsidRDefault="006138ED" w:rsidP="00872209">
      <w:pPr>
        <w:spacing w:before="60" w:after="0" w:line="240" w:lineRule="auto"/>
        <w:ind w:firstLine="709"/>
        <w:jc w:val="both"/>
      </w:pPr>
      <w:r>
        <w:t>Nâng cao năng lực lãnh đạo, chỉ huy, điều hành của UBND xã; khả năng phối hợp giữa lực lượng Kiểm lâm, Quân sự, Công an, lực lượng bảo vệ rừng, lực lượng xung kích và Nhân dân trong công tác chữa cháy rừng.</w:t>
      </w:r>
    </w:p>
    <w:p w14:paraId="397E93F1" w14:textId="77777777" w:rsidR="0074242B" w:rsidRDefault="006138ED" w:rsidP="00872209">
      <w:pPr>
        <w:spacing w:before="60" w:after="0" w:line="240" w:lineRule="auto"/>
        <w:ind w:firstLine="709"/>
        <w:jc w:val="both"/>
      </w:pPr>
      <w:r>
        <w:t>Kiểm tra khả năng huy động lực lượng, phương ti</w:t>
      </w:r>
      <w:r>
        <w:t>ện, dụng cụ và nguồn lực tại chỗ; đánh giá tính phù hợp của phương án xử lý tình huống cháy rừng trên địa bàn.</w:t>
      </w:r>
    </w:p>
    <w:p w14:paraId="47FE4D15" w14:textId="77777777" w:rsidR="0074242B" w:rsidRDefault="006138ED" w:rsidP="00872209">
      <w:pPr>
        <w:spacing w:before="60" w:after="0" w:line="240" w:lineRule="auto"/>
        <w:ind w:firstLine="709"/>
        <w:jc w:val="both"/>
      </w:pPr>
      <w:r>
        <w:t xml:space="preserve">Rèn luyện kỹ năng tổ chức lực lượng chữa cháy rừng theo phương châm chủ động, kịp thời, an toàn, hiệu quả; hạn chế thấp nhất thiệt hại về người, </w:t>
      </w:r>
      <w:r>
        <w:t>tài sản và tài nguyên rừng.</w:t>
      </w:r>
    </w:p>
    <w:p w14:paraId="01DFF1E1" w14:textId="77777777" w:rsidR="0074242B" w:rsidRDefault="006138ED" w:rsidP="00872209">
      <w:pPr>
        <w:spacing w:before="60" w:after="0" w:line="240" w:lineRule="auto"/>
        <w:ind w:firstLine="709"/>
        <w:jc w:val="both"/>
      </w:pPr>
      <w:r>
        <w:t>Thông qua diễn tập, kịp thời phát hiện những hạn chế, bất cập trong công tác chỉ huy, thông tin liên lạc, huy động lực lượng, phương tiện và hậu cần để bổ sung, hoàn thiện phương án chữa cháy rừng của xã.</w:t>
      </w:r>
    </w:p>
    <w:p w14:paraId="074EF0A6" w14:textId="77777777" w:rsidR="0074242B" w:rsidRDefault="006138ED" w:rsidP="00872209">
      <w:pPr>
        <w:spacing w:before="60" w:after="0" w:line="240" w:lineRule="auto"/>
        <w:ind w:firstLine="709"/>
        <w:jc w:val="both"/>
      </w:pPr>
      <w:r>
        <w:rPr>
          <w:b/>
        </w:rPr>
        <w:t>2. Yêu cầu</w:t>
      </w:r>
    </w:p>
    <w:p w14:paraId="7A72D4B7" w14:textId="77777777" w:rsidR="0074242B" w:rsidRDefault="006138ED" w:rsidP="00872209">
      <w:pPr>
        <w:spacing w:before="60" w:after="0" w:line="240" w:lineRule="auto"/>
        <w:ind w:firstLine="709"/>
        <w:jc w:val="both"/>
      </w:pPr>
      <w:r>
        <w:t>Tổ chức xử l</w:t>
      </w:r>
      <w:r>
        <w:t>ý tình huống theo đúng chức năng, nhiệm vụ, thẩm quyền và phương án đã được phê duyệt.</w:t>
      </w:r>
    </w:p>
    <w:p w14:paraId="22575B19" w14:textId="77777777" w:rsidR="0074242B" w:rsidRDefault="006138ED" w:rsidP="00872209">
      <w:pPr>
        <w:spacing w:before="60" w:after="0" w:line="240" w:lineRule="auto"/>
        <w:ind w:firstLine="709"/>
        <w:jc w:val="both"/>
      </w:pPr>
      <w:r>
        <w:t>Bảo đảm chỉ huy tập trung, thống nhất; phân công rõ người, rõ nhiệm vụ, rõ vị trí và rõ trách nhiệm.</w:t>
      </w:r>
    </w:p>
    <w:p w14:paraId="0C4E848F" w14:textId="77777777" w:rsidR="0074242B" w:rsidRDefault="006138ED" w:rsidP="00872209">
      <w:pPr>
        <w:spacing w:before="60" w:after="0" w:line="240" w:lineRule="auto"/>
        <w:ind w:firstLine="709"/>
        <w:jc w:val="both"/>
      </w:pPr>
      <w:r>
        <w:t>Huy động và sử dụng hiệu quả lực lượng, phương tiện, dụng cụ chữa ch</w:t>
      </w:r>
      <w:r>
        <w:t>áy tại chỗ; đồng thời chủ động đề nghị lực lượng cấp trên và địa phương giáp ranh hỗ trợ khi đám cháy vượt quá khả năng xử lý.</w:t>
      </w:r>
    </w:p>
    <w:p w14:paraId="3B401773" w14:textId="77777777" w:rsidR="0074242B" w:rsidRDefault="006138ED" w:rsidP="00872209">
      <w:pPr>
        <w:spacing w:before="60" w:after="0" w:line="240" w:lineRule="auto"/>
        <w:ind w:firstLine="709"/>
        <w:jc w:val="both"/>
      </w:pPr>
      <w:r>
        <w:t>Trong quá trình chữa cháy phải đặc biệt quan tâm bảo đảm an toàn cho lực lượng tham gia; không để xảy ra thương vong do chủ quan,</w:t>
      </w:r>
      <w:r>
        <w:t xml:space="preserve"> thiếu phương án bảo đảm an toàn.</w:t>
      </w:r>
    </w:p>
    <w:p w14:paraId="24D064C8" w14:textId="77777777" w:rsidR="0074242B" w:rsidRDefault="006138ED" w:rsidP="00872209">
      <w:pPr>
        <w:spacing w:before="60" w:after="0" w:line="240" w:lineRule="auto"/>
        <w:ind w:firstLine="709"/>
        <w:jc w:val="both"/>
      </w:pPr>
      <w:r>
        <w:t>Việc tổ chức diễn tập phải bảo đảm thiết thực, tiết kiệm, an toàn, sát với điều kiện thực tế của địa phương, không làm ảnh hưởng đến hoạt động bình thường của Nhân dân.</w:t>
      </w:r>
    </w:p>
    <w:p w14:paraId="69B70380" w14:textId="77777777" w:rsidR="0074242B" w:rsidRDefault="006138ED" w:rsidP="00872209">
      <w:pPr>
        <w:spacing w:before="60" w:after="0" w:line="240" w:lineRule="auto"/>
        <w:ind w:firstLine="709"/>
        <w:jc w:val="both"/>
      </w:pPr>
      <w:r>
        <w:rPr>
          <w:b/>
        </w:rPr>
        <w:t xml:space="preserve">II. ĐẶC ĐIỂM, TÌNH HÌNH KHU VỰC CÓ NGUY CƠ CHÁY </w:t>
      </w:r>
      <w:r>
        <w:rPr>
          <w:b/>
        </w:rPr>
        <w:t>LAN TRÊN DIỆN RỘNG</w:t>
      </w:r>
    </w:p>
    <w:p w14:paraId="2D0E4435" w14:textId="77777777" w:rsidR="0074242B" w:rsidRDefault="006138ED" w:rsidP="00872209">
      <w:pPr>
        <w:spacing w:before="60" w:after="0" w:line="240" w:lineRule="auto"/>
        <w:ind w:firstLine="709"/>
        <w:jc w:val="both"/>
      </w:pPr>
      <w:r>
        <w:rPr>
          <w:b/>
        </w:rPr>
        <w:t>1. Đặc điểm khu vực rừng</w:t>
      </w:r>
    </w:p>
    <w:p w14:paraId="175B5EA7" w14:textId="77777777" w:rsidR="0074242B" w:rsidRDefault="006138ED" w:rsidP="00872209">
      <w:pPr>
        <w:spacing w:before="60" w:after="0" w:line="240" w:lineRule="auto"/>
        <w:ind w:firstLine="709"/>
        <w:jc w:val="both"/>
      </w:pPr>
      <w:r>
        <w:lastRenderedPageBreak/>
        <w:t>Khu vực dự kiến tổ chức diễn tập là rừng tự nhiên, chức năng phòng hộ, do Ban Quản lý rừng phòng hộ khu vực Bắc Hà quản lý, thuộc địa bàn thôn Pả Chư Tỷ, xã Lùng Phình.</w:t>
      </w:r>
    </w:p>
    <w:p w14:paraId="274AE564" w14:textId="77777777" w:rsidR="0074242B" w:rsidRDefault="006138ED" w:rsidP="00872209">
      <w:pPr>
        <w:spacing w:before="60" w:after="0" w:line="240" w:lineRule="auto"/>
        <w:ind w:firstLine="709"/>
        <w:jc w:val="both"/>
      </w:pPr>
      <w:r>
        <w:t xml:space="preserve">Tầng cây cao chủ yếu là các loài cây gỗ tự </w:t>
      </w:r>
      <w:r>
        <w:t>nhiên xen lẫn cây tái sinh. Tầng dưới tán có nhiều cây bụi, dây leo, cỏ tranh, lau lách, tre nứa mọc rải rác; lượng lá khô, cành khô và vật liệu cháy tích tụ tương đối lớn, nhất là trong thời kỳ mùa khô. Đây là nguồn vật liệu dễ bắt lửa, làm tăng nguy cơ p</w:t>
      </w:r>
      <w:r>
        <w:t>hát sinh cháy và cháy lan trên diện rộng.</w:t>
      </w:r>
    </w:p>
    <w:p w14:paraId="7F4EF40F" w14:textId="77777777" w:rsidR="0074242B" w:rsidRDefault="006138ED" w:rsidP="00872209">
      <w:pPr>
        <w:spacing w:before="60" w:after="0" w:line="240" w:lineRule="auto"/>
        <w:ind w:firstLine="709"/>
        <w:jc w:val="both"/>
      </w:pPr>
      <w:r>
        <w:t>Thảm thực bì chủ yếu gồm cỏ tranh, lau lách, cây bụi thấp, cây tái sinh và một số loại cây họ Guột, Tế; lớp thảm mục dày khoảng từ 3 đến 7 cm, độ khô cao trong điều kiện thời tiết nắng nóng kéo dài. Khi xảy ra cháy</w:t>
      </w:r>
      <w:r>
        <w:t>, đặc biệt trong điều kiện có gió, ngọn lửa có khả năng phát triển nhanh, cháy lan trên mặt đất, kết hợp cháy tán cục bộ.</w:t>
      </w:r>
    </w:p>
    <w:p w14:paraId="12F5CF46" w14:textId="77777777" w:rsidR="0074242B" w:rsidRDefault="006138ED" w:rsidP="00872209">
      <w:pPr>
        <w:spacing w:before="60" w:after="0" w:line="240" w:lineRule="auto"/>
        <w:ind w:firstLine="709"/>
        <w:jc w:val="both"/>
      </w:pPr>
      <w:r>
        <w:rPr>
          <w:b/>
        </w:rPr>
        <w:t>2. Địa hình, giao thông</w:t>
      </w:r>
    </w:p>
    <w:p w14:paraId="7B1D7297" w14:textId="77777777" w:rsidR="0074242B" w:rsidRDefault="006138ED" w:rsidP="00872209">
      <w:pPr>
        <w:spacing w:before="60" w:after="0" w:line="240" w:lineRule="auto"/>
        <w:ind w:firstLine="709"/>
        <w:jc w:val="both"/>
      </w:pPr>
      <w:r>
        <w:t>Khu vực rừng có địa hình đồi núi cao, độ dốc khoảng từ 20 đến 35°, bị chia cắt bởi các khe suối nhỏ và địa hìn</w:t>
      </w:r>
      <w:r>
        <w:t>h núi phức tạp. Đường đi vào khu vực rừng nhỏ hẹp, nhiều đoạn dốc, quanh co, gây khó khăn cho việc cơ động lực lượng, vận chuyển dụng cụ và phương tiện chữa cháy.</w:t>
      </w:r>
    </w:p>
    <w:p w14:paraId="33C1F39B" w14:textId="77777777" w:rsidR="0074242B" w:rsidRDefault="006138ED" w:rsidP="00872209">
      <w:pPr>
        <w:spacing w:before="60" w:after="0" w:line="240" w:lineRule="auto"/>
        <w:ind w:firstLine="709"/>
        <w:jc w:val="both"/>
      </w:pPr>
      <w:r>
        <w:t>Một số vị trí khu vực rừng nằm gần đường tuần tra, nương rẫy và khu vực sản xuất của Nhân dân</w:t>
      </w:r>
      <w:r>
        <w:t xml:space="preserve"> nên nguy cơ cháy do hoạt động của con người tương đối cao.</w:t>
      </w:r>
    </w:p>
    <w:p w14:paraId="32AB58C0" w14:textId="77777777" w:rsidR="0074242B" w:rsidRDefault="006138ED" w:rsidP="00872209">
      <w:pPr>
        <w:spacing w:before="60" w:after="0" w:line="240" w:lineRule="auto"/>
        <w:ind w:firstLine="709"/>
        <w:jc w:val="both"/>
      </w:pPr>
      <w:r>
        <w:t>Khu vực đám cháy cách nguồn nước tại khe, suối khoảng 200 m, gây khó khăn cho việc tiếp cận, lấy và vận chuyển nước phục vụ chữa cháy.</w:t>
      </w:r>
    </w:p>
    <w:p w14:paraId="7278969D" w14:textId="77777777" w:rsidR="0074242B" w:rsidRDefault="006138ED" w:rsidP="00872209">
      <w:pPr>
        <w:spacing w:before="60" w:after="0" w:line="240" w:lineRule="auto"/>
        <w:ind w:firstLine="709"/>
        <w:jc w:val="both"/>
      </w:pPr>
      <w:r>
        <w:rPr>
          <w:b/>
        </w:rPr>
        <w:t>3. Điều kiện thời tiết</w:t>
      </w:r>
    </w:p>
    <w:p w14:paraId="1736EF36" w14:textId="77777777" w:rsidR="0074242B" w:rsidRDefault="006138ED" w:rsidP="00872209">
      <w:pPr>
        <w:spacing w:before="60" w:after="0" w:line="240" w:lineRule="auto"/>
        <w:ind w:firstLine="709"/>
        <w:jc w:val="both"/>
      </w:pPr>
      <w:r>
        <w:t>Trong thời kỳ mùa khô thường xảy ra nắ</w:t>
      </w:r>
      <w:r>
        <w:t>ng nóng kéo dài, độ ẩm không khí thấp, thảm thực bì khô, dễ bắt lửa. Gió thường xuất hiện với tốc độ từ cấp 2 đến cấp 4, chủ yếu theo hướng Tây Nam hoặc Đông Nam.</w:t>
      </w:r>
    </w:p>
    <w:p w14:paraId="3183ACEE" w14:textId="77777777" w:rsidR="0074242B" w:rsidRDefault="006138ED" w:rsidP="00872209">
      <w:pPr>
        <w:spacing w:before="60" w:after="0" w:line="240" w:lineRule="auto"/>
        <w:ind w:firstLine="709"/>
        <w:jc w:val="both"/>
      </w:pPr>
      <w:r>
        <w:t>Khi xảy ra cháy, ngọn lửa có khả năng lan nhanh theo hướng gió và phát triển mạnh theo các sư</w:t>
      </w:r>
      <w:r>
        <w:t>ờn dốc, làm tăng nguy cơ cháy lớn, cháy lan sang các khu vực rừng liền kề.</w:t>
      </w:r>
    </w:p>
    <w:p w14:paraId="238DF6C9" w14:textId="77777777" w:rsidR="0074242B" w:rsidRDefault="006138ED" w:rsidP="00872209">
      <w:pPr>
        <w:spacing w:before="60" w:after="0" w:line="240" w:lineRule="auto"/>
        <w:ind w:firstLine="709"/>
        <w:jc w:val="both"/>
      </w:pPr>
      <w:r>
        <w:rPr>
          <w:b/>
        </w:rPr>
        <w:t>III. TÌNH HUỐNG GIẢ ĐỊNH CHÁY RỪNG</w:t>
      </w:r>
    </w:p>
    <w:p w14:paraId="18414C12" w14:textId="77777777" w:rsidR="0074242B" w:rsidRDefault="006138ED" w:rsidP="00872209">
      <w:pPr>
        <w:spacing w:before="60" w:after="0" w:line="240" w:lineRule="auto"/>
        <w:ind w:firstLine="709"/>
        <w:jc w:val="both"/>
      </w:pPr>
      <w:r>
        <w:rPr>
          <w:b/>
        </w:rPr>
        <w:t>1. Thời gian, địa điểm xảy ra cháy</w:t>
      </w:r>
    </w:p>
    <w:p w14:paraId="1C101A38" w14:textId="77777777" w:rsidR="0074242B" w:rsidRDefault="006138ED" w:rsidP="00872209">
      <w:pPr>
        <w:spacing w:before="60" w:after="0" w:line="240" w:lineRule="auto"/>
        <w:ind w:firstLine="709"/>
        <w:jc w:val="both"/>
      </w:pPr>
      <w:r>
        <w:t>Vào hồi 15 giờ 00 phút ngày 07 tháng 10 năm 2026, trong quá trình tuần tra, kiểm tra rừng, lực lượng bảo vệ rừn</w:t>
      </w:r>
      <w:r>
        <w:t>g thôn Pả Chư Tỷ phát hiện một điểm cháy tại lô 22f, khoảnh 4, tiểu khu 142, thuộc diện tích rừng tự nhiên, chức năng phòng hộ, do Ban Quản lý rừng phòng hộ khu vực Bắc Hà quản lý.</w:t>
      </w:r>
    </w:p>
    <w:p w14:paraId="30CA9B5B" w14:textId="77777777" w:rsidR="0074242B" w:rsidRPr="00AE20DC" w:rsidRDefault="006138ED" w:rsidP="00872209">
      <w:pPr>
        <w:spacing w:before="60" w:after="0" w:line="240" w:lineRule="auto"/>
        <w:ind w:firstLine="709"/>
        <w:jc w:val="both"/>
        <w:rPr>
          <w:spacing w:val="-8"/>
        </w:rPr>
      </w:pPr>
      <w:r w:rsidRPr="00AE20DC">
        <w:rPr>
          <w:spacing w:val="-8"/>
        </w:rPr>
        <w:t>Diện tích lô rừng khoảng 7,12 ha, thuộc địa bàn thôn Pả Chư Tỷ, xã Lùng Phì</w:t>
      </w:r>
      <w:r w:rsidRPr="00AE20DC">
        <w:rPr>
          <w:spacing w:val="-8"/>
        </w:rPr>
        <w:t>nh.</w:t>
      </w:r>
    </w:p>
    <w:p w14:paraId="67B6B0B2" w14:textId="77777777" w:rsidR="0074242B" w:rsidRDefault="006138ED" w:rsidP="00872209">
      <w:pPr>
        <w:spacing w:before="60" w:after="0" w:line="240" w:lineRule="auto"/>
        <w:ind w:firstLine="709"/>
        <w:jc w:val="both"/>
      </w:pPr>
      <w:r>
        <w:rPr>
          <w:b/>
        </w:rPr>
        <w:t>2. Nhận định tình hình ban đầu</w:t>
      </w:r>
    </w:p>
    <w:p w14:paraId="66A5972B" w14:textId="77777777" w:rsidR="0074242B" w:rsidRDefault="006138ED" w:rsidP="00872209">
      <w:pPr>
        <w:spacing w:before="60" w:after="0" w:line="240" w:lineRule="auto"/>
        <w:ind w:firstLine="709"/>
        <w:jc w:val="both"/>
      </w:pPr>
      <w:r>
        <w:t>Đám cháy phát sinh tại khu vực có thảm thực bì khô, vật liệu cháy tích tụ nhiều.</w:t>
      </w:r>
    </w:p>
    <w:p w14:paraId="79A54C25" w14:textId="77777777" w:rsidR="0074242B" w:rsidRDefault="006138ED" w:rsidP="00872209">
      <w:pPr>
        <w:spacing w:before="60" w:after="0" w:line="240" w:lineRule="auto"/>
        <w:ind w:firstLine="709"/>
        <w:jc w:val="both"/>
      </w:pPr>
      <w:r>
        <w:t>Thảm thực bì chủ yếu là cây Tế, Guột, cây bụi, cỏ tranh, lau lách và vật liệu cháy dưới tán rừng.</w:t>
      </w:r>
    </w:p>
    <w:p w14:paraId="55672D7D" w14:textId="77777777" w:rsidR="0074242B" w:rsidRPr="0028060E" w:rsidRDefault="006138ED" w:rsidP="00872209">
      <w:pPr>
        <w:spacing w:before="60" w:after="0" w:line="240" w:lineRule="auto"/>
        <w:ind w:firstLine="709"/>
        <w:jc w:val="both"/>
        <w:rPr>
          <w:spacing w:val="-4"/>
        </w:rPr>
      </w:pPr>
      <w:r w:rsidRPr="0028060E">
        <w:rPr>
          <w:spacing w:val="-4"/>
        </w:rPr>
        <w:t>Địa hình đồi núi phức tạp, độ dốc lớn, đườ</w:t>
      </w:r>
      <w:r w:rsidRPr="0028060E">
        <w:rPr>
          <w:spacing w:val="-4"/>
        </w:rPr>
        <w:t>ng giao thông nhỏ hẹp, đi lại khó khăn.</w:t>
      </w:r>
    </w:p>
    <w:p w14:paraId="7248EC99" w14:textId="77777777" w:rsidR="0074242B" w:rsidRDefault="006138ED" w:rsidP="00872209">
      <w:pPr>
        <w:spacing w:before="60" w:after="0" w:line="240" w:lineRule="auto"/>
        <w:ind w:firstLine="709"/>
        <w:jc w:val="both"/>
      </w:pPr>
      <w:r>
        <w:t>Khu vực cháy cách nguồn nước tại khe, suối khoảng 200 m.</w:t>
      </w:r>
    </w:p>
    <w:p w14:paraId="72A9A1C4" w14:textId="77777777" w:rsidR="0074242B" w:rsidRDefault="006138ED" w:rsidP="00872209">
      <w:pPr>
        <w:spacing w:before="60" w:after="0" w:line="240" w:lineRule="auto"/>
        <w:ind w:firstLine="709"/>
        <w:jc w:val="both"/>
      </w:pPr>
      <w:r>
        <w:t>Gió có khả năng làm ngọn lửa phát triển nhanh và lan theo hướng gió.</w:t>
      </w:r>
    </w:p>
    <w:p w14:paraId="70AFC387" w14:textId="77777777" w:rsidR="0074242B" w:rsidRDefault="006138ED" w:rsidP="00872209">
      <w:pPr>
        <w:spacing w:before="60" w:after="0" w:line="240" w:lineRule="auto"/>
        <w:ind w:firstLine="709"/>
        <w:jc w:val="both"/>
      </w:pPr>
      <w:r>
        <w:t xml:space="preserve">Khu vực rừng có nguy cơ cháy lan sang các diện tích rừng thuộc địa bàn thôn Tà Chải, xã </w:t>
      </w:r>
      <w:r>
        <w:t>Lùng Phình; thôn Sín Chải, xã Bắc Hà và thôn Bản Già, xã Tả Củ Tỷ.</w:t>
      </w:r>
    </w:p>
    <w:p w14:paraId="21ECFE77" w14:textId="77777777" w:rsidR="0074242B" w:rsidRDefault="006138ED" w:rsidP="00872209">
      <w:pPr>
        <w:spacing w:before="60" w:after="0" w:line="240" w:lineRule="auto"/>
        <w:ind w:firstLine="709"/>
        <w:jc w:val="both"/>
      </w:pPr>
      <w:r>
        <w:lastRenderedPageBreak/>
        <w:t>Lực lượng tại chỗ của thôn có khoảng 30 hộ gia đình có khả năng huy động tham gia chữa cháy.</w:t>
      </w:r>
    </w:p>
    <w:p w14:paraId="1BEAEEC7" w14:textId="77777777" w:rsidR="0074242B" w:rsidRDefault="006138ED" w:rsidP="00872209">
      <w:pPr>
        <w:spacing w:before="60" w:after="0" w:line="240" w:lineRule="auto"/>
        <w:ind w:firstLine="709"/>
        <w:jc w:val="both"/>
      </w:pPr>
      <w:r>
        <w:t>Khu vực giáp ranh có khả năng huy động khoảng 150 người khi cần thiết.</w:t>
      </w:r>
    </w:p>
    <w:p w14:paraId="1ED71014" w14:textId="77777777" w:rsidR="0074242B" w:rsidRDefault="006138ED" w:rsidP="00872209">
      <w:pPr>
        <w:spacing w:before="60" w:after="0" w:line="240" w:lineRule="auto"/>
        <w:ind w:firstLine="709"/>
        <w:jc w:val="both"/>
      </w:pPr>
      <w:r>
        <w:t>Qua đánh giá, đám cháy có</w:t>
      </w:r>
      <w:r>
        <w:t xml:space="preserve"> nguy cơ phát triển nhanh, vượt quá khả năng kiểm soát của lực lượng bảo vệ rừng và Nhân dân trong thôn nếu không được tăng cường lực lượng, phương tiện và tổ chức chữa cháy kịp thời.</w:t>
      </w:r>
    </w:p>
    <w:p w14:paraId="3B908331" w14:textId="77777777" w:rsidR="0074242B" w:rsidRDefault="006138ED" w:rsidP="00872209">
      <w:pPr>
        <w:spacing w:before="60" w:after="0" w:line="240" w:lineRule="auto"/>
        <w:ind w:firstLine="709"/>
        <w:jc w:val="both"/>
      </w:pPr>
      <w:r>
        <w:rPr>
          <w:b/>
        </w:rPr>
        <w:t>IV. TỔ CHỨC XỬ LÝ TÌNH HUỐNG</w:t>
      </w:r>
    </w:p>
    <w:p w14:paraId="3205C3EC" w14:textId="77777777" w:rsidR="0074242B" w:rsidRDefault="006138ED" w:rsidP="00872209">
      <w:pPr>
        <w:spacing w:before="60" w:after="0" w:line="240" w:lineRule="auto"/>
        <w:ind w:firstLine="709"/>
        <w:jc w:val="both"/>
      </w:pPr>
      <w:r>
        <w:rPr>
          <w:b/>
        </w:rPr>
        <w:t xml:space="preserve">1. Giai đoạn 1: Phát hiện, báo cháy và </w:t>
      </w:r>
      <w:r>
        <w:rPr>
          <w:b/>
        </w:rPr>
        <w:t>huy động lực lượng tại chỗ</w:t>
      </w:r>
    </w:p>
    <w:p w14:paraId="2239F566" w14:textId="77777777" w:rsidR="0074242B" w:rsidRPr="0028060E" w:rsidRDefault="006138ED" w:rsidP="00872209">
      <w:pPr>
        <w:spacing w:before="60" w:after="0" w:line="240" w:lineRule="auto"/>
        <w:ind w:firstLine="709"/>
        <w:jc w:val="both"/>
        <w:rPr>
          <w:spacing w:val="-6"/>
        </w:rPr>
      </w:pPr>
      <w:r w:rsidRPr="0028060E">
        <w:rPr>
          <w:spacing w:val="-6"/>
        </w:rPr>
        <w:t>Ngay sau khi phát hiện cháy, lực lượng bảo vệ rừng thôn Pả Chư Tỷ có trách nhiệm:</w:t>
      </w:r>
    </w:p>
    <w:p w14:paraId="24881A88" w14:textId="77777777" w:rsidR="0074242B" w:rsidRDefault="006138ED" w:rsidP="00872209">
      <w:pPr>
        <w:spacing w:before="60" w:after="0" w:line="240" w:lineRule="auto"/>
        <w:ind w:firstLine="709"/>
        <w:jc w:val="both"/>
      </w:pPr>
      <w:r>
        <w:t>Nhanh chóng xác định vị trí, phạm vi, hướng cháy, tốc độ phát triển của đám cháy; báo cáo ngay Trưởng thôn Pả Chư Tỷ.</w:t>
      </w:r>
    </w:p>
    <w:p w14:paraId="146E8A08" w14:textId="77777777" w:rsidR="0074242B" w:rsidRPr="0028060E" w:rsidRDefault="006138ED" w:rsidP="00872209">
      <w:pPr>
        <w:spacing w:before="60" w:after="0" w:line="240" w:lineRule="auto"/>
        <w:ind w:firstLine="709"/>
        <w:jc w:val="both"/>
        <w:rPr>
          <w:spacing w:val="-8"/>
        </w:rPr>
      </w:pPr>
      <w:r w:rsidRPr="0028060E">
        <w:rPr>
          <w:spacing w:val="-8"/>
        </w:rPr>
        <w:t xml:space="preserve">Đồng thời sử dụng các phương </w:t>
      </w:r>
      <w:r w:rsidRPr="0028060E">
        <w:rPr>
          <w:spacing w:val="-8"/>
        </w:rPr>
        <w:t>tiện thông tin liên lạc hiện có để thông báo tình hình.</w:t>
      </w:r>
    </w:p>
    <w:p w14:paraId="6FB21857" w14:textId="77777777" w:rsidR="0074242B" w:rsidRDefault="006138ED" w:rsidP="00872209">
      <w:pPr>
        <w:spacing w:before="60" w:after="0" w:line="240" w:lineRule="auto"/>
        <w:ind w:firstLine="709"/>
        <w:jc w:val="both"/>
      </w:pPr>
      <w:r>
        <w:t>Trưởng thôn tiếp nhận thông tin, tổ chức đánh kẻng huy động Nhân dân trong thôn tham gia chữa cháy.</w:t>
      </w:r>
    </w:p>
    <w:p w14:paraId="1E5CADBB" w14:textId="77777777" w:rsidR="0074242B" w:rsidRDefault="006138ED" w:rsidP="00872209">
      <w:pPr>
        <w:spacing w:before="60" w:after="0" w:line="240" w:lineRule="auto"/>
        <w:ind w:firstLine="709"/>
        <w:jc w:val="both"/>
      </w:pPr>
      <w:r>
        <w:t>Tổ chức lực lượng tại chỗ sử dụng các dụng cụ như dao phát, cuốc, cào răng, bàn dập lửa, cành cây tư</w:t>
      </w:r>
      <w:r>
        <w:t>ơi... để khoanh vùng, ngăn chặn đám cháy.</w:t>
      </w:r>
    </w:p>
    <w:p w14:paraId="6481969A" w14:textId="77777777" w:rsidR="0074242B" w:rsidRDefault="006138ED" w:rsidP="00872209">
      <w:pPr>
        <w:spacing w:before="60" w:after="0" w:line="240" w:lineRule="auto"/>
        <w:ind w:firstLine="709"/>
        <w:jc w:val="both"/>
      </w:pPr>
      <w:r>
        <w:t>Đồng thời báo cáo Chủ tịch UBND xã Lùng Phình, Hạt Kiểm lâm khu vực Bắc Hà, Ban Chỉ huy Quân sự xã và Công an xã đề nghị hỗ trợ lực lượng.</w:t>
      </w:r>
    </w:p>
    <w:p w14:paraId="5A7B9093" w14:textId="77777777" w:rsidR="0074242B" w:rsidRDefault="006138ED" w:rsidP="00872209">
      <w:pPr>
        <w:spacing w:before="60" w:after="0" w:line="240" w:lineRule="auto"/>
        <w:ind w:firstLine="709"/>
        <w:jc w:val="both"/>
      </w:pPr>
      <w:r>
        <w:rPr>
          <w:b/>
        </w:rPr>
        <w:t>2. Giai đoạn 2: UBND xã tiếp nhận thông tin, chỉ huy huy động lực lượng</w:t>
      </w:r>
    </w:p>
    <w:p w14:paraId="51663031" w14:textId="77777777" w:rsidR="0074242B" w:rsidRPr="0028060E" w:rsidRDefault="006138ED" w:rsidP="00872209">
      <w:pPr>
        <w:spacing w:before="60" w:after="0" w:line="240" w:lineRule="auto"/>
        <w:ind w:firstLine="709"/>
        <w:jc w:val="both"/>
        <w:rPr>
          <w:spacing w:val="-6"/>
        </w:rPr>
      </w:pPr>
      <w:r w:rsidRPr="0028060E">
        <w:rPr>
          <w:spacing w:val="-6"/>
        </w:rPr>
        <w:t>Sau</w:t>
      </w:r>
      <w:r w:rsidRPr="0028060E">
        <w:rPr>
          <w:spacing w:val="-6"/>
        </w:rPr>
        <w:t xml:space="preserve"> khi nhận được tin báo, Chủ tịch UBND xã Lùng Phình nhanh chóng chỉ đạo Phó Chủ tịch UBND xã, Trưởng Ban Chỉ đạo Chương trình phát triển lâm nghiệp bền vững của xã trực tiếp chỉ huy, tổ chức lực lượng tham gia chữa cháy tại hiện trường.</w:t>
      </w:r>
    </w:p>
    <w:p w14:paraId="5853AB01" w14:textId="77777777" w:rsidR="0074242B" w:rsidRDefault="006138ED" w:rsidP="00872209">
      <w:pPr>
        <w:spacing w:before="60" w:after="0" w:line="240" w:lineRule="auto"/>
        <w:ind w:firstLine="709"/>
        <w:jc w:val="both"/>
      </w:pPr>
      <w:r>
        <w:t>UBND xã huy động Độ</w:t>
      </w:r>
      <w:r>
        <w:t>i xung kích bảo vệ rừng và phòng cháy, chữa cháy rừng của xã gồm 79 người, đồng thời huy động lực lượng Công an xã, Ban Chỉ huy Quân sự xã, Kiểm lâm địa bàn, lực lượng bảo vệ rừng và Nhân dân thôn Pả Chư Tỷ.</w:t>
      </w:r>
    </w:p>
    <w:p w14:paraId="1CD43216" w14:textId="77777777" w:rsidR="0074242B" w:rsidRDefault="006138ED" w:rsidP="00872209">
      <w:pPr>
        <w:spacing w:before="60" w:after="0" w:line="240" w:lineRule="auto"/>
        <w:ind w:firstLine="709"/>
        <w:jc w:val="both"/>
      </w:pPr>
      <w:r>
        <w:t xml:space="preserve">Trong tổng số 79 người của Đội xung kích xã: 60 </w:t>
      </w:r>
      <w:r>
        <w:t>người trực tiếp triển khai chữa cháy, chia thành 03 mũi; 19 người làm nhiệm vụ dự bị, vận chuyển dụng cụ, hậu cần, tiếp nước, sẵn sàng bổ sung cho các mũi khi có yêu cầu.</w:t>
      </w:r>
    </w:p>
    <w:p w14:paraId="13923EFA" w14:textId="77777777" w:rsidR="0074242B" w:rsidRDefault="006138ED" w:rsidP="00872209">
      <w:pPr>
        <w:spacing w:before="60" w:after="0" w:line="240" w:lineRule="auto"/>
        <w:ind w:firstLine="709"/>
        <w:jc w:val="both"/>
      </w:pPr>
      <w:r>
        <w:rPr>
          <w:b/>
        </w:rPr>
        <w:t>V. PHƯƠNG ÁN BỐ TRÍ LỰC LƯỢNG CHỮA CHÁY</w:t>
      </w:r>
    </w:p>
    <w:p w14:paraId="6C86AD26" w14:textId="77777777" w:rsidR="0074242B" w:rsidRDefault="006138ED" w:rsidP="00872209">
      <w:pPr>
        <w:spacing w:before="60" w:after="0" w:line="240" w:lineRule="auto"/>
        <w:ind w:firstLine="709"/>
        <w:jc w:val="both"/>
      </w:pPr>
      <w:r>
        <w:t>Sau khi có mặt tại hiện trường, Trưởng Ban Ch</w:t>
      </w:r>
      <w:r>
        <w:t>ỉ đạo xã trực tiếp kiểm tra, đánh giá địa hình khu vực cháy, hướng gió, hướng phát triển của đám cháy, tốc độ cháy, phạm vi và mức độ cháy, các tuyến đường tiếp cận, nguồn nước và khả năng cháy lan sang các khu vực rừng lân cận.</w:t>
      </w:r>
    </w:p>
    <w:p w14:paraId="05AD6AB7" w14:textId="77777777" w:rsidR="0074242B" w:rsidRDefault="006138ED" w:rsidP="00872209">
      <w:pPr>
        <w:spacing w:before="60" w:after="0" w:line="240" w:lineRule="auto"/>
        <w:ind w:firstLine="709"/>
        <w:jc w:val="both"/>
      </w:pPr>
      <w:r>
        <w:t xml:space="preserve">Trên cơ sở đó, tổ chức lực </w:t>
      </w:r>
      <w:r>
        <w:t>lượng theo thế bao vây, khoanh vùng, mở đường băng cản lửa, đồng thời trực tiếp dập lửa.</w:t>
      </w:r>
    </w:p>
    <w:p w14:paraId="68E3B523" w14:textId="77777777" w:rsidR="0074242B" w:rsidRDefault="006138ED" w:rsidP="00872209">
      <w:pPr>
        <w:spacing w:before="60" w:after="0" w:line="240" w:lineRule="auto"/>
        <w:ind w:firstLine="709"/>
        <w:jc w:val="both"/>
      </w:pPr>
      <w:r>
        <w:rPr>
          <w:b/>
        </w:rPr>
        <w:t>1. Mũi số 1 - Khống chế phía trái đám cháy</w:t>
      </w:r>
    </w:p>
    <w:p w14:paraId="02A8E493" w14:textId="77777777" w:rsidR="0074242B" w:rsidRDefault="006138ED" w:rsidP="00872209">
      <w:pPr>
        <w:spacing w:before="60" w:after="0" w:line="240" w:lineRule="auto"/>
        <w:ind w:firstLine="709"/>
        <w:jc w:val="both"/>
      </w:pPr>
      <w:r>
        <w:t>Quân số: 30 người, gồm 10 người thuộc Đội xung kích xã và 20 người của thôn Pả Chư Tỷ.</w:t>
      </w:r>
    </w:p>
    <w:p w14:paraId="24557B40" w14:textId="77777777" w:rsidR="0074242B" w:rsidRDefault="006138ED" w:rsidP="00872209">
      <w:pPr>
        <w:spacing w:before="60" w:after="0" w:line="240" w:lineRule="auto"/>
        <w:ind w:firstLine="709"/>
        <w:jc w:val="both"/>
      </w:pPr>
      <w:r>
        <w:t>Tổ trưởng: Chỉ huy trưởng Ban Chỉ huy</w:t>
      </w:r>
      <w:r>
        <w:t xml:space="preserve"> Quân sự xã.</w:t>
      </w:r>
    </w:p>
    <w:p w14:paraId="7E66014B" w14:textId="77777777" w:rsidR="0074242B" w:rsidRDefault="006138ED" w:rsidP="00872209">
      <w:pPr>
        <w:spacing w:before="60" w:after="0" w:line="240" w:lineRule="auto"/>
        <w:ind w:firstLine="709"/>
        <w:jc w:val="both"/>
      </w:pPr>
      <w:r>
        <w:t>Nhiệm vụ: Tiếp cận phía bên trái đám cháy; sử dụng dao phát, cào răng và các dụng cụ thủ công phát quang thực bì; khẩn trương tạo đường băng trắng cản lửa; khoanh vùng, không để lửa vượt qua tuyến đường băng; chủ động báo cáo khi phát hiện lửa</w:t>
      </w:r>
      <w:r>
        <w:t xml:space="preserve"> phát triển mạnh hoặc thay đổi hướng cháy; sẵn sàng hỗ trợ mũi khác khi có yêu cầu.</w:t>
      </w:r>
    </w:p>
    <w:p w14:paraId="2A4C902F" w14:textId="77777777" w:rsidR="0074242B" w:rsidRDefault="006138ED" w:rsidP="00872209">
      <w:pPr>
        <w:spacing w:before="60" w:after="0" w:line="240" w:lineRule="auto"/>
        <w:ind w:firstLine="709"/>
        <w:jc w:val="both"/>
      </w:pPr>
      <w:r>
        <w:rPr>
          <w:b/>
        </w:rPr>
        <w:lastRenderedPageBreak/>
        <w:t>2. Mũi số 2 - Khống chế phía phải đám cháy</w:t>
      </w:r>
    </w:p>
    <w:p w14:paraId="56443151" w14:textId="77777777" w:rsidR="0074242B" w:rsidRDefault="006138ED" w:rsidP="00872209">
      <w:pPr>
        <w:spacing w:before="60" w:after="0" w:line="240" w:lineRule="auto"/>
        <w:ind w:firstLine="709"/>
        <w:jc w:val="both"/>
      </w:pPr>
      <w:r>
        <w:t>Quân số: 30 người, gồm 10 người thuộc Đội xung kích xã và 20 người của thôn Pả Chư Tỷ.</w:t>
      </w:r>
    </w:p>
    <w:p w14:paraId="1124CCE4" w14:textId="77777777" w:rsidR="0074242B" w:rsidRDefault="006138ED" w:rsidP="00872209">
      <w:pPr>
        <w:spacing w:before="60" w:after="0" w:line="240" w:lineRule="auto"/>
        <w:ind w:firstLine="709"/>
        <w:jc w:val="both"/>
      </w:pPr>
      <w:r>
        <w:t>Tổ trưởng: Trưởng Công an xã.</w:t>
      </w:r>
    </w:p>
    <w:p w14:paraId="4BD4FFD9" w14:textId="77777777" w:rsidR="0074242B" w:rsidRPr="00AE20DC" w:rsidRDefault="006138ED" w:rsidP="00872209">
      <w:pPr>
        <w:spacing w:before="60" w:after="0" w:line="240" w:lineRule="auto"/>
        <w:ind w:firstLine="709"/>
        <w:jc w:val="both"/>
        <w:rPr>
          <w:spacing w:val="-6"/>
        </w:rPr>
      </w:pPr>
      <w:r w:rsidRPr="00AE20DC">
        <w:rPr>
          <w:spacing w:val="-6"/>
        </w:rPr>
        <w:t>Nhiệm vụ: Ti</w:t>
      </w:r>
      <w:r w:rsidRPr="00AE20DC">
        <w:rPr>
          <w:spacing w:val="-6"/>
        </w:rPr>
        <w:t xml:space="preserve">ếp cận phía bên phải đám cháy; sử dụng dao phát, cào răng và các dụng cụ phù hợp để phát quang thực bì; tạo đường băng trắng cản lửa; ngăn không cho đám cháy lan sang các khu vực rừng giáp ranh; theo dõi diễn biến hướng gió và tốc độ cháy để kịp thời điều </w:t>
      </w:r>
      <w:r w:rsidRPr="00AE20DC">
        <w:rPr>
          <w:spacing w:val="-6"/>
        </w:rPr>
        <w:t>chỉnh vị trí; bảo đảm an ninh, trật tự trong quá trình triển khai lực lượng.</w:t>
      </w:r>
    </w:p>
    <w:p w14:paraId="45680A70" w14:textId="77777777" w:rsidR="0074242B" w:rsidRDefault="006138ED" w:rsidP="00872209">
      <w:pPr>
        <w:spacing w:before="60" w:after="0" w:line="240" w:lineRule="auto"/>
        <w:ind w:firstLine="709"/>
        <w:jc w:val="both"/>
      </w:pPr>
      <w:r>
        <w:rPr>
          <w:b/>
        </w:rPr>
        <w:t>3. Mũi số 3 - Trực tiếp dập lửa, tạo thế gọng kìm</w:t>
      </w:r>
    </w:p>
    <w:p w14:paraId="43654606" w14:textId="77777777" w:rsidR="0074242B" w:rsidRDefault="006138ED" w:rsidP="00872209">
      <w:pPr>
        <w:spacing w:before="60" w:after="0" w:line="240" w:lineRule="auto"/>
        <w:ind w:firstLine="709"/>
        <w:jc w:val="both"/>
      </w:pPr>
      <w:r>
        <w:t>Quân số: 20 người, gồm 10 người thuộc Đội xung kích xã sử dụng bàn dập lửa và 10 người sử dụng cành cây tươi và các dụng cụ thủ c</w:t>
      </w:r>
      <w:r>
        <w:t>ông khác.</w:t>
      </w:r>
    </w:p>
    <w:p w14:paraId="1F3C3E21" w14:textId="77777777" w:rsidR="0074242B" w:rsidRDefault="006138ED" w:rsidP="00872209">
      <w:pPr>
        <w:spacing w:before="60" w:after="0" w:line="240" w:lineRule="auto"/>
        <w:ind w:firstLine="709"/>
        <w:jc w:val="both"/>
      </w:pPr>
      <w:r>
        <w:t>Tổ trưởng: Kiểm lâm địa bàn.</w:t>
      </w:r>
    </w:p>
    <w:p w14:paraId="65284BAE" w14:textId="77777777" w:rsidR="0074242B" w:rsidRDefault="006138ED" w:rsidP="00872209">
      <w:pPr>
        <w:spacing w:before="60" w:after="0" w:line="240" w:lineRule="auto"/>
        <w:ind w:firstLine="709"/>
        <w:jc w:val="both"/>
      </w:pPr>
      <w:r>
        <w:t xml:space="preserve">Nhiệm vụ: Tiếp cận từ phía sau đám cháy; trực tiếp dập lửa tại những vị trí có khả năng kiểm soát; phối hợp với Mũi số 1 và Mũi số 2 tạo thế gọng kìm; từng bước thu hẹp phạm vi đám cháy; không để lửa phát triển ngược </w:t>
      </w:r>
      <w:r>
        <w:t>trở lại khu vực đã khống chế; kiểm tra kỹ các điểm có nguy cơ cháy âm ỉ, cháy dưới lớp thảm mục.</w:t>
      </w:r>
    </w:p>
    <w:p w14:paraId="55EC4E4B" w14:textId="77777777" w:rsidR="0074242B" w:rsidRDefault="006138ED" w:rsidP="00872209">
      <w:pPr>
        <w:spacing w:before="60" w:after="0" w:line="240" w:lineRule="auto"/>
        <w:ind w:firstLine="709"/>
        <w:jc w:val="both"/>
      </w:pPr>
      <w:r>
        <w:rPr>
          <w:b/>
        </w:rPr>
        <w:t>VI. TỔ CHỨC CẤP NƯỚC CHỮA CHÁY</w:t>
      </w:r>
    </w:p>
    <w:p w14:paraId="6584654A" w14:textId="77777777" w:rsidR="0074242B" w:rsidRDefault="006138ED" w:rsidP="00872209">
      <w:pPr>
        <w:spacing w:before="60" w:after="0" w:line="240" w:lineRule="auto"/>
        <w:ind w:firstLine="709"/>
        <w:jc w:val="both"/>
      </w:pPr>
      <w:r>
        <w:t>Hạt Kiểm lâm khu vực Bắc Hà phối hợp với lực lượng Cảnh sát Phòng cháy, chữa cháy và cứu nạn, cứu hộ tổ chức triển khai 04 máy b</w:t>
      </w:r>
      <w:r>
        <w:t>ơm chữa cháy, lấy nước từ nguồn nước suối Quán Hóa.</w:t>
      </w:r>
    </w:p>
    <w:p w14:paraId="232EC41E" w14:textId="77777777" w:rsidR="0074242B" w:rsidRDefault="006138ED" w:rsidP="00872209">
      <w:pPr>
        <w:spacing w:before="60" w:after="0" w:line="240" w:lineRule="auto"/>
        <w:ind w:firstLine="709"/>
        <w:jc w:val="both"/>
      </w:pPr>
      <w:r>
        <w:t xml:space="preserve">Tổ chức bơm nước theo hướng: từ dưới lên trên; từ hai bên vào trung tâm đám cháy; ưu tiên các khu vực có nguy cơ lửa lan nhanh; tập trung ngăn chặn hướng lửa lan xuống và lan sang hai bên; phối hợp với </w:t>
      </w:r>
      <w:r>
        <w:t>các mũi chữa cháy thủ công để từng bước thu hẹp phạm vi đám cháy.</w:t>
      </w:r>
    </w:p>
    <w:p w14:paraId="54266C84" w14:textId="77777777" w:rsidR="0074242B" w:rsidRDefault="006138ED" w:rsidP="00872209">
      <w:pPr>
        <w:spacing w:before="60" w:after="0" w:line="240" w:lineRule="auto"/>
        <w:ind w:firstLine="709"/>
        <w:jc w:val="both"/>
      </w:pPr>
      <w:r>
        <w:t>Trong quá trình cấp nước phải bảo đảm an toàn cho người vận hành máy bơm, đường ống và lực lượng tham gia chữa cháy.</w:t>
      </w:r>
    </w:p>
    <w:p w14:paraId="611DF7F1" w14:textId="77777777" w:rsidR="0074242B" w:rsidRDefault="006138ED" w:rsidP="00872209">
      <w:pPr>
        <w:spacing w:before="60" w:after="0" w:line="240" w:lineRule="auto"/>
        <w:ind w:firstLine="709"/>
        <w:jc w:val="both"/>
      </w:pPr>
      <w:r>
        <w:rPr>
          <w:b/>
        </w:rPr>
        <w:t>VII. XỬ LÝ TÌNH HUỐNG ĐÁM CHÁY DIỄN BIẾN PHỨC TẠP</w:t>
      </w:r>
    </w:p>
    <w:p w14:paraId="55BDB948" w14:textId="77777777" w:rsidR="0074242B" w:rsidRDefault="006138ED" w:rsidP="00872209">
      <w:pPr>
        <w:spacing w:before="60" w:after="0" w:line="240" w:lineRule="auto"/>
        <w:ind w:firstLine="709"/>
        <w:jc w:val="both"/>
      </w:pPr>
      <w:r>
        <w:t>Đến 16 giờ 10 phút cùng</w:t>
      </w:r>
      <w:r>
        <w:t xml:space="preserve"> ngày, qua theo dõi, nhận định ngọn lửa tiếp tục phát triển mạnh, có nguy cơ vượt qua các tuyến đường băng cản lửa và lan sang khu vực rừng giáp ranh.</w:t>
      </w:r>
    </w:p>
    <w:p w14:paraId="6A79EC1A" w14:textId="77777777" w:rsidR="0074242B" w:rsidRDefault="006138ED" w:rsidP="00872209">
      <w:pPr>
        <w:spacing w:before="60" w:after="0" w:line="240" w:lineRule="auto"/>
        <w:ind w:firstLine="709"/>
        <w:jc w:val="both"/>
      </w:pPr>
      <w:r>
        <w:t>Trưởng Ban Chỉ đạo xã báo cáo Chủ tịch UBND xã Lùng Phình và đề nghị huy động lực lượng địa phương giáp r</w:t>
      </w:r>
      <w:r>
        <w:t>anh hỗ trợ.</w:t>
      </w:r>
    </w:p>
    <w:p w14:paraId="62637F54" w14:textId="77777777" w:rsidR="0074242B" w:rsidRDefault="006138ED" w:rsidP="00872209">
      <w:pPr>
        <w:spacing w:before="60" w:after="0" w:line="240" w:lineRule="auto"/>
        <w:ind w:firstLine="709"/>
        <w:jc w:val="both"/>
      </w:pPr>
      <w:r>
        <w:t>Chủ tịch UBND xã Lùng Phình liên hệ, đề nghị Chủ tịch UBND xã Tả Củ Tỷ huy động lực lượng thôn Bản Già tham gia chữa cháy.</w:t>
      </w:r>
    </w:p>
    <w:p w14:paraId="1E18AA36" w14:textId="77777777" w:rsidR="0074242B" w:rsidRDefault="006138ED" w:rsidP="00872209">
      <w:pPr>
        <w:spacing w:before="60" w:after="0" w:line="240" w:lineRule="auto"/>
        <w:ind w:firstLine="709"/>
        <w:jc w:val="both"/>
      </w:pPr>
      <w:r>
        <w:t>Sau khi tiếp nhận thông tin, Chủ tịch UBND xã Tả Củ Tỷ huy động 60 người của thôn Bản Già nhanh chóng cơ động đến khu vực</w:t>
      </w:r>
      <w:r>
        <w:t xml:space="preserve"> cháy, phối hợp với các lực lượng đang chữa cháy.</w:t>
      </w:r>
    </w:p>
    <w:p w14:paraId="3346944A" w14:textId="77777777" w:rsidR="0074242B" w:rsidRDefault="006138ED" w:rsidP="00872209">
      <w:pPr>
        <w:spacing w:before="60" w:after="0" w:line="240" w:lineRule="auto"/>
        <w:ind w:firstLine="709"/>
        <w:jc w:val="both"/>
      </w:pPr>
      <w:r>
        <w:t>Lực lượng tăng cường được bố trí theo hướng: bổ sung cho các tuyến đường băng cản lửa; tăng cường phía có nguy cơ cháy lan sang khu vực rừng giáp ranh; hỗ trợ vận chuyển nước, dụng cụ chữa cháy; phối hợp vớ</w:t>
      </w:r>
      <w:r>
        <w:t>i các mũi đang triển khai để hình thành thế bao vây khép kín.</w:t>
      </w:r>
    </w:p>
    <w:p w14:paraId="35B396FA" w14:textId="77777777" w:rsidR="0074242B" w:rsidRDefault="006138ED" w:rsidP="00872209">
      <w:pPr>
        <w:spacing w:before="60" w:after="0" w:line="240" w:lineRule="auto"/>
        <w:ind w:firstLine="709"/>
        <w:jc w:val="both"/>
      </w:pPr>
      <w:r>
        <w:t>Trưởng Ban Chỉ đạo xã căn cứ tình hình thực tế để điều chỉnh, bổ sung lực lượng giữa các mũi; tuyệt đối không để lực lượng chữa cháy bị chia cắt hoặc rơi vào khu vực nguy hiểm.</w:t>
      </w:r>
    </w:p>
    <w:p w14:paraId="45B3C239" w14:textId="77777777" w:rsidR="0074242B" w:rsidRDefault="006138ED" w:rsidP="00872209">
      <w:pPr>
        <w:spacing w:before="60" w:after="0" w:line="240" w:lineRule="auto"/>
        <w:ind w:firstLine="709"/>
        <w:jc w:val="both"/>
      </w:pPr>
      <w:r>
        <w:rPr>
          <w:b/>
        </w:rPr>
        <w:lastRenderedPageBreak/>
        <w:t>VIII. CHỈ HUY, ĐI</w:t>
      </w:r>
      <w:r>
        <w:rPr>
          <w:b/>
        </w:rPr>
        <w:t>ỀU HÀNH VÀ THÔNG TIN LIÊN LẠC</w:t>
      </w:r>
    </w:p>
    <w:p w14:paraId="1C2ED089" w14:textId="77777777" w:rsidR="0074242B" w:rsidRDefault="006138ED" w:rsidP="00872209">
      <w:pPr>
        <w:spacing w:before="60" w:after="0" w:line="240" w:lineRule="auto"/>
        <w:ind w:firstLine="709"/>
        <w:jc w:val="both"/>
      </w:pPr>
      <w:r>
        <w:rPr>
          <w:b/>
        </w:rPr>
        <w:t>1. Chỉ huy chung</w:t>
      </w:r>
    </w:p>
    <w:p w14:paraId="4B02EAB7" w14:textId="77777777" w:rsidR="0074242B" w:rsidRDefault="006138ED" w:rsidP="00872209">
      <w:pPr>
        <w:spacing w:before="60" w:after="0" w:line="240" w:lineRule="auto"/>
        <w:ind w:firstLine="709"/>
        <w:jc w:val="both"/>
      </w:pPr>
      <w:r>
        <w:t>Chủ tịch UBND xã Lùng Phình là người chỉ đạo chung, quyết định huy động lực lượng, phương tiện và đề nghị cấp trên, địa phương giáp ranh hỗ trợ khi tình huống vượt quá khả năng xử lý của xã.</w:t>
      </w:r>
    </w:p>
    <w:p w14:paraId="49F34B3E" w14:textId="77777777" w:rsidR="0074242B" w:rsidRDefault="006138ED" w:rsidP="00872209">
      <w:pPr>
        <w:spacing w:before="60" w:after="0" w:line="240" w:lineRule="auto"/>
        <w:ind w:firstLine="709"/>
        <w:jc w:val="both"/>
      </w:pPr>
      <w:r>
        <w:t xml:space="preserve">Phó Chủ tịch </w:t>
      </w:r>
      <w:r>
        <w:t>UBND xã, Trưởng Ban Chỉ đạo Chương trình phát triển lâm nghiệp bền vững của xã trực tiếp chỉ huy tại hiện trường.</w:t>
      </w:r>
    </w:p>
    <w:p w14:paraId="159A5E6C" w14:textId="77777777" w:rsidR="0074242B" w:rsidRDefault="006138ED" w:rsidP="00872209">
      <w:pPr>
        <w:spacing w:before="60" w:after="0" w:line="240" w:lineRule="auto"/>
        <w:ind w:firstLine="709"/>
        <w:jc w:val="both"/>
      </w:pPr>
      <w:r>
        <w:t>Có trách nhiệm: theo dõi toàn bộ diễn biến đám cháy; phân công, điều phối các mũi chữa cháy; kiểm tra tình trạng an toàn của lực lượng; chỉ đạ</w:t>
      </w:r>
      <w:r>
        <w:t>o điều chỉnh phương án khi hướng cháy thay đổi; báo cáo Chủ tịch UBND xã về tình hình và những vấn đề phát sinh; đề xuất huy động thêm lực lượng, phương tiện khi cần thiết.</w:t>
      </w:r>
    </w:p>
    <w:p w14:paraId="5E2500FE" w14:textId="77777777" w:rsidR="0074242B" w:rsidRDefault="006138ED" w:rsidP="00872209">
      <w:pPr>
        <w:spacing w:before="60" w:after="0" w:line="240" w:lineRule="auto"/>
        <w:ind w:firstLine="709"/>
        <w:jc w:val="both"/>
      </w:pPr>
      <w:r>
        <w:rPr>
          <w:b/>
        </w:rPr>
        <w:t>2. Chỉ huy các mũi</w:t>
      </w:r>
    </w:p>
    <w:p w14:paraId="4CA3ED1C" w14:textId="77777777" w:rsidR="0074242B" w:rsidRDefault="006138ED" w:rsidP="00872209">
      <w:pPr>
        <w:spacing w:before="60" w:after="0" w:line="240" w:lineRule="auto"/>
        <w:ind w:firstLine="709"/>
        <w:jc w:val="both"/>
      </w:pPr>
      <w:r>
        <w:t>Mũi số 1 do Chỉ huy trưởng Ban Chỉ huy Quân sự xã phụ trách; Mũi</w:t>
      </w:r>
      <w:r>
        <w:t xml:space="preserve"> số 2 do Trưởng Công an xã phụ trách; Mũi số 3 do Kiểm lâm địa bàn phụ trách.</w:t>
      </w:r>
    </w:p>
    <w:p w14:paraId="47CC2709" w14:textId="77777777" w:rsidR="0074242B" w:rsidRDefault="006138ED" w:rsidP="00872209">
      <w:pPr>
        <w:spacing w:before="60" w:after="0" w:line="240" w:lineRule="auto"/>
        <w:ind w:firstLine="709"/>
        <w:jc w:val="both"/>
      </w:pPr>
      <w:r>
        <w:t>Các tổ trưởng chịu trách nhiệm tổ chức lực lượng theo nhiệm vụ được phân công, thường xuyên báo cáo tình hình về chỉ huy hiện trường.</w:t>
      </w:r>
    </w:p>
    <w:p w14:paraId="7E025244" w14:textId="77777777" w:rsidR="0074242B" w:rsidRDefault="006138ED" w:rsidP="00872209">
      <w:pPr>
        <w:spacing w:before="60" w:after="0" w:line="240" w:lineRule="auto"/>
        <w:ind w:firstLine="709"/>
        <w:jc w:val="both"/>
      </w:pPr>
      <w:r>
        <w:rPr>
          <w:b/>
        </w:rPr>
        <w:t>3. Thông tin liên lạc</w:t>
      </w:r>
    </w:p>
    <w:p w14:paraId="3A1AFE47" w14:textId="77777777" w:rsidR="0074242B" w:rsidRDefault="006138ED" w:rsidP="00872209">
      <w:pPr>
        <w:spacing w:before="60" w:after="0" w:line="240" w:lineRule="auto"/>
        <w:ind w:firstLine="709"/>
        <w:jc w:val="both"/>
      </w:pPr>
      <w:r>
        <w:t>Duy trì thông tin liên</w:t>
      </w:r>
      <w:r>
        <w:t xml:space="preserve"> lạc bằng điện thoại di động, bộ đàm và các phương tiện thông tin hiện có.</w:t>
      </w:r>
    </w:p>
    <w:p w14:paraId="3899C222" w14:textId="77777777" w:rsidR="0074242B" w:rsidRDefault="006138ED" w:rsidP="00872209">
      <w:pPr>
        <w:spacing w:before="60" w:after="0" w:line="240" w:lineRule="auto"/>
        <w:ind w:firstLine="709"/>
        <w:jc w:val="both"/>
      </w:pPr>
      <w:r>
        <w:t>Thông tin báo cáo phải bảo đảm ngắn gọn, chính xác, tập trung vào các nội dung: vị trí cháy; hướng cháy; diện tích, mức độ cháy; tốc độ cháy; hướng gió; tình hình lực lượng; nhu cầu</w:t>
      </w:r>
      <w:r>
        <w:t xml:space="preserve"> bổ sung lực lượng, phương tiện; tình trạng an toàn của người tham gia chữa cháy.</w:t>
      </w:r>
    </w:p>
    <w:p w14:paraId="7DB9721B" w14:textId="77777777" w:rsidR="0074242B" w:rsidRDefault="006138ED" w:rsidP="00872209">
      <w:pPr>
        <w:spacing w:before="60" w:after="0" w:line="240" w:lineRule="auto"/>
        <w:ind w:firstLine="709"/>
        <w:jc w:val="both"/>
      </w:pPr>
      <w:r>
        <w:rPr>
          <w:b/>
        </w:rPr>
        <w:t>IX. BẢO ĐẢM AN TOÀN, Y TẾ VÀ HẬU CẦN</w:t>
      </w:r>
    </w:p>
    <w:p w14:paraId="4E5B7B41" w14:textId="77777777" w:rsidR="0074242B" w:rsidRDefault="006138ED" w:rsidP="00872209">
      <w:pPr>
        <w:spacing w:before="60" w:after="0" w:line="240" w:lineRule="auto"/>
        <w:ind w:firstLine="709"/>
        <w:jc w:val="both"/>
      </w:pPr>
      <w:r>
        <w:rPr>
          <w:b/>
        </w:rPr>
        <w:t>1. Công tác y tế</w:t>
      </w:r>
    </w:p>
    <w:p w14:paraId="269459C9" w14:textId="77777777" w:rsidR="0074242B" w:rsidRDefault="006138ED" w:rsidP="00872209">
      <w:pPr>
        <w:spacing w:before="60" w:after="0" w:line="240" w:lineRule="auto"/>
        <w:ind w:firstLine="709"/>
        <w:jc w:val="both"/>
      </w:pPr>
      <w:r>
        <w:t>Giao Trạm Y tế xã bố trí cán bộ, chuẩn bị đầy đủ các vật dụng, thuốc men và phương tiện cần thiết để sẵn sàng sơ cứu, cấ</w:t>
      </w:r>
      <w:r>
        <w:t>p cứu người tham gia chữa cháy trong trường hợp bị ngạt khói, bỏng, bị thương hoặc gặp các sự cố khác.</w:t>
      </w:r>
    </w:p>
    <w:p w14:paraId="24454073" w14:textId="77777777" w:rsidR="0074242B" w:rsidRDefault="006138ED" w:rsidP="00872209">
      <w:pPr>
        <w:spacing w:before="60" w:after="0" w:line="240" w:lineRule="auto"/>
        <w:ind w:firstLine="709"/>
        <w:jc w:val="both"/>
      </w:pPr>
      <w:r>
        <w:t>Tổ chức bố trí vị trí sơ cứu tương đối an toàn, thuận tiện cho việc tiếp cận và đưa người bị nạn ra khỏi khu vực nguy hiểm.</w:t>
      </w:r>
    </w:p>
    <w:p w14:paraId="0FC639BF" w14:textId="77777777" w:rsidR="0074242B" w:rsidRDefault="006138ED" w:rsidP="00872209">
      <w:pPr>
        <w:spacing w:before="60" w:after="0" w:line="240" w:lineRule="auto"/>
        <w:ind w:firstLine="709"/>
        <w:jc w:val="both"/>
      </w:pPr>
      <w:r>
        <w:rPr>
          <w:b/>
        </w:rPr>
        <w:t>2. Bảo đảm nước uống, lương t</w:t>
      </w:r>
      <w:r>
        <w:rPr>
          <w:b/>
        </w:rPr>
        <w:t>hực</w:t>
      </w:r>
    </w:p>
    <w:p w14:paraId="42A2102E" w14:textId="77777777" w:rsidR="0074242B" w:rsidRDefault="006138ED" w:rsidP="00872209">
      <w:pPr>
        <w:spacing w:before="60" w:after="0" w:line="240" w:lineRule="auto"/>
        <w:ind w:firstLine="709"/>
        <w:jc w:val="both"/>
      </w:pPr>
      <w:r>
        <w:t>Giao Đoàn Thanh niên, Hội Liên hiệp Phụ nữ và bộ phận kế toán xã phối hợp chuẩn bị nước uống, đồ ăn nhanh và các nhu yếu phẩm cần thiết phục vụ lực lượng tham gia chữa cháy tại hiện trường.</w:t>
      </w:r>
    </w:p>
    <w:p w14:paraId="5E538C9A" w14:textId="77777777" w:rsidR="0074242B" w:rsidRDefault="006138ED" w:rsidP="00872209">
      <w:pPr>
        <w:spacing w:before="60" w:after="0" w:line="240" w:lineRule="auto"/>
        <w:ind w:firstLine="709"/>
        <w:jc w:val="both"/>
      </w:pPr>
      <w:r>
        <w:rPr>
          <w:b/>
        </w:rPr>
        <w:t>3. Bảo đảm an ninh, trật tự</w:t>
      </w:r>
    </w:p>
    <w:p w14:paraId="4645CC42" w14:textId="77777777" w:rsidR="0074242B" w:rsidRDefault="006138ED" w:rsidP="00872209">
      <w:pPr>
        <w:spacing w:before="60" w:after="0" w:line="240" w:lineRule="auto"/>
        <w:ind w:firstLine="709"/>
        <w:jc w:val="both"/>
      </w:pPr>
      <w:r>
        <w:t>Giao Trưởng Công an xã chỉ đạo lực</w:t>
      </w:r>
      <w:r>
        <w:t xml:space="preserve"> lượng Công an xã bảo đảm an ninh, trật tự tại khu vực chữa cháy; kiểm soát người và phương tiện ra vào khu vực cháy; tuần tra, bảo vệ tài sản của các hộ dân khi người dân rời nhà đi chữa cháy; chủ động phòng ngừa, không để các đối tượng lợi dụng tình hình</w:t>
      </w:r>
      <w:r>
        <w:t xml:space="preserve"> để trộm cắp tài sản; bảo vệ hiện trường sau khi đám cháy được dập tắt; phối hợp với Kiểm lâm địa bàn xác minh nguyên nhân và xử lý vụ việc theo quy định.</w:t>
      </w:r>
    </w:p>
    <w:p w14:paraId="7EB9D16C" w14:textId="77777777" w:rsidR="0074242B" w:rsidRDefault="006138ED" w:rsidP="00872209">
      <w:pPr>
        <w:spacing w:before="60" w:after="0" w:line="240" w:lineRule="auto"/>
        <w:ind w:firstLine="709"/>
        <w:jc w:val="both"/>
      </w:pPr>
      <w:r>
        <w:rPr>
          <w:b/>
        </w:rPr>
        <w:t>X. KẾT THÚC CHỮA CHÁY VÀ XỬ LÝ SAU CHÁY</w:t>
      </w:r>
    </w:p>
    <w:p w14:paraId="39A40715" w14:textId="77777777" w:rsidR="0074242B" w:rsidRDefault="006138ED" w:rsidP="00872209">
      <w:pPr>
        <w:spacing w:before="60" w:after="0" w:line="240" w:lineRule="auto"/>
        <w:ind w:firstLine="709"/>
        <w:jc w:val="both"/>
      </w:pPr>
      <w:r>
        <w:rPr>
          <w:b/>
        </w:rPr>
        <w:t>1. Kiểm tra, xử lý tàn lửa</w:t>
      </w:r>
    </w:p>
    <w:p w14:paraId="64B08B5D" w14:textId="77777777" w:rsidR="0074242B" w:rsidRDefault="006138ED" w:rsidP="00872209">
      <w:pPr>
        <w:spacing w:before="60" w:after="0" w:line="240" w:lineRule="auto"/>
        <w:ind w:firstLine="709"/>
        <w:jc w:val="both"/>
      </w:pPr>
      <w:r>
        <w:lastRenderedPageBreak/>
        <w:t xml:space="preserve">Trưởng Ban Chỉ đạo xã tổ chức </w:t>
      </w:r>
      <w:r>
        <w:t>kiểm tra toàn bộ khu vực cháy, đặc biệt là các gốc cây; khu vực có lớp thảm mục dày; các điểm có khói, than hồng; những vị trí có nguy cơ cháy âm ỉ; khu vực tiếp giáp với rừng chưa cháy.</w:t>
      </w:r>
    </w:p>
    <w:p w14:paraId="63DF6DB6" w14:textId="77777777" w:rsidR="0074242B" w:rsidRDefault="006138ED" w:rsidP="00872209">
      <w:pPr>
        <w:spacing w:before="60" w:after="0" w:line="240" w:lineRule="auto"/>
        <w:ind w:firstLine="709"/>
        <w:jc w:val="both"/>
      </w:pPr>
      <w:r>
        <w:t>Chỉ kết thúc nhiệm vụ chữa cháy khi xác định đám cháy đã được dập tắt</w:t>
      </w:r>
      <w:r>
        <w:t xml:space="preserve"> hoàn toàn và không còn nguy cơ cháy trở lại.</w:t>
      </w:r>
    </w:p>
    <w:p w14:paraId="0D80D3C9" w14:textId="77777777" w:rsidR="0074242B" w:rsidRDefault="006138ED" w:rsidP="00872209">
      <w:pPr>
        <w:spacing w:before="60" w:after="0" w:line="240" w:lineRule="auto"/>
        <w:ind w:firstLine="709"/>
        <w:jc w:val="both"/>
      </w:pPr>
      <w:r>
        <w:rPr>
          <w:b/>
        </w:rPr>
        <w:t>2. Kiểm tra lực lượng, phương tiện</w:t>
      </w:r>
    </w:p>
    <w:p w14:paraId="22497261" w14:textId="77777777" w:rsidR="0074242B" w:rsidRDefault="006138ED" w:rsidP="00872209">
      <w:pPr>
        <w:spacing w:before="60" w:after="0" w:line="240" w:lineRule="auto"/>
        <w:ind w:firstLine="709"/>
        <w:jc w:val="both"/>
      </w:pPr>
      <w:r>
        <w:t>Tổ chức kiểm tra quân số, phương tiện, dụng cụ chữa cháy của từng lực lượng; kịp thời sơ cứu, xử lý các trường hợp bị thương hoặc ảnh hưởng sức khỏe.</w:t>
      </w:r>
    </w:p>
    <w:p w14:paraId="76B5BB17" w14:textId="77777777" w:rsidR="0074242B" w:rsidRPr="0028060E" w:rsidRDefault="006138ED" w:rsidP="00872209">
      <w:pPr>
        <w:spacing w:before="60" w:after="0" w:line="240" w:lineRule="auto"/>
        <w:ind w:firstLine="709"/>
        <w:jc w:val="both"/>
        <w:rPr>
          <w:spacing w:val="-6"/>
        </w:rPr>
      </w:pPr>
      <w:r w:rsidRPr="0028060E">
        <w:rPr>
          <w:spacing w:val="-6"/>
        </w:rPr>
        <w:t>Thu hồi, kiểm đếm các dụn</w:t>
      </w:r>
      <w:r w:rsidRPr="0028060E">
        <w:rPr>
          <w:spacing w:val="-6"/>
        </w:rPr>
        <w:t>g cụ, máy bơm, đường ống và phương tiện đã sử dụng.</w:t>
      </w:r>
    </w:p>
    <w:p w14:paraId="34D768FA" w14:textId="77777777" w:rsidR="0074242B" w:rsidRDefault="006138ED" w:rsidP="00872209">
      <w:pPr>
        <w:spacing w:before="60" w:after="0" w:line="240" w:lineRule="auto"/>
        <w:ind w:firstLine="709"/>
        <w:jc w:val="both"/>
      </w:pPr>
      <w:r>
        <w:rPr>
          <w:b/>
        </w:rPr>
        <w:t>3. Điều tra, xác định nguyên nhân</w:t>
      </w:r>
    </w:p>
    <w:p w14:paraId="46E30FF8" w14:textId="77777777" w:rsidR="0074242B" w:rsidRDefault="006138ED" w:rsidP="00872209">
      <w:pPr>
        <w:spacing w:before="60" w:after="0" w:line="240" w:lineRule="auto"/>
        <w:ind w:firstLine="709"/>
        <w:jc w:val="both"/>
      </w:pPr>
      <w:r>
        <w:t>Giao Kiểm lâm địa bàn chủ trì, phối hợp với Công an xã lập biên bản vụ cháy; đo, tính diện tích rừng bị cháy; xác định mức độ thiệt hại; vẽ sơ đồ hiện trường; xác định ng</w:t>
      </w:r>
      <w:r>
        <w:t>uyên nhân xảy ra cháy; xác minh đối tượng gây cháy nếu có; đề xuất biện pháp xử lý đối với tổ chức, cá nhân vi phạm; đề xuất các biện pháp khắc phục hậu quả sau cháy; tổng hợp báo cáo UBND xã và cơ quan cấp trên theo quy định.</w:t>
      </w:r>
    </w:p>
    <w:p w14:paraId="0FE86C12" w14:textId="77777777" w:rsidR="0074242B" w:rsidRDefault="006138ED" w:rsidP="00872209">
      <w:pPr>
        <w:spacing w:before="60" w:after="0" w:line="240" w:lineRule="auto"/>
        <w:ind w:firstLine="709"/>
        <w:jc w:val="both"/>
      </w:pPr>
      <w:r>
        <w:rPr>
          <w:b/>
        </w:rPr>
        <w:t>XI. PHÂN CÔNG NHIỆM VỤ</w:t>
      </w:r>
    </w:p>
    <w:p w14:paraId="6286B33F" w14:textId="77777777" w:rsidR="0074242B" w:rsidRDefault="006138ED" w:rsidP="00872209">
      <w:pPr>
        <w:spacing w:before="60" w:after="0" w:line="240" w:lineRule="auto"/>
        <w:ind w:firstLine="709"/>
        <w:jc w:val="both"/>
      </w:pPr>
      <w:r>
        <w:rPr>
          <w:b/>
        </w:rPr>
        <w:t>1. Chủ</w:t>
      </w:r>
      <w:r>
        <w:rPr>
          <w:b/>
        </w:rPr>
        <w:t xml:space="preserve"> tịch UBND xã</w:t>
      </w:r>
    </w:p>
    <w:p w14:paraId="64976761" w14:textId="77777777" w:rsidR="0074242B" w:rsidRDefault="006138ED" w:rsidP="00872209">
      <w:pPr>
        <w:spacing w:before="60" w:after="0" w:line="240" w:lineRule="auto"/>
        <w:ind w:firstLine="709"/>
        <w:jc w:val="both"/>
      </w:pPr>
      <w:r>
        <w:t>Chỉ đạo chung toàn bộ công tác xử lý tình huống; quyết định huy động lực lượng, phương tiện; chỉ đạo đề nghị các cơ quan, đơn vị và địa phương giáp ranh hỗ trợ; quyết định các biện pháp xử lý khi tình huống vượt quá khả năng của xã.</w:t>
      </w:r>
    </w:p>
    <w:p w14:paraId="1F65D8DF" w14:textId="77777777" w:rsidR="0074242B" w:rsidRDefault="006138ED" w:rsidP="00872209">
      <w:pPr>
        <w:spacing w:before="60" w:after="0" w:line="240" w:lineRule="auto"/>
        <w:ind w:firstLine="709"/>
        <w:jc w:val="both"/>
      </w:pPr>
      <w:r>
        <w:rPr>
          <w:b/>
        </w:rPr>
        <w:t>2. Phó Ch</w:t>
      </w:r>
      <w:r>
        <w:rPr>
          <w:b/>
        </w:rPr>
        <w:t>ủ tịch UBND xã, Trưởng Ban Chỉ đạo</w:t>
      </w:r>
    </w:p>
    <w:p w14:paraId="213D9451" w14:textId="77777777" w:rsidR="0074242B" w:rsidRDefault="006138ED" w:rsidP="00872209">
      <w:pPr>
        <w:spacing w:before="60" w:after="0" w:line="240" w:lineRule="auto"/>
        <w:ind w:firstLine="709"/>
        <w:jc w:val="both"/>
      </w:pPr>
      <w:r>
        <w:t>Trực tiếp chỉ huy tại hiện trường; tổ chức triển khai phương án; theo dõi, điều phối 03 mũi chữa cháy; báo cáo Chủ tịch UBND xã; đề xuất điều chỉnh lực lượng, phương tiện khi cần thiết.</w:t>
      </w:r>
    </w:p>
    <w:p w14:paraId="526FAED5" w14:textId="77777777" w:rsidR="0074242B" w:rsidRDefault="006138ED" w:rsidP="00872209">
      <w:pPr>
        <w:spacing w:before="60" w:after="0" w:line="240" w:lineRule="auto"/>
        <w:ind w:firstLine="709"/>
        <w:jc w:val="both"/>
      </w:pPr>
      <w:r>
        <w:rPr>
          <w:b/>
        </w:rPr>
        <w:t>3. Ban Chỉ huy Quân sự xã</w:t>
      </w:r>
    </w:p>
    <w:p w14:paraId="2192FF31" w14:textId="77777777" w:rsidR="0074242B" w:rsidRDefault="006138ED" w:rsidP="00872209">
      <w:pPr>
        <w:spacing w:before="60" w:after="0" w:line="240" w:lineRule="auto"/>
        <w:ind w:firstLine="709"/>
        <w:jc w:val="both"/>
      </w:pPr>
      <w:r>
        <w:t xml:space="preserve">Huy động </w:t>
      </w:r>
      <w:r>
        <w:t>lực lượng theo yêu cầu; tổ chức Mũi số 1; phối hợp mở đường băng cản lửa; sẵn sàng tăng cường lực lượng khi có yêu cầu.</w:t>
      </w:r>
    </w:p>
    <w:p w14:paraId="1F54BE2A" w14:textId="77777777" w:rsidR="0074242B" w:rsidRDefault="006138ED" w:rsidP="00872209">
      <w:pPr>
        <w:spacing w:before="60" w:after="0" w:line="240" w:lineRule="auto"/>
        <w:ind w:firstLine="709"/>
        <w:jc w:val="both"/>
      </w:pPr>
      <w:r>
        <w:rPr>
          <w:b/>
        </w:rPr>
        <w:t>4. Công an xã</w:t>
      </w:r>
    </w:p>
    <w:p w14:paraId="1110100D" w14:textId="77777777" w:rsidR="0074242B" w:rsidRDefault="006138ED" w:rsidP="00872209">
      <w:pPr>
        <w:spacing w:before="60" w:after="0" w:line="240" w:lineRule="auto"/>
        <w:ind w:firstLine="709"/>
        <w:jc w:val="both"/>
      </w:pPr>
      <w:r>
        <w:t>Tổ chức Mũi số 2; bảo đảm an ninh, trật tự; bảo vệ tài sản của Nhân dân; bảo vệ hiện trường; phối hợp xác minh nguyên nhân</w:t>
      </w:r>
      <w:r>
        <w:t xml:space="preserve"> và đối tượng gây cháy.</w:t>
      </w:r>
    </w:p>
    <w:p w14:paraId="30447E71" w14:textId="77777777" w:rsidR="0074242B" w:rsidRDefault="006138ED" w:rsidP="00872209">
      <w:pPr>
        <w:spacing w:before="60" w:after="0" w:line="240" w:lineRule="auto"/>
        <w:ind w:firstLine="709"/>
        <w:jc w:val="both"/>
      </w:pPr>
      <w:r>
        <w:rPr>
          <w:b/>
        </w:rPr>
        <w:t>5. Kiểm lâm địa bàn</w:t>
      </w:r>
    </w:p>
    <w:p w14:paraId="4EB385F9" w14:textId="77777777" w:rsidR="0074242B" w:rsidRDefault="006138ED" w:rsidP="00872209">
      <w:pPr>
        <w:spacing w:before="60" w:after="0" w:line="240" w:lineRule="auto"/>
        <w:ind w:firstLine="709"/>
        <w:jc w:val="both"/>
      </w:pPr>
      <w:r>
        <w:t>Tổ chức Mũi số 3; hướng dẫn kỹ thuật chữa cháy rừng; theo dõi diễn biến đám cháy; phối hợp với Công an xã xác định nguyên nhân; đo, tính diện tích, xác định mức độ thiệt hại; tham mưu xử lý sau cháy.</w:t>
      </w:r>
    </w:p>
    <w:p w14:paraId="582781E3" w14:textId="77777777" w:rsidR="0074242B" w:rsidRDefault="006138ED" w:rsidP="00872209">
      <w:pPr>
        <w:spacing w:before="60" w:after="0" w:line="240" w:lineRule="auto"/>
        <w:ind w:firstLine="709"/>
        <w:jc w:val="both"/>
      </w:pPr>
      <w:r>
        <w:rPr>
          <w:b/>
        </w:rPr>
        <w:t>6. Trưởng th</w:t>
      </w:r>
      <w:r>
        <w:rPr>
          <w:b/>
        </w:rPr>
        <w:t>ôn Pả Chư Tỷ</w:t>
      </w:r>
    </w:p>
    <w:p w14:paraId="7EAED8E6" w14:textId="77777777" w:rsidR="0074242B" w:rsidRDefault="006138ED" w:rsidP="00872209">
      <w:pPr>
        <w:spacing w:before="60" w:after="0" w:line="240" w:lineRule="auto"/>
        <w:ind w:firstLine="709"/>
        <w:jc w:val="both"/>
      </w:pPr>
      <w:r>
        <w:t>Tiếp nhận thông tin cháy; huy động Nhân dân trong thôn; tổ chức lực lượng tham gia chữa cháy; phối hợp với các lực lượng chuyên môn; bảo đảm thông tin liên lạc với lực lượng tại hiện trường.</w:t>
      </w:r>
    </w:p>
    <w:p w14:paraId="14C3DDED" w14:textId="77777777" w:rsidR="0074242B" w:rsidRDefault="006138ED" w:rsidP="00872209">
      <w:pPr>
        <w:spacing w:before="60" w:after="0" w:line="240" w:lineRule="auto"/>
        <w:ind w:firstLine="709"/>
        <w:jc w:val="both"/>
      </w:pPr>
      <w:r>
        <w:rPr>
          <w:b/>
        </w:rPr>
        <w:t>7. Đội xung kích bảo vệ rừng và PCCCR xã</w:t>
      </w:r>
    </w:p>
    <w:p w14:paraId="39259601" w14:textId="77777777" w:rsidR="0074242B" w:rsidRDefault="006138ED" w:rsidP="00872209">
      <w:pPr>
        <w:spacing w:before="60" w:after="0" w:line="240" w:lineRule="auto"/>
        <w:ind w:firstLine="709"/>
        <w:jc w:val="both"/>
      </w:pPr>
      <w:r>
        <w:t>Cơ động đến</w:t>
      </w:r>
      <w:r>
        <w:t xml:space="preserve"> hiện trường theo lệnh; thực hiện nhiệm vụ theo phân công; sử dụng thành thạo dụng cụ chữa cháy; chấp hành nghiêm sự chỉ huy của tổ trưởng các mũi; bảo đảm an toàn trong quá trình thực hiện nhiệm vụ.</w:t>
      </w:r>
    </w:p>
    <w:p w14:paraId="71F87416" w14:textId="77777777" w:rsidR="0074242B" w:rsidRDefault="006138ED" w:rsidP="00872209">
      <w:pPr>
        <w:spacing w:before="60" w:after="0" w:line="240" w:lineRule="auto"/>
        <w:ind w:firstLine="709"/>
        <w:jc w:val="both"/>
      </w:pPr>
      <w:r>
        <w:rPr>
          <w:b/>
        </w:rPr>
        <w:t>8. Trạm Y tế xã</w:t>
      </w:r>
    </w:p>
    <w:p w14:paraId="638A5405" w14:textId="77777777" w:rsidR="0074242B" w:rsidRDefault="006138ED" w:rsidP="00872209">
      <w:pPr>
        <w:spacing w:before="60" w:after="0" w:line="240" w:lineRule="auto"/>
        <w:ind w:firstLine="709"/>
        <w:jc w:val="both"/>
      </w:pPr>
      <w:r>
        <w:lastRenderedPageBreak/>
        <w:t>Bố trí lực lượng y tế; chuẩn bị thuốc, v</w:t>
      </w:r>
      <w:r>
        <w:t>ật tư và dụng cụ sơ cứu; sẵn sàng cấp cứu người bị ngạt khói, bỏng, bị thương.</w:t>
      </w:r>
    </w:p>
    <w:p w14:paraId="4CC63089" w14:textId="77777777" w:rsidR="0074242B" w:rsidRDefault="006138ED" w:rsidP="00872209">
      <w:pPr>
        <w:spacing w:before="60" w:after="0" w:line="240" w:lineRule="auto"/>
        <w:ind w:firstLine="709"/>
        <w:jc w:val="both"/>
      </w:pPr>
      <w:r>
        <w:rPr>
          <w:b/>
        </w:rPr>
        <w:t>9. Đoàn Thanh niên, Hội Liên hiệp Phụ nữ và bộ phận kế toán</w:t>
      </w:r>
    </w:p>
    <w:p w14:paraId="6A40E71C" w14:textId="77777777" w:rsidR="0074242B" w:rsidRDefault="006138ED" w:rsidP="00872209">
      <w:pPr>
        <w:spacing w:before="60" w:after="0" w:line="240" w:lineRule="auto"/>
        <w:ind w:firstLine="709"/>
        <w:jc w:val="both"/>
      </w:pPr>
      <w:r>
        <w:t>Chuẩn bị nước uống, đồ ăn nhanh; hỗ trợ hậu cần; phối hợp vận chuyển vật tư, dụng cụ cần thiết.</w:t>
      </w:r>
    </w:p>
    <w:p w14:paraId="56EF1A3A" w14:textId="77777777" w:rsidR="0074242B" w:rsidRDefault="006138ED" w:rsidP="00872209">
      <w:pPr>
        <w:spacing w:before="60" w:after="0" w:line="240" w:lineRule="auto"/>
        <w:ind w:firstLine="709"/>
        <w:jc w:val="both"/>
      </w:pPr>
      <w:r>
        <w:rPr>
          <w:b/>
        </w:rPr>
        <w:t xml:space="preserve">10. Các thôn, lực </w:t>
      </w:r>
      <w:r>
        <w:rPr>
          <w:b/>
        </w:rPr>
        <w:t>lượng giáp ranh</w:t>
      </w:r>
    </w:p>
    <w:p w14:paraId="2DCE02FB" w14:textId="77777777" w:rsidR="0074242B" w:rsidRDefault="006138ED" w:rsidP="00872209">
      <w:pPr>
        <w:spacing w:before="60" w:after="0" w:line="240" w:lineRule="auto"/>
        <w:ind w:firstLine="709"/>
        <w:jc w:val="both"/>
      </w:pPr>
      <w:r>
        <w:t>Chủ động phối hợp, hỗ trợ lực lượng khi có yêu cầu; huy động Nhân dân tham gia chữa cháy; tăng cường bảo vệ rừng tại khu vực giáp ranh, không để cháy lan sang địa bàn.</w:t>
      </w:r>
    </w:p>
    <w:p w14:paraId="53551DD7" w14:textId="77777777" w:rsidR="0074242B" w:rsidRDefault="006138ED" w:rsidP="00872209">
      <w:pPr>
        <w:spacing w:before="60" w:after="0" w:line="240" w:lineRule="auto"/>
        <w:ind w:firstLine="709"/>
        <w:jc w:val="both"/>
      </w:pPr>
      <w:r>
        <w:rPr>
          <w:b/>
        </w:rPr>
        <w:t>XII. THUẬN LỢI, KHÓ KHĂN</w:t>
      </w:r>
    </w:p>
    <w:p w14:paraId="0366A5F7" w14:textId="77777777" w:rsidR="0074242B" w:rsidRDefault="006138ED" w:rsidP="00872209">
      <w:pPr>
        <w:spacing w:before="60" w:after="0" w:line="240" w:lineRule="auto"/>
        <w:ind w:firstLine="709"/>
        <w:jc w:val="both"/>
      </w:pPr>
      <w:r>
        <w:rPr>
          <w:b/>
        </w:rPr>
        <w:t>1. Thuận lợi</w:t>
      </w:r>
    </w:p>
    <w:p w14:paraId="13F99494" w14:textId="77777777" w:rsidR="0074242B" w:rsidRDefault="006138ED" w:rsidP="00872209">
      <w:pPr>
        <w:spacing w:before="60" w:after="0" w:line="240" w:lineRule="auto"/>
        <w:ind w:firstLine="709"/>
        <w:jc w:val="both"/>
      </w:pPr>
      <w:r>
        <w:t xml:space="preserve">Đám cháy được phát hiện và </w:t>
      </w:r>
      <w:r>
        <w:t>thông tin kịp thời.</w:t>
      </w:r>
    </w:p>
    <w:p w14:paraId="68C5ACCF" w14:textId="77777777" w:rsidR="0074242B" w:rsidRDefault="006138ED" w:rsidP="00872209">
      <w:pPr>
        <w:spacing w:before="60" w:after="0" w:line="240" w:lineRule="auto"/>
        <w:ind w:firstLine="709"/>
        <w:jc w:val="both"/>
      </w:pPr>
      <w:r>
        <w:t>Có phương án xác định, khoanh vùng và tổ chức xử lý cụ thể.</w:t>
      </w:r>
    </w:p>
    <w:p w14:paraId="02836023" w14:textId="77777777" w:rsidR="0074242B" w:rsidRDefault="006138ED" w:rsidP="00872209">
      <w:pPr>
        <w:spacing w:before="60" w:after="0" w:line="240" w:lineRule="auto"/>
        <w:ind w:firstLine="709"/>
        <w:jc w:val="both"/>
      </w:pPr>
      <w:r>
        <w:t>Có sự thống nhất trong công tác chỉ huy, điều hành.</w:t>
      </w:r>
    </w:p>
    <w:p w14:paraId="050BD784" w14:textId="77777777" w:rsidR="0074242B" w:rsidRDefault="006138ED" w:rsidP="00872209">
      <w:pPr>
        <w:spacing w:before="60" w:after="0" w:line="240" w:lineRule="auto"/>
        <w:ind w:firstLine="709"/>
        <w:jc w:val="both"/>
      </w:pPr>
      <w:r>
        <w:t>Lực lượng tại chỗ có khả năng huy động nhanh.</w:t>
      </w:r>
    </w:p>
    <w:p w14:paraId="32578A4B" w14:textId="77777777" w:rsidR="0074242B" w:rsidRDefault="006138ED" w:rsidP="00872209">
      <w:pPr>
        <w:spacing w:before="60" w:after="0" w:line="240" w:lineRule="auto"/>
        <w:ind w:firstLine="709"/>
        <w:jc w:val="both"/>
      </w:pPr>
      <w:r>
        <w:t>Có thể tận dụng các dụng cụ chữa cháy thủ công như bàn dập lửa, dao phát, cuốc</w:t>
      </w:r>
      <w:r>
        <w:t>, cào răng, xẻng, cành cây tươi.</w:t>
      </w:r>
    </w:p>
    <w:p w14:paraId="63613793" w14:textId="77777777" w:rsidR="0074242B" w:rsidRDefault="006138ED" w:rsidP="00872209">
      <w:pPr>
        <w:spacing w:before="60" w:after="0" w:line="240" w:lineRule="auto"/>
        <w:ind w:firstLine="709"/>
        <w:jc w:val="both"/>
      </w:pPr>
      <w:r>
        <w:t>Có khả năng huy động lực lượng từ các thôn, địa phương giáp ranh.</w:t>
      </w:r>
    </w:p>
    <w:p w14:paraId="239DF947" w14:textId="77777777" w:rsidR="0074242B" w:rsidRDefault="006138ED" w:rsidP="00872209">
      <w:pPr>
        <w:spacing w:before="60" w:after="0" w:line="240" w:lineRule="auto"/>
        <w:ind w:firstLine="709"/>
        <w:jc w:val="both"/>
      </w:pPr>
      <w:r>
        <w:t>Có nguồn nước tự nhiên phục vụ bơm nước chữa cháy.</w:t>
      </w:r>
    </w:p>
    <w:p w14:paraId="7E70E61E" w14:textId="77777777" w:rsidR="0074242B" w:rsidRDefault="006138ED" w:rsidP="00872209">
      <w:pPr>
        <w:spacing w:before="60" w:after="0" w:line="240" w:lineRule="auto"/>
        <w:ind w:firstLine="709"/>
        <w:jc w:val="both"/>
      </w:pPr>
      <w:r>
        <w:t>Các lực lượng Quân sự, Công an, Kiểm lâm và Nhân dân có khả năng phối hợp xử lý tình huống.</w:t>
      </w:r>
    </w:p>
    <w:p w14:paraId="4C38F81F" w14:textId="77777777" w:rsidR="0074242B" w:rsidRDefault="006138ED" w:rsidP="00872209">
      <w:pPr>
        <w:spacing w:before="60" w:after="0" w:line="240" w:lineRule="auto"/>
        <w:ind w:firstLine="709"/>
        <w:jc w:val="both"/>
      </w:pPr>
      <w:r>
        <w:rPr>
          <w:b/>
        </w:rPr>
        <w:t>2. Khó khăn</w:t>
      </w:r>
    </w:p>
    <w:p w14:paraId="40939467" w14:textId="77777777" w:rsidR="0074242B" w:rsidRPr="0028060E" w:rsidRDefault="006138ED" w:rsidP="00872209">
      <w:pPr>
        <w:spacing w:before="60" w:after="0" w:line="240" w:lineRule="auto"/>
        <w:ind w:firstLine="709"/>
        <w:jc w:val="both"/>
        <w:rPr>
          <w:spacing w:val="-6"/>
        </w:rPr>
      </w:pPr>
      <w:r w:rsidRPr="0028060E">
        <w:rPr>
          <w:spacing w:val="-6"/>
        </w:rPr>
        <w:t>Ng</w:t>
      </w:r>
      <w:r w:rsidRPr="0028060E">
        <w:rPr>
          <w:spacing w:val="-6"/>
        </w:rPr>
        <w:t>uồn nước cách vị trí đám cháy khoảng 200 m, gây khó khăn cho việc cấp nước.</w:t>
      </w:r>
    </w:p>
    <w:p w14:paraId="78B116C5" w14:textId="77777777" w:rsidR="0074242B" w:rsidRDefault="006138ED" w:rsidP="00872209">
      <w:pPr>
        <w:spacing w:before="60" w:after="0" w:line="240" w:lineRule="auto"/>
        <w:ind w:firstLine="709"/>
        <w:jc w:val="both"/>
      </w:pPr>
      <w:r>
        <w:t>Địa hình đồi núi dốc, hiểm trở, nhiều vị trí khó tiếp cận.</w:t>
      </w:r>
    </w:p>
    <w:p w14:paraId="3CC37E39" w14:textId="77777777" w:rsidR="0074242B" w:rsidRDefault="006138ED" w:rsidP="00872209">
      <w:pPr>
        <w:spacing w:before="60" w:after="0" w:line="240" w:lineRule="auto"/>
        <w:ind w:firstLine="709"/>
        <w:jc w:val="both"/>
      </w:pPr>
      <w:r>
        <w:t>Đường giao thông vào khu vực rừng nhỏ hẹp, phương tiện cơ giới khó tiếp cận.</w:t>
      </w:r>
    </w:p>
    <w:p w14:paraId="32CE37E2" w14:textId="77777777" w:rsidR="0074242B" w:rsidRDefault="006138ED" w:rsidP="00872209">
      <w:pPr>
        <w:spacing w:before="60" w:after="0" w:line="240" w:lineRule="auto"/>
        <w:ind w:firstLine="709"/>
        <w:jc w:val="both"/>
      </w:pPr>
      <w:r>
        <w:t>Thời tiết hanh khô, nắng nóng, độ ẩm thấp, g</w:t>
      </w:r>
      <w:r>
        <w:t>ió mạnh có thể làm đám cháy phát triển nhanh.</w:t>
      </w:r>
    </w:p>
    <w:p w14:paraId="2C42B783" w14:textId="77777777" w:rsidR="0074242B" w:rsidRDefault="006138ED" w:rsidP="00872209">
      <w:pPr>
        <w:spacing w:before="60" w:after="0" w:line="240" w:lineRule="auto"/>
        <w:ind w:firstLine="709"/>
        <w:jc w:val="both"/>
      </w:pPr>
      <w:r>
        <w:t>Vật liệu cháy dưới tán rừng nhiều, thảm thực bì khô.</w:t>
      </w:r>
    </w:p>
    <w:p w14:paraId="1686F156" w14:textId="77777777" w:rsidR="0074242B" w:rsidRPr="0028060E" w:rsidRDefault="006138ED" w:rsidP="00872209">
      <w:pPr>
        <w:spacing w:before="60" w:after="0" w:line="240" w:lineRule="auto"/>
        <w:ind w:firstLine="709"/>
        <w:jc w:val="both"/>
        <w:rPr>
          <w:spacing w:val="-8"/>
        </w:rPr>
      </w:pPr>
      <w:r w:rsidRPr="0028060E">
        <w:rPr>
          <w:spacing w:val="-8"/>
        </w:rPr>
        <w:t>Dụng cụ chữa cháy chuyên dụng còn hạn chế, chủ yếu sử dụng phương tiện thủ công.</w:t>
      </w:r>
    </w:p>
    <w:p w14:paraId="51E5346D" w14:textId="77777777" w:rsidR="0074242B" w:rsidRDefault="006138ED" w:rsidP="00872209">
      <w:pPr>
        <w:spacing w:before="60" w:after="0" w:line="240" w:lineRule="auto"/>
        <w:ind w:firstLine="709"/>
        <w:jc w:val="both"/>
      </w:pPr>
      <w:r>
        <w:t>Lực lượng tham gia chữa cháy phần lớn là lực lượng tại chỗ, kinh nghiệm xử l</w:t>
      </w:r>
      <w:r>
        <w:t>ý tình huống cháy lớn còn hạn chế.</w:t>
      </w:r>
    </w:p>
    <w:p w14:paraId="61191EAD" w14:textId="77777777" w:rsidR="0074242B" w:rsidRDefault="006138ED" w:rsidP="00872209">
      <w:pPr>
        <w:spacing w:before="60" w:after="0" w:line="240" w:lineRule="auto"/>
        <w:ind w:firstLine="709"/>
        <w:jc w:val="both"/>
      </w:pPr>
      <w:r>
        <w:t>Khi đám cháy phát triển trên diện rộng, việc chỉ huy, thông tin liên lạc và điều phối lực lượng gặp nhiều khó khăn.</w:t>
      </w:r>
    </w:p>
    <w:p w14:paraId="1BBAADF7" w14:textId="77777777" w:rsidR="0074242B" w:rsidRDefault="006138ED" w:rsidP="00872209">
      <w:pPr>
        <w:spacing w:before="60" w:after="0" w:line="240" w:lineRule="auto"/>
        <w:ind w:firstLine="709"/>
        <w:jc w:val="both"/>
      </w:pPr>
      <w:r>
        <w:t>Nguy cơ cháy lan sang các khu vực rừng thuộc địa bàn các thôn và xã giáp ranh là rất cao.</w:t>
      </w:r>
    </w:p>
    <w:p w14:paraId="63B08B69" w14:textId="77777777" w:rsidR="0074242B" w:rsidRDefault="006138ED" w:rsidP="00872209">
      <w:pPr>
        <w:spacing w:before="60" w:after="0" w:line="240" w:lineRule="auto"/>
        <w:ind w:firstLine="709"/>
        <w:jc w:val="both"/>
      </w:pPr>
      <w:r>
        <w:rPr>
          <w:b/>
        </w:rPr>
        <w:t>XIII. KẾT QUẢ D</w:t>
      </w:r>
      <w:r>
        <w:rPr>
          <w:b/>
        </w:rPr>
        <w:t>Ự KIẾN CỦA TÌNH HUỐNG DIỄN TẬP</w:t>
      </w:r>
    </w:p>
    <w:p w14:paraId="06E11B35" w14:textId="77777777" w:rsidR="0074242B" w:rsidRDefault="006138ED" w:rsidP="00872209">
      <w:pPr>
        <w:spacing w:before="60" w:after="0" w:line="240" w:lineRule="auto"/>
        <w:ind w:firstLine="709"/>
        <w:jc w:val="both"/>
      </w:pPr>
      <w:r>
        <w:t>Sau khi các lực lượng triển khai đồng bộ các biện pháp chữa cháy, đám cháy được bao vây, khống chế, thu hẹp và dập tắt hoàn toàn vào hồi 16 giờ 50 phút ngày 07 tháng 10 năm 2026.</w:t>
      </w:r>
    </w:p>
    <w:p w14:paraId="04DD6E7D" w14:textId="77777777" w:rsidR="0074242B" w:rsidRDefault="006138ED" w:rsidP="00872209">
      <w:pPr>
        <w:spacing w:before="60" w:after="0" w:line="240" w:lineRule="auto"/>
        <w:ind w:firstLine="709"/>
        <w:jc w:val="both"/>
      </w:pPr>
      <w:r>
        <w:t xml:space="preserve">Không để xảy ra thiệt hại về người; lực lượng </w:t>
      </w:r>
      <w:r>
        <w:t>tham gia chữa cháy được bảo đảm an toàn; không để đám cháy lan sang diện tích rừng thuộc các thôn, xã giáp ranh.</w:t>
      </w:r>
    </w:p>
    <w:p w14:paraId="3DE467A9" w14:textId="77777777" w:rsidR="0074242B" w:rsidRDefault="006138ED" w:rsidP="00872209">
      <w:pPr>
        <w:spacing w:before="60" w:after="0" w:line="240" w:lineRule="auto"/>
        <w:ind w:firstLine="709"/>
        <w:jc w:val="both"/>
      </w:pPr>
      <w:r>
        <w:t>Các lực lượng hoàn thành nhiệm vụ, thu hồi phương tiện, dụng cụ, kiểm tra quân số, tổ chức rút khỏi hiện trường theo sự điều hành của Trưởng Ba</w:t>
      </w:r>
      <w:r>
        <w:t>n Chỉ đạo.</w:t>
      </w:r>
    </w:p>
    <w:p w14:paraId="7E698559" w14:textId="77777777" w:rsidR="0074242B" w:rsidRDefault="006138ED" w:rsidP="00872209">
      <w:pPr>
        <w:spacing w:before="60" w:after="0" w:line="240" w:lineRule="auto"/>
        <w:ind w:firstLine="709"/>
        <w:jc w:val="both"/>
      </w:pPr>
      <w:r>
        <w:lastRenderedPageBreak/>
        <w:t>Kiểm lâm địa bàn phối hợp Công an xã tiếp tục bảo vệ hiện trường, xác minh nguyên nhân, đánh giá thiệt hại, lập hồ sơ và tổng hợp báo cáo theo quy định.</w:t>
      </w:r>
    </w:p>
    <w:p w14:paraId="312DA80F" w14:textId="77777777" w:rsidR="0074242B" w:rsidRDefault="006138ED" w:rsidP="00872209">
      <w:pPr>
        <w:spacing w:before="60" w:after="0" w:line="240" w:lineRule="auto"/>
        <w:ind w:firstLine="709"/>
        <w:jc w:val="both"/>
      </w:pPr>
      <w:r>
        <w:rPr>
          <w:b/>
        </w:rPr>
        <w:t>XIV. TỔ CHỨC THỰC HIỆN</w:t>
      </w:r>
    </w:p>
    <w:p w14:paraId="3F9523B0" w14:textId="77777777" w:rsidR="0074242B" w:rsidRDefault="006138ED" w:rsidP="00872209">
      <w:pPr>
        <w:spacing w:before="60" w:after="0" w:line="240" w:lineRule="auto"/>
        <w:ind w:firstLine="709"/>
        <w:jc w:val="both"/>
      </w:pPr>
      <w:r>
        <w:t xml:space="preserve">Các cơ quan, đơn vị, lực lượng được phân công căn cứ nội dung </w:t>
      </w:r>
      <w:r>
        <w:t>Phương án này chủ động chuẩn bị lực lượng, phương tiện, dụng cụ và tổ chức thực hiện nghiêm túc.</w:t>
      </w:r>
    </w:p>
    <w:p w14:paraId="5786E16A" w14:textId="77777777" w:rsidR="0074242B" w:rsidRDefault="006138ED" w:rsidP="00872209">
      <w:pPr>
        <w:spacing w:before="60" w:after="0" w:line="240" w:lineRule="auto"/>
        <w:ind w:firstLine="709"/>
        <w:jc w:val="both"/>
      </w:pPr>
      <w:r>
        <w:t>Trưởng Ban Chỉ đạo Chương trình phát triển lâm nghiệp bền vững của xã chịu trách nhiệm kiểm tra, đôn đốc, hướng dẫn các lực lượng chuẩn bị và tổ chức thực hiện</w:t>
      </w:r>
      <w:r>
        <w:t xml:space="preserve"> phương án.</w:t>
      </w:r>
    </w:p>
    <w:p w14:paraId="6C828E79" w14:textId="77777777" w:rsidR="0074242B" w:rsidRPr="0028060E" w:rsidRDefault="006138ED" w:rsidP="00872209">
      <w:pPr>
        <w:spacing w:before="60" w:after="0" w:line="240" w:lineRule="auto"/>
        <w:ind w:firstLine="709"/>
        <w:jc w:val="both"/>
        <w:rPr>
          <w:spacing w:val="-4"/>
        </w:rPr>
      </w:pPr>
      <w:r w:rsidRPr="0028060E">
        <w:rPr>
          <w:spacing w:val="-4"/>
        </w:rPr>
        <w:t>Trong quá trình triển khai, nếu tình hình thực tế có diễn biến khác với phương án dự kiến, Trưởng Ban Chỉ đạo căn cứ tình hình thực tế để chủ động điều chỉnh lực lượng, phương tiện và biện pháp xử lý; trường hợp vượt quá khả năng xử lý phải kịp</w:t>
      </w:r>
      <w:r w:rsidRPr="0028060E">
        <w:rPr>
          <w:spacing w:val="-4"/>
        </w:rPr>
        <w:t xml:space="preserve"> thời báo cáo Chủ tịch UBND xã để xin ý kiến chỉ đạo và đề nghị lực lượng cấp trên hỗ trợ.</w:t>
      </w:r>
    </w:p>
    <w:p w14:paraId="67A0B888" w14:textId="77777777" w:rsidR="0074242B" w:rsidRDefault="006138ED" w:rsidP="00872209">
      <w:pPr>
        <w:spacing w:before="60" w:after="0" w:line="240" w:lineRule="auto"/>
        <w:ind w:firstLine="709"/>
        <w:jc w:val="both"/>
      </w:pPr>
      <w:r>
        <w:t>Sau khi kết thúc diễn tập, các lực lượng tổ chức họp rút kinh nghiệm, đánh giá kết quả, những tồn tại, hạn chế và đề xuất các giải pháp bổ sung, hoàn thiện phương án</w:t>
      </w:r>
      <w:r>
        <w:t xml:space="preserve"> phòng cháy, chữa cháy rừng trên địa bàn xã.</w:t>
      </w:r>
    </w:p>
    <w:p w14:paraId="1BD42DEC" w14:textId="77777777" w:rsidR="0074242B" w:rsidRDefault="006138ED" w:rsidP="00872209">
      <w:pPr>
        <w:spacing w:before="60" w:after="0" w:line="240" w:lineRule="auto"/>
        <w:ind w:firstLine="709"/>
        <w:jc w:val="both"/>
      </w:pPr>
      <w:r>
        <w:t>Trên đây là Phương án xử lý tình huống cháy rừng có nguy cơ cháy lan trên diện rộng trên địa bàn xã Lùng Phình năm 2026. Trong quá trình tổ chức thực hiện nếu có khó khăn, vướng mắc, các cơ quan, đơn vị, lực lượ</w:t>
      </w:r>
      <w:r>
        <w:t>ng kịp thời báo cáo UBND xã để xem xét, chỉ đạo giải quyết./.</w:t>
      </w:r>
    </w:p>
    <w:tbl>
      <w:tblPr>
        <w:tblW w:w="9638" w:type="dxa"/>
        <w:tblBorders>
          <w:top w:val="nil"/>
          <w:left w:val="nil"/>
          <w:bottom w:val="nil"/>
          <w:right w:val="nil"/>
          <w:insideH w:val="nil"/>
          <w:insideV w:val="nil"/>
        </w:tblBorders>
        <w:tblLayout w:type="fixed"/>
        <w:tblLook w:val="04A0" w:firstRow="1" w:lastRow="0" w:firstColumn="1" w:lastColumn="0" w:noHBand="0" w:noVBand="1"/>
      </w:tblPr>
      <w:tblGrid>
        <w:gridCol w:w="4819"/>
        <w:gridCol w:w="4819"/>
      </w:tblGrid>
      <w:tr w:rsidR="0074242B" w14:paraId="71179EAF" w14:textId="77777777" w:rsidTr="00872209">
        <w:trPr>
          <w:trHeight w:val="3105"/>
        </w:trPr>
        <w:tc>
          <w:tcPr>
            <w:tcW w:w="4819" w:type="dxa"/>
          </w:tcPr>
          <w:p w14:paraId="32796D6A" w14:textId="77777777" w:rsidR="0074242B" w:rsidRPr="005B0743" w:rsidRDefault="006138ED" w:rsidP="005B0743">
            <w:pPr>
              <w:spacing w:after="0" w:line="240" w:lineRule="auto"/>
              <w:rPr>
                <w:i/>
                <w:iCs/>
              </w:rPr>
            </w:pPr>
            <w:r w:rsidRPr="005B0743">
              <w:rPr>
                <w:b/>
                <w:i/>
                <w:iCs/>
              </w:rPr>
              <w:t>Nơi nhận:</w:t>
            </w:r>
          </w:p>
          <w:p w14:paraId="77675C03" w14:textId="77777777" w:rsidR="0074242B" w:rsidRPr="005B0743" w:rsidRDefault="006138ED" w:rsidP="005B0743">
            <w:pPr>
              <w:spacing w:after="0" w:line="240" w:lineRule="auto"/>
              <w:rPr>
                <w:sz w:val="22"/>
              </w:rPr>
            </w:pPr>
            <w:r w:rsidRPr="005B0743">
              <w:rPr>
                <w:sz w:val="22"/>
              </w:rPr>
              <w:t>– UBND tỉnh Lào Cai;</w:t>
            </w:r>
          </w:p>
          <w:p w14:paraId="5341DD7E" w14:textId="77777777" w:rsidR="0074242B" w:rsidRPr="005B0743" w:rsidRDefault="006138ED" w:rsidP="005B0743">
            <w:pPr>
              <w:spacing w:after="0" w:line="240" w:lineRule="auto"/>
              <w:rPr>
                <w:sz w:val="22"/>
              </w:rPr>
            </w:pPr>
            <w:r w:rsidRPr="005B0743">
              <w:rPr>
                <w:sz w:val="22"/>
              </w:rPr>
              <w:t>– Các cơ quan chuyên môn cấp tỉnh có liên quan;</w:t>
            </w:r>
          </w:p>
          <w:p w14:paraId="20DB1519" w14:textId="77777777" w:rsidR="0074242B" w:rsidRPr="005B0743" w:rsidRDefault="006138ED" w:rsidP="005B0743">
            <w:pPr>
              <w:spacing w:after="0" w:line="240" w:lineRule="auto"/>
              <w:rPr>
                <w:sz w:val="22"/>
              </w:rPr>
            </w:pPr>
            <w:r w:rsidRPr="005B0743">
              <w:rPr>
                <w:sz w:val="22"/>
              </w:rPr>
              <w:t>– Hạt Kiểm lâm khu vực Bắc Hà;</w:t>
            </w:r>
          </w:p>
          <w:p w14:paraId="1AD91518" w14:textId="77777777" w:rsidR="0074242B" w:rsidRPr="005B0743" w:rsidRDefault="006138ED" w:rsidP="005B0743">
            <w:pPr>
              <w:spacing w:after="0" w:line="240" w:lineRule="auto"/>
              <w:rPr>
                <w:sz w:val="22"/>
              </w:rPr>
            </w:pPr>
            <w:r w:rsidRPr="005B0743">
              <w:rPr>
                <w:sz w:val="22"/>
              </w:rPr>
              <w:t>– Thường trực Đảng ủy, HĐND xã;</w:t>
            </w:r>
          </w:p>
          <w:p w14:paraId="150AE747" w14:textId="77777777" w:rsidR="0074242B" w:rsidRPr="005B0743" w:rsidRDefault="006138ED" w:rsidP="005B0743">
            <w:pPr>
              <w:spacing w:after="0" w:line="240" w:lineRule="auto"/>
              <w:rPr>
                <w:sz w:val="22"/>
              </w:rPr>
            </w:pPr>
            <w:r w:rsidRPr="005B0743">
              <w:rPr>
                <w:sz w:val="22"/>
              </w:rPr>
              <w:t>– Chủ tịch, c</w:t>
            </w:r>
            <w:r w:rsidRPr="005B0743">
              <w:rPr>
                <w:sz w:val="22"/>
              </w:rPr>
              <w:t>ác PCT UBND xã;</w:t>
            </w:r>
          </w:p>
          <w:p w14:paraId="5E57530D" w14:textId="77777777" w:rsidR="0074242B" w:rsidRPr="005B0743" w:rsidRDefault="006138ED" w:rsidP="005B0743">
            <w:pPr>
              <w:spacing w:after="0" w:line="240" w:lineRule="auto"/>
              <w:rPr>
                <w:sz w:val="22"/>
              </w:rPr>
            </w:pPr>
            <w:r w:rsidRPr="005B0743">
              <w:rPr>
                <w:sz w:val="22"/>
              </w:rPr>
              <w:t>– Các cơ quan, đơn vị, lực lượng tham gia;</w:t>
            </w:r>
          </w:p>
          <w:p w14:paraId="571A05C5" w14:textId="77777777" w:rsidR="0074242B" w:rsidRPr="005B0743" w:rsidRDefault="006138ED" w:rsidP="005B0743">
            <w:pPr>
              <w:spacing w:after="0" w:line="240" w:lineRule="auto"/>
              <w:rPr>
                <w:sz w:val="22"/>
              </w:rPr>
            </w:pPr>
            <w:r w:rsidRPr="005B0743">
              <w:rPr>
                <w:sz w:val="22"/>
              </w:rPr>
              <w:t>– Các thôn liên quan;</w:t>
            </w:r>
          </w:p>
          <w:p w14:paraId="1C5C2D90" w14:textId="3DE319AC" w:rsidR="0074242B" w:rsidRDefault="006138ED" w:rsidP="005B0743">
            <w:pPr>
              <w:spacing w:after="0" w:line="240" w:lineRule="auto"/>
            </w:pPr>
            <w:r w:rsidRPr="005B0743">
              <w:rPr>
                <w:sz w:val="22"/>
              </w:rPr>
              <w:t>– Lưu: VT</w:t>
            </w:r>
          </w:p>
        </w:tc>
        <w:tc>
          <w:tcPr>
            <w:tcW w:w="4819" w:type="dxa"/>
          </w:tcPr>
          <w:p w14:paraId="174C9C5F" w14:textId="45C78860" w:rsidR="0074242B" w:rsidRPr="0028060E" w:rsidRDefault="006138ED">
            <w:pPr>
              <w:jc w:val="center"/>
              <w:rPr>
                <w:sz w:val="28"/>
                <w:szCs w:val="28"/>
              </w:rPr>
            </w:pPr>
            <w:r w:rsidRPr="0028060E">
              <w:rPr>
                <w:b/>
                <w:sz w:val="28"/>
                <w:szCs w:val="28"/>
              </w:rPr>
              <w:t>TM. ỦY BAN NHÂN DÂN</w:t>
            </w:r>
            <w:r w:rsidRPr="0028060E">
              <w:rPr>
                <w:b/>
                <w:sz w:val="28"/>
                <w:szCs w:val="28"/>
              </w:rPr>
              <w:br/>
              <w:t>CHỦ TỊCH</w:t>
            </w:r>
            <w:r w:rsidRPr="0028060E">
              <w:rPr>
                <w:sz w:val="28"/>
                <w:szCs w:val="28"/>
              </w:rPr>
              <w:br/>
            </w:r>
            <w:r w:rsidRPr="0028060E">
              <w:rPr>
                <w:sz w:val="28"/>
                <w:szCs w:val="28"/>
              </w:rPr>
              <w:br/>
            </w:r>
            <w:r w:rsidRPr="0028060E">
              <w:rPr>
                <w:sz w:val="28"/>
                <w:szCs w:val="28"/>
              </w:rPr>
              <w:br/>
            </w:r>
            <w:r w:rsidRPr="0028060E">
              <w:rPr>
                <w:sz w:val="28"/>
                <w:szCs w:val="28"/>
              </w:rPr>
              <w:br/>
            </w:r>
            <w:r w:rsidR="0028060E" w:rsidRPr="0028060E">
              <w:rPr>
                <w:b/>
                <w:bCs/>
                <w:sz w:val="28"/>
                <w:szCs w:val="28"/>
              </w:rPr>
              <w:t>Lê Hải Yến</w:t>
            </w:r>
          </w:p>
        </w:tc>
      </w:tr>
    </w:tbl>
    <w:p w14:paraId="322F85ED" w14:textId="77777777" w:rsidR="006138ED" w:rsidRDefault="006138ED"/>
    <w:sectPr w:rsidR="006138ED" w:rsidSect="00034616">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F293" w14:textId="77777777" w:rsidR="006138ED" w:rsidRDefault="006138ED">
      <w:pPr>
        <w:spacing w:after="0" w:line="240" w:lineRule="auto"/>
      </w:pPr>
      <w:r>
        <w:separator/>
      </w:r>
    </w:p>
  </w:endnote>
  <w:endnote w:type="continuationSeparator" w:id="0">
    <w:p w14:paraId="1611D2EC" w14:textId="77777777" w:rsidR="006138ED" w:rsidRDefault="0061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BC6C" w14:textId="77777777" w:rsidR="0074242B" w:rsidRDefault="006138ED">
    <w:pPr>
      <w:pStyle w:val="Footer"/>
      <w:jc w:val="center"/>
    </w:pPr>
    <w:r>
      <w:rPr>
        <w:sz w:val="0"/>
      </w:rPr>
      <w:t xml:space="preserve">Trang </w:t>
    </w:r>
    <w:r>
      <w:rPr>
        <w:sz w:val="0"/>
      </w:rPr>
      <w:fldChar w:fldCharType="begin"/>
    </w:r>
    <w:r>
      <w:rPr>
        <w:sz w:val="0"/>
      </w:rPr>
      <w:instrText>PAGE</w:instrText>
    </w:r>
    <w:r w:rsidR="0028060E">
      <w:rPr>
        <w:sz w:val="0"/>
      </w:rPr>
      <w:fldChar w:fldCharType="separate"/>
    </w:r>
    <w:r w:rsidR="0028060E">
      <w:rPr>
        <w:noProof/>
        <w:sz w:val="0"/>
      </w:rPr>
      <w:t>1</w:t>
    </w:r>
    <w:r>
      <w:rPr>
        <w:sz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C578C" w14:textId="77777777" w:rsidR="006138ED" w:rsidRDefault="006138ED">
      <w:pPr>
        <w:spacing w:after="0" w:line="240" w:lineRule="auto"/>
      </w:pPr>
      <w:r>
        <w:separator/>
      </w:r>
    </w:p>
  </w:footnote>
  <w:footnote w:type="continuationSeparator" w:id="0">
    <w:p w14:paraId="11F7FED5" w14:textId="77777777" w:rsidR="006138ED" w:rsidRDefault="00613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060E"/>
    <w:rsid w:val="0029639D"/>
    <w:rsid w:val="00326F90"/>
    <w:rsid w:val="005B0743"/>
    <w:rsid w:val="006138ED"/>
    <w:rsid w:val="0074242B"/>
    <w:rsid w:val="00872209"/>
    <w:rsid w:val="008A6609"/>
    <w:rsid w:val="00AA1D8D"/>
    <w:rsid w:val="00AE20D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345E9"/>
  <w14:defaultImageDpi w14:val="300"/>
  <w15:docId w15:val="{104651B0-A610-4496-816F-7E6C35D5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2912</Words>
  <Characters>16600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2</cp:revision>
  <cp:lastPrinted>2026-08-11T01:26:00Z</cp:lastPrinted>
  <dcterms:created xsi:type="dcterms:W3CDTF">2026-08-11T01:33:00Z</dcterms:created>
  <dcterms:modified xsi:type="dcterms:W3CDTF">2026-08-11T01:33:00Z</dcterms:modified>
  <cp:category/>
</cp:coreProperties>
</file>