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027F9" w14:textId="1C1C2EF8" w:rsidR="007101C7" w:rsidRPr="003A1F4E" w:rsidRDefault="007101C7" w:rsidP="007101C7">
      <w:pPr>
        <w:spacing w:after="80" w:line="288" w:lineRule="auto"/>
        <w:jc w:val="center"/>
        <w:rPr>
          <w:color w:val="000000" w:themeColor="text1"/>
          <w:sz w:val="28"/>
          <w:szCs w:val="28"/>
        </w:rPr>
      </w:pPr>
      <w:r w:rsidRPr="003A1F4E">
        <w:rPr>
          <w:rFonts w:ascii="Times New Roman" w:hAnsi="Times New Roman"/>
          <w:b/>
          <w:color w:val="000000" w:themeColor="text1"/>
          <w:sz w:val="28"/>
          <w:szCs w:val="28"/>
        </w:rPr>
        <w:t>PHU LỤC I: TIẾN ĐỘ VÀ PHÂN CÔNG THỰC HIỆN CÁC CHỈ TIÊU CHỦ YẾU</w:t>
      </w:r>
    </w:p>
    <w:p w14:paraId="205A737F" w14:textId="3C4CEAB2" w:rsidR="007101C7" w:rsidRPr="003A1F4E" w:rsidRDefault="007101C7" w:rsidP="007101C7">
      <w:pPr>
        <w:spacing w:after="240" w:line="288" w:lineRule="auto"/>
        <w:jc w:val="center"/>
        <w:rPr>
          <w:color w:val="000000" w:themeColor="text1"/>
          <w:sz w:val="28"/>
          <w:szCs w:val="28"/>
        </w:rPr>
      </w:pPr>
      <w:r w:rsidRPr="003A1F4E">
        <w:rPr>
          <w:rFonts w:ascii="Times New Roman" w:hAnsi="Times New Roman"/>
          <w:i/>
          <w:color w:val="000000" w:themeColor="text1"/>
          <w:sz w:val="28"/>
          <w:szCs w:val="28"/>
        </w:rPr>
        <w:t xml:space="preserve">(Kèm theo </w:t>
      </w:r>
      <w:r w:rsidR="000D430D">
        <w:rPr>
          <w:rFonts w:ascii="Times New Roman" w:hAnsi="Times New Roman"/>
          <w:i/>
          <w:color w:val="000000" w:themeColor="text1"/>
          <w:sz w:val="28"/>
          <w:szCs w:val="28"/>
        </w:rPr>
        <w:t>Kế hoạch</w:t>
      </w:r>
      <w:r w:rsidRPr="003A1F4E">
        <w:rPr>
          <w:rFonts w:ascii="Times New Roman" w:hAnsi="Times New Roman"/>
          <w:i/>
          <w:color w:val="000000" w:themeColor="text1"/>
          <w:sz w:val="28"/>
          <w:szCs w:val="28"/>
        </w:rPr>
        <w:t xml:space="preserve"> số      -</w:t>
      </w:r>
      <w:r w:rsidR="000D430D">
        <w:rPr>
          <w:rFonts w:ascii="Times New Roman" w:hAnsi="Times New Roman"/>
          <w:i/>
          <w:color w:val="000000" w:themeColor="text1"/>
          <w:sz w:val="28"/>
          <w:szCs w:val="28"/>
        </w:rPr>
        <w:t>KH</w:t>
      </w:r>
      <w:r w:rsidRPr="003A1F4E">
        <w:rPr>
          <w:rFonts w:ascii="Times New Roman" w:hAnsi="Times New Roman"/>
          <w:i/>
          <w:color w:val="000000" w:themeColor="text1"/>
          <w:sz w:val="28"/>
          <w:szCs w:val="28"/>
        </w:rPr>
        <w:t>/</w:t>
      </w:r>
      <w:r w:rsidR="000D430D">
        <w:rPr>
          <w:rFonts w:ascii="Times New Roman" w:hAnsi="Times New Roman"/>
          <w:i/>
          <w:color w:val="000000" w:themeColor="text1"/>
          <w:sz w:val="28"/>
          <w:szCs w:val="28"/>
        </w:rPr>
        <w:t>Đ</w:t>
      </w:r>
      <w:r w:rsidRPr="003A1F4E">
        <w:rPr>
          <w:rFonts w:ascii="Times New Roman" w:hAnsi="Times New Roman"/>
          <w:i/>
          <w:color w:val="000000" w:themeColor="text1"/>
          <w:sz w:val="28"/>
          <w:szCs w:val="28"/>
        </w:rPr>
        <w:t xml:space="preserve">U ngày      tháng 8 năm 2026 của </w:t>
      </w:r>
      <w:r w:rsidR="000D430D">
        <w:rPr>
          <w:rFonts w:ascii="Times New Roman" w:hAnsi="Times New Roman"/>
          <w:i/>
          <w:color w:val="000000" w:themeColor="text1"/>
          <w:sz w:val="28"/>
          <w:szCs w:val="28"/>
        </w:rPr>
        <w:t>Đảng</w:t>
      </w:r>
      <w:r w:rsidRPr="003A1F4E">
        <w:rPr>
          <w:rFonts w:ascii="Times New Roman" w:hAnsi="Times New Roman"/>
          <w:i/>
          <w:color w:val="000000" w:themeColor="text1"/>
          <w:sz w:val="28"/>
          <w:szCs w:val="28"/>
        </w:rPr>
        <w:t xml:space="preserve"> ủy</w:t>
      </w:r>
      <w:r w:rsidR="00B64138">
        <w:rPr>
          <w:rFonts w:ascii="Times New Roman" w:hAnsi="Times New Roman"/>
          <w:i/>
          <w:color w:val="000000" w:themeColor="text1"/>
          <w:sz w:val="28"/>
          <w:szCs w:val="28"/>
        </w:rPr>
        <w:t xml:space="preserve"> </w:t>
      </w:r>
      <w:r w:rsidR="00B64138">
        <w:rPr>
          <w:rFonts w:ascii="Times New Roman" w:hAnsi="Times New Roman"/>
          <w:i/>
          <w:color w:val="000000" w:themeColor="text1"/>
          <w:sz w:val="28"/>
          <w:szCs w:val="28"/>
        </w:rPr>
        <w:t>xã Lùng Phình</w:t>
      </w:r>
      <w:r w:rsidRPr="003A1F4E">
        <w:rPr>
          <w:rFonts w:ascii="Times New Roman" w:hAnsi="Times New Roman"/>
          <w:i/>
          <w:color w:val="000000" w:themeColor="text1"/>
          <w:sz w:val="28"/>
          <w:szCs w:val="28"/>
        </w:rPr>
        <w:t>)</w:t>
      </w:r>
    </w:p>
    <w:p w14:paraId="52AA4E98" w14:textId="77777777" w:rsidR="003A64A2" w:rsidRPr="003A1F4E" w:rsidRDefault="003A64A2" w:rsidP="003A64A2">
      <w:pPr>
        <w:jc w:val="center"/>
        <w:rPr>
          <w:rFonts w:ascii="Times New Roman" w:hAnsi="Times New Roman" w:cs="Times New Roman"/>
          <w:b/>
          <w:color w:val="000000" w:themeColor="text1"/>
          <w:sz w:val="24"/>
          <w:szCs w:val="24"/>
        </w:rPr>
      </w:pPr>
    </w:p>
    <w:tbl>
      <w:tblPr>
        <w:tblStyle w:val="TableGrid"/>
        <w:tblW w:w="14738" w:type="dxa"/>
        <w:jc w:val="center"/>
        <w:tblLayout w:type="fixed"/>
        <w:tblLook w:val="04A0" w:firstRow="1" w:lastRow="0" w:firstColumn="1" w:lastColumn="0" w:noHBand="0" w:noVBand="1"/>
      </w:tblPr>
      <w:tblGrid>
        <w:gridCol w:w="720"/>
        <w:gridCol w:w="4237"/>
        <w:gridCol w:w="3260"/>
        <w:gridCol w:w="1837"/>
        <w:gridCol w:w="2841"/>
        <w:gridCol w:w="1843"/>
      </w:tblGrid>
      <w:tr w:rsidR="003A1F4E" w:rsidRPr="003A1F4E" w14:paraId="5C199AEA" w14:textId="593E70F8" w:rsidTr="00B64138">
        <w:trPr>
          <w:jc w:val="center"/>
        </w:trPr>
        <w:tc>
          <w:tcPr>
            <w:tcW w:w="720" w:type="dxa"/>
            <w:shd w:val="clear" w:color="auto" w:fill="FFFFFF" w:themeFill="background1"/>
            <w:tcMar>
              <w:top w:w="100" w:type="dxa"/>
              <w:left w:w="100" w:type="dxa"/>
              <w:bottom w:w="100" w:type="dxa"/>
              <w:right w:w="100" w:type="dxa"/>
            </w:tcMar>
            <w:vAlign w:val="center"/>
          </w:tcPr>
          <w:p w14:paraId="490D822A" w14:textId="77777777" w:rsidR="008D333C" w:rsidRPr="003A1F4E" w:rsidRDefault="008D333C" w:rsidP="00036B5A">
            <w:pPr>
              <w:jc w:val="center"/>
              <w:rPr>
                <w:rFonts w:ascii="Times New Roman" w:hAnsi="Times New Roman" w:cs="Times New Roman"/>
                <w:color w:val="000000" w:themeColor="text1"/>
                <w:sz w:val="28"/>
                <w:szCs w:val="28"/>
              </w:rPr>
            </w:pPr>
            <w:r w:rsidRPr="003A1F4E">
              <w:rPr>
                <w:rFonts w:ascii="Times New Roman" w:hAnsi="Times New Roman" w:cs="Times New Roman"/>
                <w:b/>
                <w:color w:val="000000" w:themeColor="text1"/>
                <w:sz w:val="28"/>
                <w:szCs w:val="28"/>
              </w:rPr>
              <w:t>STT</w:t>
            </w:r>
          </w:p>
        </w:tc>
        <w:tc>
          <w:tcPr>
            <w:tcW w:w="4237" w:type="dxa"/>
            <w:shd w:val="clear" w:color="auto" w:fill="FFFFFF" w:themeFill="background1"/>
            <w:tcMar>
              <w:top w:w="100" w:type="dxa"/>
              <w:left w:w="100" w:type="dxa"/>
              <w:bottom w:w="100" w:type="dxa"/>
              <w:right w:w="100" w:type="dxa"/>
            </w:tcMar>
            <w:vAlign w:val="center"/>
          </w:tcPr>
          <w:p w14:paraId="2647537C" w14:textId="77777777" w:rsidR="008D333C" w:rsidRPr="003A1F4E" w:rsidRDefault="008D333C" w:rsidP="00036B5A">
            <w:pPr>
              <w:jc w:val="center"/>
              <w:rPr>
                <w:rFonts w:ascii="Times New Roman" w:hAnsi="Times New Roman" w:cs="Times New Roman"/>
                <w:color w:val="000000" w:themeColor="text1"/>
                <w:sz w:val="28"/>
                <w:szCs w:val="28"/>
              </w:rPr>
            </w:pPr>
            <w:r w:rsidRPr="003A1F4E">
              <w:rPr>
                <w:rFonts w:ascii="Times New Roman" w:hAnsi="Times New Roman" w:cs="Times New Roman"/>
                <w:b/>
                <w:color w:val="000000" w:themeColor="text1"/>
                <w:sz w:val="28"/>
                <w:szCs w:val="28"/>
              </w:rPr>
              <w:t>Chỉ tiêu lượng hóa chủ yếu</w:t>
            </w:r>
          </w:p>
        </w:tc>
        <w:tc>
          <w:tcPr>
            <w:tcW w:w="3260" w:type="dxa"/>
            <w:shd w:val="clear" w:color="auto" w:fill="FFFFFF" w:themeFill="background1"/>
            <w:tcMar>
              <w:top w:w="100" w:type="dxa"/>
              <w:left w:w="100" w:type="dxa"/>
              <w:bottom w:w="100" w:type="dxa"/>
              <w:right w:w="100" w:type="dxa"/>
            </w:tcMar>
            <w:vAlign w:val="center"/>
          </w:tcPr>
          <w:p w14:paraId="195A87CD" w14:textId="77777777" w:rsidR="008D333C" w:rsidRPr="003A1F4E" w:rsidRDefault="008D333C" w:rsidP="00036B5A">
            <w:pPr>
              <w:jc w:val="center"/>
              <w:rPr>
                <w:rFonts w:ascii="Times New Roman" w:hAnsi="Times New Roman" w:cs="Times New Roman"/>
                <w:color w:val="000000" w:themeColor="text1"/>
                <w:sz w:val="28"/>
                <w:szCs w:val="28"/>
              </w:rPr>
            </w:pPr>
            <w:r w:rsidRPr="003A1F4E">
              <w:rPr>
                <w:rFonts w:ascii="Times New Roman" w:hAnsi="Times New Roman" w:cs="Times New Roman"/>
                <w:b/>
                <w:color w:val="000000" w:themeColor="text1"/>
                <w:sz w:val="28"/>
                <w:szCs w:val="28"/>
              </w:rPr>
              <w:t>Cơ quan chủ trì / thực hiện</w:t>
            </w:r>
          </w:p>
        </w:tc>
        <w:tc>
          <w:tcPr>
            <w:tcW w:w="1837" w:type="dxa"/>
            <w:shd w:val="clear" w:color="auto" w:fill="FFFFFF" w:themeFill="background1"/>
            <w:tcMar>
              <w:top w:w="100" w:type="dxa"/>
              <w:left w:w="100" w:type="dxa"/>
              <w:bottom w:w="100" w:type="dxa"/>
              <w:right w:w="100" w:type="dxa"/>
            </w:tcMar>
            <w:vAlign w:val="center"/>
          </w:tcPr>
          <w:p w14:paraId="41188F73" w14:textId="6BD6E2BA" w:rsidR="008D333C" w:rsidRPr="003A1F4E" w:rsidRDefault="008D333C" w:rsidP="00036B5A">
            <w:pPr>
              <w:jc w:val="center"/>
              <w:rPr>
                <w:rFonts w:ascii="Times New Roman" w:hAnsi="Times New Roman" w:cs="Times New Roman"/>
                <w:color w:val="000000" w:themeColor="text1"/>
                <w:sz w:val="28"/>
                <w:szCs w:val="28"/>
              </w:rPr>
            </w:pPr>
            <w:r w:rsidRPr="003A1F4E">
              <w:rPr>
                <w:rFonts w:ascii="Times New Roman" w:hAnsi="Times New Roman" w:cs="Times New Roman"/>
                <w:b/>
                <w:color w:val="000000" w:themeColor="text1"/>
                <w:sz w:val="28"/>
                <w:szCs w:val="28"/>
              </w:rPr>
              <w:t>Lãnh đạo chỉ đạo</w:t>
            </w:r>
          </w:p>
        </w:tc>
        <w:tc>
          <w:tcPr>
            <w:tcW w:w="2841" w:type="dxa"/>
            <w:shd w:val="clear" w:color="auto" w:fill="FFFFFF" w:themeFill="background1"/>
            <w:tcMar>
              <w:top w:w="100" w:type="dxa"/>
              <w:left w:w="100" w:type="dxa"/>
              <w:bottom w:w="100" w:type="dxa"/>
              <w:right w:w="100" w:type="dxa"/>
            </w:tcMar>
            <w:vAlign w:val="center"/>
          </w:tcPr>
          <w:p w14:paraId="66440FA8" w14:textId="4E2B33F9" w:rsidR="008D333C" w:rsidRPr="003A1F4E" w:rsidRDefault="008D333C" w:rsidP="00036B5A">
            <w:pPr>
              <w:jc w:val="center"/>
              <w:rPr>
                <w:rFonts w:ascii="Times New Roman" w:hAnsi="Times New Roman" w:cs="Times New Roman"/>
                <w:b/>
                <w:bCs/>
                <w:color w:val="000000" w:themeColor="text1"/>
                <w:sz w:val="28"/>
                <w:szCs w:val="28"/>
              </w:rPr>
            </w:pPr>
            <w:r w:rsidRPr="003A1F4E">
              <w:rPr>
                <w:rFonts w:ascii="Times New Roman" w:hAnsi="Times New Roman" w:cs="Times New Roman"/>
                <w:b/>
                <w:bCs/>
                <w:color w:val="000000" w:themeColor="text1"/>
                <w:sz w:val="28"/>
                <w:szCs w:val="28"/>
              </w:rPr>
              <w:t>Kết quả, sản phẩm đầu ra</w:t>
            </w:r>
          </w:p>
        </w:tc>
        <w:tc>
          <w:tcPr>
            <w:tcW w:w="1843" w:type="dxa"/>
            <w:shd w:val="clear" w:color="auto" w:fill="FFFFFF" w:themeFill="background1"/>
            <w:vAlign w:val="center"/>
          </w:tcPr>
          <w:p w14:paraId="4B80C311" w14:textId="6D2DB450" w:rsidR="008D333C" w:rsidRPr="003A1F4E" w:rsidRDefault="008D333C" w:rsidP="00036B5A">
            <w:pPr>
              <w:jc w:val="center"/>
              <w:rPr>
                <w:rFonts w:ascii="Times New Roman" w:hAnsi="Times New Roman" w:cs="Times New Roman"/>
                <w:b/>
                <w:color w:val="000000" w:themeColor="text1"/>
                <w:sz w:val="28"/>
                <w:szCs w:val="28"/>
              </w:rPr>
            </w:pPr>
            <w:r w:rsidRPr="003A1F4E">
              <w:rPr>
                <w:rFonts w:ascii="Times New Roman" w:hAnsi="Times New Roman" w:cs="Times New Roman"/>
                <w:b/>
                <w:color w:val="000000" w:themeColor="text1"/>
                <w:sz w:val="28"/>
                <w:szCs w:val="28"/>
              </w:rPr>
              <w:t>Tiến độ hoàn thành</w:t>
            </w:r>
          </w:p>
        </w:tc>
      </w:tr>
      <w:tr w:rsidR="003A1F4E" w:rsidRPr="00B64138" w14:paraId="68EF2323" w14:textId="25C84F60" w:rsidTr="00B64138">
        <w:trPr>
          <w:jc w:val="center"/>
        </w:trPr>
        <w:tc>
          <w:tcPr>
            <w:tcW w:w="720" w:type="dxa"/>
            <w:tcMar>
              <w:top w:w="100" w:type="dxa"/>
              <w:left w:w="150" w:type="dxa"/>
              <w:bottom w:w="100" w:type="dxa"/>
              <w:right w:w="150" w:type="dxa"/>
            </w:tcMar>
            <w:vAlign w:val="center"/>
          </w:tcPr>
          <w:p w14:paraId="5D58D8A6" w14:textId="77777777" w:rsidR="008D333C" w:rsidRPr="003A1F4E" w:rsidRDefault="008D333C" w:rsidP="00036B5A">
            <w:pPr>
              <w:spacing w:before="40" w:after="40" w:line="276" w:lineRule="auto"/>
              <w:jc w:val="center"/>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1</w:t>
            </w:r>
          </w:p>
        </w:tc>
        <w:tc>
          <w:tcPr>
            <w:tcW w:w="4237" w:type="dxa"/>
            <w:tcMar>
              <w:top w:w="100" w:type="dxa"/>
              <w:left w:w="150" w:type="dxa"/>
              <w:bottom w:w="100" w:type="dxa"/>
              <w:right w:w="150" w:type="dxa"/>
            </w:tcMar>
            <w:vAlign w:val="center"/>
          </w:tcPr>
          <w:p w14:paraId="347C49BF" w14:textId="48E8FB5B" w:rsidR="008D333C" w:rsidRPr="003A1F4E" w:rsidRDefault="008D333C" w:rsidP="000D430D">
            <w:pPr>
              <w:spacing w:before="40" w:after="40" w:line="276" w:lineRule="auto"/>
              <w:jc w:val="both"/>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100% các cấp ủy, tổ chức đảng tổ chức học tập, nghiên cứu, quán triệt sâu sắc Quy định 207-QĐ/TW, Kế hoạch 05-KH/TW và Hướng dẫn 02-HD/UBKTTW</w:t>
            </w:r>
            <w:r w:rsidR="000D430D">
              <w:t xml:space="preserve"> </w:t>
            </w:r>
            <w:r w:rsidR="000D430D" w:rsidRPr="000D430D">
              <w:rPr>
                <w:rFonts w:ascii="Times New Roman" w:hAnsi="Times New Roman" w:cs="Times New Roman"/>
                <w:color w:val="000000" w:themeColor="text1"/>
                <w:sz w:val="28"/>
                <w:szCs w:val="28"/>
              </w:rPr>
              <w:t>và Chương trình số 04-CTr/UBKTTW</w:t>
            </w:r>
          </w:p>
        </w:tc>
        <w:tc>
          <w:tcPr>
            <w:tcW w:w="3260" w:type="dxa"/>
            <w:tcMar>
              <w:top w:w="100" w:type="dxa"/>
              <w:left w:w="150" w:type="dxa"/>
              <w:bottom w:w="100" w:type="dxa"/>
              <w:right w:w="150" w:type="dxa"/>
            </w:tcMar>
            <w:vAlign w:val="center"/>
          </w:tcPr>
          <w:p w14:paraId="1F25FE61" w14:textId="34C519E3" w:rsidR="008D333C" w:rsidRPr="00B64138" w:rsidRDefault="000D430D" w:rsidP="000D430D">
            <w:pPr>
              <w:spacing w:before="40" w:after="40" w:line="276" w:lineRule="auto"/>
              <w:jc w:val="both"/>
              <w:rPr>
                <w:rFonts w:ascii="Times New Roman" w:hAnsi="Times New Roman" w:cs="Times New Roman"/>
                <w:color w:val="000000" w:themeColor="text1"/>
                <w:sz w:val="28"/>
                <w:szCs w:val="28"/>
              </w:rPr>
            </w:pPr>
            <w:r w:rsidRPr="00B64138">
              <w:rPr>
                <w:rFonts w:ascii="Times New Roman" w:hAnsi="Times New Roman" w:cs="Times New Roman"/>
                <w:color w:val="000000" w:themeColor="text1"/>
                <w:sz w:val="28"/>
                <w:szCs w:val="28"/>
              </w:rPr>
              <w:t>Ban Xây dựng Đảng Đảng uỷ</w:t>
            </w:r>
            <w:r w:rsidR="008D333C" w:rsidRPr="00B64138">
              <w:rPr>
                <w:rFonts w:ascii="Times New Roman" w:hAnsi="Times New Roman" w:cs="Times New Roman"/>
                <w:color w:val="000000" w:themeColor="text1"/>
                <w:sz w:val="28"/>
                <w:szCs w:val="28"/>
              </w:rPr>
              <w:t xml:space="preserve">; các </w:t>
            </w:r>
            <w:r w:rsidRPr="00B64138">
              <w:rPr>
                <w:rFonts w:ascii="Times New Roman" w:hAnsi="Times New Roman" w:cs="Times New Roman"/>
                <w:color w:val="000000" w:themeColor="text1"/>
                <w:sz w:val="28"/>
                <w:szCs w:val="28"/>
              </w:rPr>
              <w:t>chi bộ trực</w:t>
            </w:r>
            <w:r w:rsidR="008D333C" w:rsidRPr="00B64138">
              <w:rPr>
                <w:rFonts w:ascii="Times New Roman" w:hAnsi="Times New Roman" w:cs="Times New Roman"/>
                <w:color w:val="000000" w:themeColor="text1"/>
                <w:sz w:val="28"/>
                <w:szCs w:val="28"/>
              </w:rPr>
              <w:t xml:space="preserve"> thuộc </w:t>
            </w:r>
            <w:r w:rsidRPr="00B64138">
              <w:rPr>
                <w:rFonts w:ascii="Times New Roman" w:hAnsi="Times New Roman" w:cs="Times New Roman"/>
                <w:color w:val="000000" w:themeColor="text1"/>
                <w:sz w:val="28"/>
                <w:szCs w:val="28"/>
              </w:rPr>
              <w:t>Đảng</w:t>
            </w:r>
            <w:r w:rsidR="008D333C" w:rsidRPr="00B64138">
              <w:rPr>
                <w:rFonts w:ascii="Times New Roman" w:hAnsi="Times New Roman" w:cs="Times New Roman"/>
                <w:color w:val="000000" w:themeColor="text1"/>
                <w:sz w:val="28"/>
                <w:szCs w:val="28"/>
              </w:rPr>
              <w:t xml:space="preserve"> ủy</w:t>
            </w:r>
            <w:r w:rsidRPr="00B64138">
              <w:rPr>
                <w:rFonts w:ascii="Times New Roman" w:hAnsi="Times New Roman" w:cs="Times New Roman"/>
                <w:color w:val="000000" w:themeColor="text1"/>
                <w:sz w:val="28"/>
                <w:szCs w:val="28"/>
              </w:rPr>
              <w:t xml:space="preserve"> </w:t>
            </w:r>
          </w:p>
        </w:tc>
        <w:tc>
          <w:tcPr>
            <w:tcW w:w="1837" w:type="dxa"/>
            <w:tcMar>
              <w:top w:w="100" w:type="dxa"/>
              <w:left w:w="150" w:type="dxa"/>
              <w:bottom w:w="100" w:type="dxa"/>
              <w:right w:w="150" w:type="dxa"/>
            </w:tcMar>
            <w:vAlign w:val="center"/>
          </w:tcPr>
          <w:p w14:paraId="0F9C887D" w14:textId="104FA8F9" w:rsidR="008D333C" w:rsidRPr="00B64138" w:rsidRDefault="008D333C" w:rsidP="00B64138">
            <w:pPr>
              <w:spacing w:before="40" w:after="40" w:line="276" w:lineRule="auto"/>
              <w:jc w:val="both"/>
              <w:rPr>
                <w:rFonts w:ascii="Times New Roman" w:hAnsi="Times New Roman" w:cs="Times New Roman"/>
                <w:color w:val="000000" w:themeColor="text1"/>
                <w:sz w:val="28"/>
                <w:szCs w:val="28"/>
              </w:rPr>
            </w:pPr>
            <w:r w:rsidRPr="00B64138">
              <w:rPr>
                <w:rFonts w:ascii="Times New Roman" w:hAnsi="Times New Roman" w:cs="Times New Roman"/>
                <w:color w:val="000000" w:themeColor="text1"/>
                <w:sz w:val="28"/>
                <w:szCs w:val="28"/>
              </w:rPr>
              <w:t xml:space="preserve">Đ/c Trưởng </w:t>
            </w:r>
            <w:r w:rsidR="000D430D" w:rsidRPr="00B64138">
              <w:rPr>
                <w:rFonts w:ascii="Times New Roman" w:hAnsi="Times New Roman" w:cs="Times New Roman"/>
                <w:color w:val="000000" w:themeColor="text1"/>
                <w:sz w:val="28"/>
                <w:szCs w:val="28"/>
              </w:rPr>
              <w:t xml:space="preserve">Ban Xây dựng Đảng </w:t>
            </w:r>
            <w:r w:rsidR="000D430D" w:rsidRPr="00B64138">
              <w:rPr>
                <w:rFonts w:ascii="Times New Roman" w:hAnsi="Times New Roman" w:cs="Times New Roman"/>
                <w:color w:val="000000" w:themeColor="text1"/>
                <w:sz w:val="28"/>
                <w:szCs w:val="28"/>
              </w:rPr>
              <w:t>Đ</w:t>
            </w:r>
            <w:r w:rsidR="00B64138">
              <w:rPr>
                <w:rFonts w:ascii="Times New Roman" w:hAnsi="Times New Roman" w:cs="Times New Roman"/>
                <w:color w:val="000000" w:themeColor="text1"/>
                <w:sz w:val="28"/>
                <w:szCs w:val="28"/>
              </w:rPr>
              <w:t>ả</w:t>
            </w:r>
            <w:bookmarkStart w:id="0" w:name="_GoBack"/>
            <w:bookmarkEnd w:id="0"/>
            <w:r w:rsidR="000D430D" w:rsidRPr="00B64138">
              <w:rPr>
                <w:rFonts w:ascii="Times New Roman" w:hAnsi="Times New Roman" w:cs="Times New Roman"/>
                <w:color w:val="000000" w:themeColor="text1"/>
                <w:sz w:val="28"/>
                <w:szCs w:val="28"/>
              </w:rPr>
              <w:t>ng</w:t>
            </w:r>
            <w:r w:rsidRPr="00B64138">
              <w:rPr>
                <w:rFonts w:ascii="Times New Roman" w:hAnsi="Times New Roman" w:cs="Times New Roman"/>
                <w:color w:val="000000" w:themeColor="text1"/>
                <w:sz w:val="28"/>
                <w:szCs w:val="28"/>
              </w:rPr>
              <w:t xml:space="preserve"> ủy; Bí thư </w:t>
            </w:r>
            <w:r w:rsidR="000D430D" w:rsidRPr="00B64138">
              <w:rPr>
                <w:rFonts w:ascii="Times New Roman" w:hAnsi="Times New Roman" w:cs="Times New Roman"/>
                <w:color w:val="000000" w:themeColor="text1"/>
                <w:sz w:val="28"/>
                <w:szCs w:val="28"/>
              </w:rPr>
              <w:t>chi bộ</w:t>
            </w:r>
          </w:p>
        </w:tc>
        <w:tc>
          <w:tcPr>
            <w:tcW w:w="2841" w:type="dxa"/>
            <w:tcMar>
              <w:top w:w="100" w:type="dxa"/>
              <w:left w:w="150" w:type="dxa"/>
              <w:bottom w:w="100" w:type="dxa"/>
              <w:right w:w="150" w:type="dxa"/>
            </w:tcMar>
            <w:vAlign w:val="center"/>
          </w:tcPr>
          <w:p w14:paraId="032CCE33" w14:textId="42AFCF20" w:rsidR="008D333C" w:rsidRPr="00B64138" w:rsidRDefault="00894166" w:rsidP="00036B5A">
            <w:pPr>
              <w:spacing w:before="40" w:after="40" w:line="276" w:lineRule="auto"/>
              <w:jc w:val="both"/>
              <w:rPr>
                <w:rFonts w:ascii="Times New Roman" w:hAnsi="Times New Roman" w:cs="Times New Roman"/>
                <w:color w:val="000000" w:themeColor="text1"/>
                <w:sz w:val="28"/>
                <w:szCs w:val="28"/>
              </w:rPr>
            </w:pPr>
            <w:r w:rsidRPr="00B64138">
              <w:rPr>
                <w:rFonts w:ascii="Times New Roman" w:hAnsi="Times New Roman" w:cs="Times New Roman"/>
                <w:color w:val="000000" w:themeColor="text1"/>
                <w:sz w:val="28"/>
                <w:szCs w:val="28"/>
              </w:rPr>
              <w:t>Báo cáo kết quả tổ chức hội nghị học tập, quán triệt của các cấp ủy</w:t>
            </w:r>
          </w:p>
        </w:tc>
        <w:tc>
          <w:tcPr>
            <w:tcW w:w="1843" w:type="dxa"/>
            <w:vAlign w:val="center"/>
          </w:tcPr>
          <w:p w14:paraId="1099D471" w14:textId="0D6B556E" w:rsidR="008D333C" w:rsidRPr="00B64138" w:rsidRDefault="008D333C" w:rsidP="00036B5A">
            <w:pPr>
              <w:spacing w:before="40" w:after="40"/>
              <w:jc w:val="both"/>
              <w:rPr>
                <w:rFonts w:ascii="Times New Roman" w:eastAsia="Times New Roman" w:hAnsi="Times New Roman" w:cs="Times New Roman"/>
                <w:bCs/>
                <w:color w:val="000000" w:themeColor="text1"/>
                <w:sz w:val="28"/>
                <w:szCs w:val="28"/>
                <w:lang w:eastAsia="en-SG"/>
              </w:rPr>
            </w:pPr>
            <w:r w:rsidRPr="00B64138">
              <w:rPr>
                <w:rFonts w:ascii="Times New Roman" w:eastAsia="Times New Roman" w:hAnsi="Times New Roman" w:cs="Times New Roman"/>
                <w:bCs/>
                <w:color w:val="000000" w:themeColor="text1"/>
                <w:sz w:val="28"/>
                <w:szCs w:val="28"/>
                <w:lang w:eastAsia="en-SG"/>
              </w:rPr>
              <w:t>Trước ngày 30/9/2026.</w:t>
            </w:r>
          </w:p>
        </w:tc>
      </w:tr>
      <w:tr w:rsidR="003A1F4E" w:rsidRPr="00B64138" w14:paraId="2F35C63B" w14:textId="7877C039" w:rsidTr="00B64138">
        <w:trPr>
          <w:jc w:val="center"/>
        </w:trPr>
        <w:tc>
          <w:tcPr>
            <w:tcW w:w="720" w:type="dxa"/>
            <w:tcMar>
              <w:top w:w="100" w:type="dxa"/>
              <w:left w:w="150" w:type="dxa"/>
              <w:bottom w:w="100" w:type="dxa"/>
              <w:right w:w="150" w:type="dxa"/>
            </w:tcMar>
            <w:vAlign w:val="center"/>
          </w:tcPr>
          <w:p w14:paraId="3923E0CA" w14:textId="77777777" w:rsidR="008D333C" w:rsidRPr="003A1F4E" w:rsidRDefault="008D333C" w:rsidP="00036B5A">
            <w:pPr>
              <w:spacing w:before="40" w:after="40" w:line="276" w:lineRule="auto"/>
              <w:jc w:val="center"/>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2</w:t>
            </w:r>
          </w:p>
        </w:tc>
        <w:tc>
          <w:tcPr>
            <w:tcW w:w="4237" w:type="dxa"/>
            <w:tcMar>
              <w:top w:w="100" w:type="dxa"/>
              <w:left w:w="150" w:type="dxa"/>
              <w:bottom w:w="100" w:type="dxa"/>
              <w:right w:w="150" w:type="dxa"/>
            </w:tcMar>
            <w:vAlign w:val="center"/>
          </w:tcPr>
          <w:p w14:paraId="30738584" w14:textId="5744573F" w:rsidR="008D333C" w:rsidRPr="003A1F4E" w:rsidRDefault="008D333C" w:rsidP="00935B2F">
            <w:pPr>
              <w:spacing w:before="40" w:after="40" w:line="276" w:lineRule="auto"/>
              <w:jc w:val="both"/>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100% đảng viên trong toàn Đảng bộ tỉnh ký cam kết gương mẫu thực hiện và chấp hành nghiêm túc Quy định; đưa việc kiểm điểm vào sinh hoạt chi bộ định kỳ</w:t>
            </w:r>
          </w:p>
        </w:tc>
        <w:tc>
          <w:tcPr>
            <w:tcW w:w="3260" w:type="dxa"/>
            <w:tcMar>
              <w:top w:w="100" w:type="dxa"/>
              <w:left w:w="150" w:type="dxa"/>
              <w:bottom w:w="100" w:type="dxa"/>
              <w:right w:w="150" w:type="dxa"/>
            </w:tcMar>
            <w:vAlign w:val="center"/>
          </w:tcPr>
          <w:p w14:paraId="5AD5F484" w14:textId="60825954" w:rsidR="008D333C" w:rsidRPr="00B64138" w:rsidRDefault="008D333C" w:rsidP="000D430D">
            <w:pPr>
              <w:spacing w:before="40" w:after="40" w:line="276" w:lineRule="auto"/>
              <w:jc w:val="both"/>
              <w:rPr>
                <w:rFonts w:ascii="Times New Roman" w:hAnsi="Times New Roman" w:cs="Times New Roman"/>
                <w:color w:val="000000" w:themeColor="text1"/>
                <w:sz w:val="28"/>
                <w:szCs w:val="28"/>
              </w:rPr>
            </w:pPr>
            <w:r w:rsidRPr="00B64138">
              <w:rPr>
                <w:rFonts w:ascii="Times New Roman" w:hAnsi="Times New Roman" w:cs="Times New Roman"/>
                <w:color w:val="000000" w:themeColor="text1"/>
                <w:sz w:val="28"/>
                <w:szCs w:val="28"/>
              </w:rPr>
              <w:t xml:space="preserve">Các </w:t>
            </w:r>
            <w:r w:rsidR="000D430D" w:rsidRPr="00B64138">
              <w:rPr>
                <w:rFonts w:ascii="Times New Roman" w:hAnsi="Times New Roman" w:cs="Times New Roman"/>
                <w:color w:val="000000" w:themeColor="text1"/>
                <w:sz w:val="28"/>
                <w:szCs w:val="28"/>
              </w:rPr>
              <w:t>chi bộ</w:t>
            </w:r>
            <w:r w:rsidRPr="00B64138">
              <w:rPr>
                <w:rFonts w:ascii="Times New Roman" w:hAnsi="Times New Roman" w:cs="Times New Roman"/>
                <w:color w:val="000000" w:themeColor="text1"/>
                <w:sz w:val="28"/>
                <w:szCs w:val="28"/>
              </w:rPr>
              <w:t xml:space="preserve"> trực thuộc </w:t>
            </w:r>
            <w:r w:rsidR="000D430D" w:rsidRPr="00B64138">
              <w:rPr>
                <w:rFonts w:ascii="Times New Roman" w:hAnsi="Times New Roman" w:cs="Times New Roman"/>
                <w:color w:val="000000" w:themeColor="text1"/>
                <w:sz w:val="28"/>
                <w:szCs w:val="28"/>
              </w:rPr>
              <w:t>Đảng</w:t>
            </w:r>
            <w:r w:rsidRPr="00B64138">
              <w:rPr>
                <w:rFonts w:ascii="Times New Roman" w:hAnsi="Times New Roman" w:cs="Times New Roman"/>
                <w:color w:val="000000" w:themeColor="text1"/>
                <w:sz w:val="28"/>
                <w:szCs w:val="28"/>
              </w:rPr>
              <w:t xml:space="preserve"> ủy</w:t>
            </w:r>
          </w:p>
        </w:tc>
        <w:tc>
          <w:tcPr>
            <w:tcW w:w="1837" w:type="dxa"/>
            <w:tcMar>
              <w:top w:w="100" w:type="dxa"/>
              <w:left w:w="150" w:type="dxa"/>
              <w:bottom w:w="100" w:type="dxa"/>
              <w:right w:w="150" w:type="dxa"/>
            </w:tcMar>
            <w:vAlign w:val="center"/>
          </w:tcPr>
          <w:p w14:paraId="5D124471" w14:textId="60C8C54B" w:rsidR="008D333C" w:rsidRPr="00B64138" w:rsidRDefault="008D333C" w:rsidP="000D430D">
            <w:pPr>
              <w:spacing w:before="40" w:after="40" w:line="276" w:lineRule="auto"/>
              <w:jc w:val="both"/>
              <w:rPr>
                <w:rFonts w:ascii="Times New Roman" w:hAnsi="Times New Roman" w:cs="Times New Roman"/>
                <w:color w:val="000000" w:themeColor="text1"/>
                <w:sz w:val="28"/>
                <w:szCs w:val="28"/>
              </w:rPr>
            </w:pPr>
            <w:r w:rsidRPr="00B64138">
              <w:rPr>
                <w:rFonts w:ascii="Times New Roman" w:hAnsi="Times New Roman" w:cs="Times New Roman"/>
                <w:color w:val="000000" w:themeColor="text1"/>
                <w:sz w:val="28"/>
                <w:szCs w:val="28"/>
              </w:rPr>
              <w:t xml:space="preserve">Đ/c Bí thư </w:t>
            </w:r>
            <w:r w:rsidR="000D430D" w:rsidRPr="00B64138">
              <w:rPr>
                <w:rFonts w:ascii="Times New Roman" w:hAnsi="Times New Roman" w:cs="Times New Roman"/>
                <w:color w:val="000000" w:themeColor="text1"/>
                <w:sz w:val="28"/>
                <w:szCs w:val="28"/>
              </w:rPr>
              <w:t>chi bộ</w:t>
            </w:r>
          </w:p>
        </w:tc>
        <w:tc>
          <w:tcPr>
            <w:tcW w:w="2841" w:type="dxa"/>
            <w:tcMar>
              <w:top w:w="100" w:type="dxa"/>
              <w:left w:w="150" w:type="dxa"/>
              <w:bottom w:w="100" w:type="dxa"/>
              <w:right w:w="150" w:type="dxa"/>
            </w:tcMar>
            <w:vAlign w:val="center"/>
          </w:tcPr>
          <w:p w14:paraId="20D890BF" w14:textId="366A4CB9" w:rsidR="008D333C" w:rsidRPr="00B64138" w:rsidRDefault="00894166" w:rsidP="00036B5A">
            <w:pPr>
              <w:spacing w:before="40" w:after="40" w:line="276" w:lineRule="auto"/>
              <w:jc w:val="both"/>
              <w:rPr>
                <w:rFonts w:ascii="Times New Roman" w:hAnsi="Times New Roman" w:cs="Times New Roman"/>
                <w:color w:val="000000" w:themeColor="text1"/>
                <w:sz w:val="28"/>
                <w:szCs w:val="28"/>
              </w:rPr>
            </w:pPr>
            <w:r w:rsidRPr="00B64138">
              <w:rPr>
                <w:rFonts w:ascii="Times New Roman" w:hAnsi="Times New Roman" w:cs="Times New Roman"/>
                <w:color w:val="000000" w:themeColor="text1"/>
                <w:sz w:val="28"/>
                <w:szCs w:val="28"/>
              </w:rPr>
              <w:t>100% bản cam kết cá nhân của đảng viên được lưu giữ tại hồ sơ chi bộ. Biên bản các buổi sinh hoạt chi bộ định kỳ có nội dung kiểm điểm, đánh giá việc thực hiện Quy định 207.</w:t>
            </w:r>
          </w:p>
        </w:tc>
        <w:tc>
          <w:tcPr>
            <w:tcW w:w="1843" w:type="dxa"/>
            <w:vAlign w:val="center"/>
          </w:tcPr>
          <w:p w14:paraId="25164E5C" w14:textId="0F41EC12" w:rsidR="008D333C" w:rsidRPr="00B64138" w:rsidRDefault="008D333C" w:rsidP="00036B5A">
            <w:pPr>
              <w:spacing w:before="40" w:after="40"/>
              <w:jc w:val="both"/>
              <w:rPr>
                <w:rFonts w:ascii="Times New Roman" w:hAnsi="Times New Roman" w:cs="Times New Roman"/>
                <w:color w:val="000000" w:themeColor="text1"/>
                <w:sz w:val="28"/>
                <w:szCs w:val="28"/>
              </w:rPr>
            </w:pPr>
            <w:r w:rsidRPr="00B64138">
              <w:rPr>
                <w:rFonts w:ascii="Times New Roman" w:hAnsi="Times New Roman" w:cs="Times New Roman"/>
                <w:color w:val="000000" w:themeColor="text1"/>
                <w:sz w:val="28"/>
                <w:szCs w:val="28"/>
              </w:rPr>
              <w:t>Thường xuyên hằng năm</w:t>
            </w:r>
          </w:p>
        </w:tc>
      </w:tr>
      <w:tr w:rsidR="003A1F4E" w:rsidRPr="00B64138" w14:paraId="0376C8E3" w14:textId="63C8D871" w:rsidTr="00B64138">
        <w:trPr>
          <w:jc w:val="center"/>
        </w:trPr>
        <w:tc>
          <w:tcPr>
            <w:tcW w:w="720" w:type="dxa"/>
            <w:tcMar>
              <w:top w:w="100" w:type="dxa"/>
              <w:left w:w="150" w:type="dxa"/>
              <w:bottom w:w="100" w:type="dxa"/>
              <w:right w:w="150" w:type="dxa"/>
            </w:tcMar>
            <w:vAlign w:val="center"/>
          </w:tcPr>
          <w:p w14:paraId="3D028CEA" w14:textId="77777777" w:rsidR="008D333C" w:rsidRPr="003A1F4E" w:rsidRDefault="008D333C" w:rsidP="00036B5A">
            <w:pPr>
              <w:spacing w:before="40" w:after="40" w:line="276" w:lineRule="auto"/>
              <w:jc w:val="center"/>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lastRenderedPageBreak/>
              <w:t>3</w:t>
            </w:r>
          </w:p>
        </w:tc>
        <w:tc>
          <w:tcPr>
            <w:tcW w:w="4237" w:type="dxa"/>
            <w:tcMar>
              <w:top w:w="100" w:type="dxa"/>
              <w:left w:w="150" w:type="dxa"/>
              <w:bottom w:w="100" w:type="dxa"/>
              <w:right w:w="150" w:type="dxa"/>
            </w:tcMar>
            <w:vAlign w:val="center"/>
          </w:tcPr>
          <w:p w14:paraId="25E4D1CA" w14:textId="7817F691" w:rsidR="008D333C" w:rsidRPr="003A1F4E" w:rsidRDefault="008D333C" w:rsidP="0043707F">
            <w:pPr>
              <w:spacing w:before="40" w:after="40" w:line="276" w:lineRule="auto"/>
              <w:jc w:val="both"/>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 xml:space="preserve">100% </w:t>
            </w:r>
            <w:r w:rsidR="000D430D">
              <w:rPr>
                <w:rFonts w:ascii="Times New Roman" w:hAnsi="Times New Roman" w:cs="Times New Roman"/>
                <w:color w:val="000000" w:themeColor="text1"/>
                <w:sz w:val="28"/>
                <w:szCs w:val="28"/>
              </w:rPr>
              <w:t>chi bộ</w:t>
            </w:r>
            <w:r w:rsidRPr="003A1F4E">
              <w:rPr>
                <w:rFonts w:ascii="Times New Roman" w:hAnsi="Times New Roman" w:cs="Times New Roman"/>
                <w:color w:val="000000" w:themeColor="text1"/>
                <w:sz w:val="28"/>
                <w:szCs w:val="28"/>
              </w:rPr>
              <w:t xml:space="preserve"> trực thuộc </w:t>
            </w:r>
            <w:r w:rsidR="000D430D">
              <w:rPr>
                <w:rFonts w:ascii="Times New Roman" w:hAnsi="Times New Roman" w:cs="Times New Roman"/>
                <w:color w:val="000000" w:themeColor="text1"/>
                <w:sz w:val="28"/>
                <w:szCs w:val="28"/>
              </w:rPr>
              <w:t>Đảng</w:t>
            </w:r>
            <w:r w:rsidRPr="003A1F4E">
              <w:rPr>
                <w:rFonts w:ascii="Times New Roman" w:hAnsi="Times New Roman" w:cs="Times New Roman"/>
                <w:color w:val="000000" w:themeColor="text1"/>
                <w:sz w:val="28"/>
                <w:szCs w:val="28"/>
              </w:rPr>
              <w:t xml:space="preserve"> </w:t>
            </w:r>
            <w:r w:rsidR="000D430D" w:rsidRPr="000D430D">
              <w:rPr>
                <w:rFonts w:ascii="Times New Roman" w:hAnsi="Times New Roman" w:cs="Times New Roman"/>
                <w:color w:val="000000" w:themeColor="text1"/>
                <w:sz w:val="28"/>
                <w:szCs w:val="28"/>
              </w:rPr>
              <w:t>cụ thể hóa việc thực hiện Quy định số 207-QĐ/TW vào chương trình công tác, nội dung sinh hoạt và công tác quản lý, giáo dục, rèn luyện đả</w:t>
            </w:r>
            <w:r w:rsidR="0043707F">
              <w:rPr>
                <w:rFonts w:ascii="Times New Roman" w:hAnsi="Times New Roman" w:cs="Times New Roman"/>
                <w:color w:val="000000" w:themeColor="text1"/>
                <w:sz w:val="28"/>
                <w:szCs w:val="28"/>
              </w:rPr>
              <w:t>ng viên</w:t>
            </w:r>
            <w:r w:rsidRPr="003A1F4E">
              <w:rPr>
                <w:rFonts w:ascii="Times New Roman" w:hAnsi="Times New Roman" w:cs="Times New Roman"/>
                <w:color w:val="000000" w:themeColor="text1"/>
                <w:sz w:val="28"/>
                <w:szCs w:val="28"/>
              </w:rPr>
              <w:t xml:space="preserve"> thực hiệ</w:t>
            </w:r>
            <w:r w:rsidR="0043707F">
              <w:rPr>
                <w:rFonts w:ascii="Times New Roman" w:hAnsi="Times New Roman" w:cs="Times New Roman"/>
                <w:color w:val="000000" w:themeColor="text1"/>
                <w:sz w:val="28"/>
                <w:szCs w:val="28"/>
              </w:rPr>
              <w:t xml:space="preserve">n Kế hoạch </w:t>
            </w:r>
            <w:r w:rsidRPr="003A1F4E">
              <w:rPr>
                <w:rFonts w:ascii="Times New Roman" w:hAnsi="Times New Roman" w:cs="Times New Roman"/>
                <w:color w:val="000000" w:themeColor="text1"/>
                <w:sz w:val="28"/>
                <w:szCs w:val="28"/>
              </w:rPr>
              <w:t>này.</w:t>
            </w:r>
          </w:p>
        </w:tc>
        <w:tc>
          <w:tcPr>
            <w:tcW w:w="3260" w:type="dxa"/>
            <w:tcMar>
              <w:top w:w="100" w:type="dxa"/>
              <w:left w:w="150" w:type="dxa"/>
              <w:bottom w:w="100" w:type="dxa"/>
              <w:right w:w="150" w:type="dxa"/>
            </w:tcMar>
            <w:vAlign w:val="center"/>
          </w:tcPr>
          <w:p w14:paraId="5650F19F" w14:textId="5AB51BDA" w:rsidR="008D333C" w:rsidRPr="00B64138" w:rsidRDefault="008D333C" w:rsidP="0043707F">
            <w:pPr>
              <w:spacing w:before="40" w:after="40" w:line="276" w:lineRule="auto"/>
              <w:jc w:val="both"/>
              <w:rPr>
                <w:rFonts w:ascii="Times New Roman" w:hAnsi="Times New Roman" w:cs="Times New Roman"/>
                <w:color w:val="000000" w:themeColor="text1"/>
                <w:sz w:val="28"/>
                <w:szCs w:val="28"/>
              </w:rPr>
            </w:pPr>
            <w:r w:rsidRPr="00B64138">
              <w:rPr>
                <w:rFonts w:ascii="Times New Roman" w:hAnsi="Times New Roman" w:cs="Times New Roman"/>
                <w:color w:val="000000" w:themeColor="text1"/>
                <w:sz w:val="28"/>
                <w:szCs w:val="28"/>
              </w:rPr>
              <w:t xml:space="preserve">Các </w:t>
            </w:r>
            <w:r w:rsidR="0043707F" w:rsidRPr="00B64138">
              <w:rPr>
                <w:rFonts w:ascii="Times New Roman" w:hAnsi="Times New Roman" w:cs="Times New Roman"/>
                <w:color w:val="000000" w:themeColor="text1"/>
                <w:sz w:val="28"/>
                <w:szCs w:val="28"/>
              </w:rPr>
              <w:t xml:space="preserve">chi bộ </w:t>
            </w:r>
            <w:r w:rsidRPr="00B64138">
              <w:rPr>
                <w:rFonts w:ascii="Times New Roman" w:hAnsi="Times New Roman" w:cs="Times New Roman"/>
                <w:color w:val="000000" w:themeColor="text1"/>
                <w:sz w:val="28"/>
                <w:szCs w:val="28"/>
              </w:rPr>
              <w:t xml:space="preserve">trực thuộc </w:t>
            </w:r>
            <w:r w:rsidR="0043707F" w:rsidRPr="00B64138">
              <w:rPr>
                <w:rFonts w:ascii="Times New Roman" w:hAnsi="Times New Roman" w:cs="Times New Roman"/>
                <w:color w:val="000000" w:themeColor="text1"/>
                <w:sz w:val="28"/>
                <w:szCs w:val="28"/>
              </w:rPr>
              <w:t>đảng ủy</w:t>
            </w:r>
          </w:p>
        </w:tc>
        <w:tc>
          <w:tcPr>
            <w:tcW w:w="1837" w:type="dxa"/>
            <w:tcMar>
              <w:top w:w="100" w:type="dxa"/>
              <w:left w:w="150" w:type="dxa"/>
              <w:bottom w:w="100" w:type="dxa"/>
              <w:right w:w="150" w:type="dxa"/>
            </w:tcMar>
            <w:vAlign w:val="center"/>
          </w:tcPr>
          <w:p w14:paraId="7A524649" w14:textId="0D2A0F36" w:rsidR="008D333C" w:rsidRPr="00B64138" w:rsidRDefault="008D333C" w:rsidP="00036B5A">
            <w:pPr>
              <w:spacing w:before="40" w:after="40" w:line="276" w:lineRule="auto"/>
              <w:jc w:val="both"/>
              <w:rPr>
                <w:rFonts w:ascii="Times New Roman" w:hAnsi="Times New Roman" w:cs="Times New Roman"/>
                <w:color w:val="000000" w:themeColor="text1"/>
                <w:sz w:val="28"/>
                <w:szCs w:val="28"/>
              </w:rPr>
            </w:pPr>
            <w:r w:rsidRPr="00B64138">
              <w:rPr>
                <w:rFonts w:ascii="Times New Roman" w:hAnsi="Times New Roman" w:cs="Times New Roman"/>
                <w:color w:val="000000" w:themeColor="text1"/>
                <w:sz w:val="28"/>
                <w:szCs w:val="28"/>
              </w:rPr>
              <w:t xml:space="preserve">Đ/c Bí thư các </w:t>
            </w:r>
            <w:r w:rsidR="0043707F" w:rsidRPr="00B64138">
              <w:rPr>
                <w:rFonts w:ascii="Times New Roman" w:hAnsi="Times New Roman" w:cs="Times New Roman"/>
                <w:color w:val="000000" w:themeColor="text1"/>
                <w:sz w:val="28"/>
                <w:szCs w:val="28"/>
              </w:rPr>
              <w:t xml:space="preserve">chi bộ </w:t>
            </w:r>
            <w:r w:rsidRPr="00B64138">
              <w:rPr>
                <w:rFonts w:ascii="Times New Roman" w:hAnsi="Times New Roman" w:cs="Times New Roman"/>
                <w:color w:val="000000" w:themeColor="text1"/>
                <w:sz w:val="28"/>
                <w:szCs w:val="28"/>
              </w:rPr>
              <w:t xml:space="preserve">trực thuộc </w:t>
            </w:r>
            <w:r w:rsidR="0043707F" w:rsidRPr="00B64138">
              <w:rPr>
                <w:rFonts w:ascii="Times New Roman" w:hAnsi="Times New Roman" w:cs="Times New Roman"/>
                <w:color w:val="000000" w:themeColor="text1"/>
                <w:sz w:val="28"/>
                <w:szCs w:val="28"/>
              </w:rPr>
              <w:t>đảng ủy</w:t>
            </w:r>
          </w:p>
        </w:tc>
        <w:tc>
          <w:tcPr>
            <w:tcW w:w="2841" w:type="dxa"/>
            <w:tcMar>
              <w:top w:w="100" w:type="dxa"/>
              <w:left w:w="150" w:type="dxa"/>
              <w:bottom w:w="100" w:type="dxa"/>
              <w:right w:w="150" w:type="dxa"/>
            </w:tcMar>
            <w:vAlign w:val="center"/>
          </w:tcPr>
          <w:p w14:paraId="415F6371" w14:textId="25CE202F" w:rsidR="008D333C" w:rsidRPr="00B64138" w:rsidRDefault="00894166" w:rsidP="0043707F">
            <w:pPr>
              <w:spacing w:before="40" w:after="40" w:line="276" w:lineRule="auto"/>
              <w:jc w:val="both"/>
              <w:rPr>
                <w:rFonts w:ascii="Times New Roman" w:hAnsi="Times New Roman" w:cs="Times New Roman"/>
                <w:color w:val="000000" w:themeColor="text1"/>
                <w:sz w:val="28"/>
                <w:szCs w:val="28"/>
              </w:rPr>
            </w:pPr>
            <w:r w:rsidRPr="00B64138">
              <w:rPr>
                <w:rFonts w:ascii="Times New Roman" w:hAnsi="Times New Roman" w:cs="Times New Roman"/>
                <w:color w:val="000000" w:themeColor="text1"/>
                <w:sz w:val="28"/>
                <w:szCs w:val="28"/>
              </w:rPr>
              <w:t xml:space="preserve">Hệ thống các văn bản (Chương trình/Kế hoạch) của các </w:t>
            </w:r>
            <w:r w:rsidR="0043707F" w:rsidRPr="00B64138">
              <w:rPr>
                <w:rFonts w:ascii="Times New Roman" w:hAnsi="Times New Roman" w:cs="Times New Roman"/>
                <w:color w:val="000000" w:themeColor="text1"/>
                <w:sz w:val="28"/>
                <w:szCs w:val="28"/>
              </w:rPr>
              <w:t>chi bộ trực thuộc đảng ủy</w:t>
            </w:r>
            <w:r w:rsidR="0043707F" w:rsidRPr="00B64138">
              <w:rPr>
                <w:rFonts w:ascii="Times New Roman" w:hAnsi="Times New Roman" w:cs="Times New Roman"/>
                <w:color w:val="000000" w:themeColor="text1"/>
                <w:sz w:val="28"/>
                <w:szCs w:val="28"/>
              </w:rPr>
              <w:t xml:space="preserve"> </w:t>
            </w:r>
            <w:r w:rsidRPr="00B64138">
              <w:rPr>
                <w:rFonts w:ascii="Times New Roman" w:hAnsi="Times New Roman" w:cs="Times New Roman"/>
                <w:color w:val="000000" w:themeColor="text1"/>
                <w:sz w:val="28"/>
                <w:szCs w:val="28"/>
              </w:rPr>
              <w:t xml:space="preserve">được ban hành và gửi báo cáo về </w:t>
            </w:r>
            <w:r w:rsidR="0043707F" w:rsidRPr="00B64138">
              <w:rPr>
                <w:rFonts w:ascii="Times New Roman" w:hAnsi="Times New Roman" w:cs="Times New Roman"/>
                <w:color w:val="000000" w:themeColor="text1"/>
                <w:sz w:val="28"/>
                <w:szCs w:val="28"/>
              </w:rPr>
              <w:t>đảng ủy</w:t>
            </w:r>
            <w:r w:rsidR="0043707F" w:rsidRPr="00B64138">
              <w:rPr>
                <w:rFonts w:ascii="Times New Roman" w:hAnsi="Times New Roman" w:cs="Times New Roman"/>
                <w:color w:val="000000" w:themeColor="text1"/>
                <w:sz w:val="28"/>
                <w:szCs w:val="28"/>
              </w:rPr>
              <w:t xml:space="preserve"> </w:t>
            </w:r>
            <w:r w:rsidRPr="00B64138">
              <w:rPr>
                <w:rFonts w:ascii="Times New Roman" w:hAnsi="Times New Roman" w:cs="Times New Roman"/>
                <w:color w:val="000000" w:themeColor="text1"/>
                <w:sz w:val="28"/>
                <w:szCs w:val="28"/>
              </w:rPr>
              <w:t xml:space="preserve">(qua UBKT </w:t>
            </w:r>
            <w:r w:rsidR="0043707F" w:rsidRPr="00B64138">
              <w:rPr>
                <w:rFonts w:ascii="Times New Roman" w:hAnsi="Times New Roman" w:cs="Times New Roman"/>
                <w:color w:val="000000" w:themeColor="text1"/>
                <w:sz w:val="28"/>
                <w:szCs w:val="28"/>
              </w:rPr>
              <w:t>đảng ủy</w:t>
            </w:r>
            <w:r w:rsidRPr="00B64138">
              <w:rPr>
                <w:rFonts w:ascii="Times New Roman" w:hAnsi="Times New Roman" w:cs="Times New Roman"/>
                <w:color w:val="000000" w:themeColor="text1"/>
                <w:sz w:val="28"/>
                <w:szCs w:val="28"/>
              </w:rPr>
              <w:t>)</w:t>
            </w:r>
          </w:p>
        </w:tc>
        <w:tc>
          <w:tcPr>
            <w:tcW w:w="1843" w:type="dxa"/>
            <w:vAlign w:val="center"/>
          </w:tcPr>
          <w:p w14:paraId="2B2449A8" w14:textId="4336E022" w:rsidR="008D333C" w:rsidRPr="00B64138" w:rsidRDefault="008D333C" w:rsidP="00036B5A">
            <w:pPr>
              <w:spacing w:before="40" w:after="40"/>
              <w:jc w:val="both"/>
              <w:rPr>
                <w:rFonts w:ascii="Times New Roman" w:hAnsi="Times New Roman" w:cs="Times New Roman"/>
                <w:color w:val="000000" w:themeColor="text1"/>
                <w:sz w:val="28"/>
                <w:szCs w:val="28"/>
              </w:rPr>
            </w:pPr>
            <w:r w:rsidRPr="00B64138">
              <w:rPr>
                <w:rFonts w:ascii="Times New Roman" w:hAnsi="Times New Roman" w:cs="Times New Roman"/>
                <w:color w:val="000000" w:themeColor="text1"/>
                <w:sz w:val="28"/>
                <w:szCs w:val="28"/>
              </w:rPr>
              <w:t xml:space="preserve">Chậm nhất 15 ngày kể từ ngày </w:t>
            </w:r>
            <w:r w:rsidR="0043707F" w:rsidRPr="00B64138">
              <w:rPr>
                <w:rFonts w:ascii="Times New Roman" w:hAnsi="Times New Roman" w:cs="Times New Roman"/>
                <w:color w:val="000000" w:themeColor="text1"/>
                <w:sz w:val="28"/>
                <w:szCs w:val="28"/>
              </w:rPr>
              <w:t>đảng ủy</w:t>
            </w:r>
            <w:r w:rsidR="0043707F" w:rsidRPr="00B64138">
              <w:rPr>
                <w:rFonts w:ascii="Times New Roman" w:hAnsi="Times New Roman" w:cs="Times New Roman"/>
                <w:color w:val="000000" w:themeColor="text1"/>
                <w:sz w:val="28"/>
                <w:szCs w:val="28"/>
              </w:rPr>
              <w:t xml:space="preserve"> </w:t>
            </w:r>
            <w:r w:rsidRPr="00B64138">
              <w:rPr>
                <w:rFonts w:ascii="Times New Roman" w:hAnsi="Times New Roman" w:cs="Times New Roman"/>
                <w:color w:val="000000" w:themeColor="text1"/>
                <w:sz w:val="28"/>
                <w:szCs w:val="28"/>
              </w:rPr>
              <w:t>ban hành</w:t>
            </w:r>
          </w:p>
        </w:tc>
      </w:tr>
      <w:tr w:rsidR="003A1F4E" w:rsidRPr="003A1F4E" w14:paraId="14CF6840" w14:textId="2A2A8D5F" w:rsidTr="00B64138">
        <w:trPr>
          <w:jc w:val="center"/>
        </w:trPr>
        <w:tc>
          <w:tcPr>
            <w:tcW w:w="720" w:type="dxa"/>
            <w:tcMar>
              <w:top w:w="100" w:type="dxa"/>
              <w:left w:w="150" w:type="dxa"/>
              <w:bottom w:w="100" w:type="dxa"/>
              <w:right w:w="150" w:type="dxa"/>
            </w:tcMar>
            <w:vAlign w:val="center"/>
          </w:tcPr>
          <w:p w14:paraId="7F054FFA" w14:textId="77777777" w:rsidR="008D333C" w:rsidRPr="003A1F4E" w:rsidRDefault="008D333C" w:rsidP="00036B5A">
            <w:pPr>
              <w:spacing w:before="40" w:after="40" w:line="276" w:lineRule="auto"/>
              <w:jc w:val="center"/>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4</w:t>
            </w:r>
          </w:p>
        </w:tc>
        <w:tc>
          <w:tcPr>
            <w:tcW w:w="4237" w:type="dxa"/>
            <w:tcMar>
              <w:top w:w="100" w:type="dxa"/>
              <w:left w:w="150" w:type="dxa"/>
              <w:bottom w:w="100" w:type="dxa"/>
              <w:right w:w="150" w:type="dxa"/>
            </w:tcMar>
            <w:vAlign w:val="center"/>
          </w:tcPr>
          <w:p w14:paraId="09DA2DC6" w14:textId="297BC4F1" w:rsidR="008D333C" w:rsidRPr="003A1F4E" w:rsidRDefault="008D333C" w:rsidP="00935B2F">
            <w:pPr>
              <w:spacing w:before="40" w:after="40" w:line="276" w:lineRule="auto"/>
              <w:jc w:val="both"/>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100% các cấp ủy, tổ chức đảng hoàn thành việc rà soát, sửa đổi các văn bản về công tác KTGS thuộc thẩm quyền bảo đảm thống nhất.</w:t>
            </w:r>
          </w:p>
        </w:tc>
        <w:tc>
          <w:tcPr>
            <w:tcW w:w="3260" w:type="dxa"/>
            <w:tcMar>
              <w:top w:w="100" w:type="dxa"/>
              <w:left w:w="150" w:type="dxa"/>
              <w:bottom w:w="100" w:type="dxa"/>
              <w:right w:w="150" w:type="dxa"/>
            </w:tcMar>
            <w:vAlign w:val="center"/>
          </w:tcPr>
          <w:p w14:paraId="121AB377" w14:textId="70012A3D" w:rsidR="008D333C" w:rsidRPr="00B64138" w:rsidRDefault="008D333C" w:rsidP="0043707F">
            <w:pPr>
              <w:spacing w:before="40" w:after="40" w:line="276" w:lineRule="auto"/>
              <w:jc w:val="both"/>
              <w:rPr>
                <w:rFonts w:ascii="Times New Roman" w:hAnsi="Times New Roman" w:cs="Times New Roman"/>
                <w:color w:val="000000" w:themeColor="text1"/>
                <w:sz w:val="28"/>
                <w:szCs w:val="28"/>
              </w:rPr>
            </w:pPr>
            <w:r w:rsidRPr="00B64138">
              <w:rPr>
                <w:rFonts w:ascii="Times New Roman" w:hAnsi="Times New Roman" w:cs="Times New Roman"/>
                <w:color w:val="000000" w:themeColor="text1"/>
                <w:sz w:val="28"/>
                <w:szCs w:val="28"/>
              </w:rPr>
              <w:t xml:space="preserve">UBKT </w:t>
            </w:r>
            <w:r w:rsidR="0043707F" w:rsidRPr="00B64138">
              <w:rPr>
                <w:rFonts w:ascii="Times New Roman" w:hAnsi="Times New Roman" w:cs="Times New Roman"/>
                <w:color w:val="000000" w:themeColor="text1"/>
                <w:sz w:val="28"/>
                <w:szCs w:val="28"/>
              </w:rPr>
              <w:t>Đảng</w:t>
            </w:r>
            <w:r w:rsidRPr="00B64138">
              <w:rPr>
                <w:rFonts w:ascii="Times New Roman" w:hAnsi="Times New Roman" w:cs="Times New Roman"/>
                <w:color w:val="000000" w:themeColor="text1"/>
                <w:sz w:val="28"/>
                <w:szCs w:val="28"/>
              </w:rPr>
              <w:t xml:space="preserve"> ủy; các </w:t>
            </w:r>
            <w:r w:rsidR="0043707F" w:rsidRPr="00B64138">
              <w:rPr>
                <w:rFonts w:ascii="Times New Roman" w:hAnsi="Times New Roman" w:cs="Times New Roman"/>
                <w:color w:val="000000" w:themeColor="text1"/>
                <w:sz w:val="28"/>
                <w:szCs w:val="28"/>
              </w:rPr>
              <w:t>chi bộ trực thuộc đảng ủy</w:t>
            </w:r>
          </w:p>
        </w:tc>
        <w:tc>
          <w:tcPr>
            <w:tcW w:w="1837" w:type="dxa"/>
            <w:tcMar>
              <w:top w:w="100" w:type="dxa"/>
              <w:left w:w="150" w:type="dxa"/>
              <w:bottom w:w="100" w:type="dxa"/>
              <w:right w:w="150" w:type="dxa"/>
            </w:tcMar>
            <w:vAlign w:val="center"/>
          </w:tcPr>
          <w:p w14:paraId="256387FE" w14:textId="4786851A" w:rsidR="008D333C" w:rsidRPr="003A1F4E" w:rsidRDefault="004F1859" w:rsidP="00ED0E20">
            <w:pPr>
              <w:spacing w:before="40" w:after="40" w:line="276" w:lineRule="auto"/>
              <w:jc w:val="both"/>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Đồng chí</w:t>
            </w:r>
            <w:r w:rsidR="008D333C" w:rsidRPr="003A1F4E">
              <w:rPr>
                <w:rFonts w:ascii="Times New Roman" w:hAnsi="Times New Roman" w:cs="Times New Roman"/>
                <w:color w:val="000000" w:themeColor="text1"/>
                <w:sz w:val="28"/>
                <w:szCs w:val="28"/>
              </w:rPr>
              <w:t xml:space="preserve"> Chủ nhiệm UBKT </w:t>
            </w:r>
            <w:r w:rsidR="00ED0E20">
              <w:rPr>
                <w:rFonts w:ascii="Times New Roman" w:hAnsi="Times New Roman" w:cs="Times New Roman"/>
                <w:color w:val="000000" w:themeColor="text1"/>
                <w:sz w:val="28"/>
                <w:szCs w:val="28"/>
              </w:rPr>
              <w:t>Đảng</w:t>
            </w:r>
            <w:r w:rsidR="008D333C" w:rsidRPr="003A1F4E">
              <w:rPr>
                <w:rFonts w:ascii="Times New Roman" w:hAnsi="Times New Roman" w:cs="Times New Roman"/>
                <w:color w:val="000000" w:themeColor="text1"/>
                <w:sz w:val="28"/>
                <w:szCs w:val="28"/>
              </w:rPr>
              <w:t xml:space="preserve"> ủy; Bí thư </w:t>
            </w:r>
            <w:r w:rsidR="00ED0E20">
              <w:rPr>
                <w:rFonts w:ascii="Times New Roman" w:hAnsi="Times New Roman" w:cs="Times New Roman"/>
                <w:color w:val="000000" w:themeColor="text1"/>
                <w:sz w:val="28"/>
                <w:szCs w:val="28"/>
              </w:rPr>
              <w:t>chi bộ</w:t>
            </w:r>
          </w:p>
        </w:tc>
        <w:tc>
          <w:tcPr>
            <w:tcW w:w="2841" w:type="dxa"/>
            <w:tcMar>
              <w:top w:w="100" w:type="dxa"/>
              <w:left w:w="150" w:type="dxa"/>
              <w:bottom w:w="100" w:type="dxa"/>
              <w:right w:w="150" w:type="dxa"/>
            </w:tcMar>
            <w:vAlign w:val="center"/>
          </w:tcPr>
          <w:p w14:paraId="7664D1BE" w14:textId="0EAD0D71" w:rsidR="008D333C" w:rsidRPr="003A1F4E" w:rsidRDefault="00894166" w:rsidP="00036B5A">
            <w:pPr>
              <w:spacing w:before="40" w:after="40" w:line="276" w:lineRule="auto"/>
              <w:jc w:val="both"/>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Các văn bản, quy định về công tác KT</w:t>
            </w:r>
            <w:r w:rsidR="00ED0E20">
              <w:rPr>
                <w:rFonts w:ascii="Times New Roman" w:hAnsi="Times New Roman" w:cs="Times New Roman"/>
                <w:color w:val="000000" w:themeColor="text1"/>
                <w:sz w:val="28"/>
                <w:szCs w:val="28"/>
              </w:rPr>
              <w:t>,</w:t>
            </w:r>
            <w:r w:rsidRPr="003A1F4E">
              <w:rPr>
                <w:rFonts w:ascii="Times New Roman" w:hAnsi="Times New Roman" w:cs="Times New Roman"/>
                <w:color w:val="000000" w:themeColor="text1"/>
                <w:sz w:val="28"/>
                <w:szCs w:val="28"/>
              </w:rPr>
              <w:t>GS được sửa đổi, bổ sung hoặc ban hành mới phù hợp với thực tế địa phương và đúng quy định Trung ương.</w:t>
            </w:r>
          </w:p>
        </w:tc>
        <w:tc>
          <w:tcPr>
            <w:tcW w:w="1843" w:type="dxa"/>
            <w:vAlign w:val="center"/>
          </w:tcPr>
          <w:p w14:paraId="3D7E3919" w14:textId="1F29B18B" w:rsidR="008D333C" w:rsidRPr="003A1F4E" w:rsidRDefault="008D333C" w:rsidP="00ED0E20">
            <w:pPr>
              <w:spacing w:before="40" w:after="40"/>
              <w:jc w:val="both"/>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 xml:space="preserve">Chậm nhất 15 ngày sau khi ban hành văn bản quy định của </w:t>
            </w:r>
            <w:r w:rsidR="00ED0E20">
              <w:rPr>
                <w:rFonts w:ascii="Times New Roman" w:hAnsi="Times New Roman" w:cs="Times New Roman"/>
                <w:color w:val="000000" w:themeColor="text1"/>
                <w:sz w:val="28"/>
                <w:szCs w:val="28"/>
              </w:rPr>
              <w:t>Đảng</w:t>
            </w:r>
            <w:r w:rsidRPr="003A1F4E">
              <w:rPr>
                <w:rFonts w:ascii="Times New Roman" w:hAnsi="Times New Roman" w:cs="Times New Roman"/>
                <w:color w:val="000000" w:themeColor="text1"/>
                <w:sz w:val="28"/>
                <w:szCs w:val="28"/>
              </w:rPr>
              <w:t xml:space="preserve"> ủy</w:t>
            </w:r>
          </w:p>
        </w:tc>
      </w:tr>
      <w:tr w:rsidR="003A1F4E" w:rsidRPr="003A1F4E" w14:paraId="75DDD33F" w14:textId="77777777" w:rsidTr="00B64138">
        <w:trPr>
          <w:jc w:val="center"/>
        </w:trPr>
        <w:tc>
          <w:tcPr>
            <w:tcW w:w="720" w:type="dxa"/>
            <w:tcMar>
              <w:top w:w="100" w:type="dxa"/>
              <w:left w:w="150" w:type="dxa"/>
              <w:bottom w:w="100" w:type="dxa"/>
              <w:right w:w="150" w:type="dxa"/>
            </w:tcMar>
            <w:vAlign w:val="center"/>
          </w:tcPr>
          <w:p w14:paraId="12121981" w14:textId="72D46650" w:rsidR="004F1859" w:rsidRPr="003A1F4E" w:rsidRDefault="004F1859" w:rsidP="00036B5A">
            <w:pPr>
              <w:spacing w:before="40" w:after="40"/>
              <w:jc w:val="center"/>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5</w:t>
            </w:r>
          </w:p>
        </w:tc>
        <w:tc>
          <w:tcPr>
            <w:tcW w:w="4237" w:type="dxa"/>
            <w:tcMar>
              <w:top w:w="100" w:type="dxa"/>
              <w:left w:w="150" w:type="dxa"/>
              <w:bottom w:w="100" w:type="dxa"/>
              <w:right w:w="150" w:type="dxa"/>
            </w:tcMar>
            <w:vAlign w:val="center"/>
          </w:tcPr>
          <w:p w14:paraId="5B692235" w14:textId="208B2E79" w:rsidR="004F1859" w:rsidRPr="003A1F4E" w:rsidRDefault="00ED0E20" w:rsidP="00935B2F">
            <w:pPr>
              <w:spacing w:before="120" w:line="320" w:lineRule="atLeast"/>
              <w:jc w:val="both"/>
              <w:rPr>
                <w:rFonts w:ascii="Times New Roman" w:hAnsi="Times New Roman" w:cs="Times New Roman"/>
                <w:color w:val="000000" w:themeColor="text1"/>
                <w:sz w:val="28"/>
                <w:szCs w:val="28"/>
              </w:rPr>
            </w:pPr>
            <w:r w:rsidRPr="00ED0E20">
              <w:rPr>
                <w:rFonts w:ascii="Times New Roman" w:hAnsi="Times New Roman" w:cs="Times New Roman"/>
                <w:color w:val="000000" w:themeColor="text1"/>
                <w:sz w:val="28"/>
                <w:szCs w:val="28"/>
              </w:rPr>
              <w:t>100% kết luận, kiến nghị sau kiểm tra, giám sát thuộc thẩm quyền của Đảng ủy, UBKT Đảng ủy được theo dõi, đôn đốc thực hiện; kịp thời xem xét trách nhiệm đối với tổ chức, cá nhân không thực hiện hoặc thực hiện không đầy đủ.</w:t>
            </w:r>
          </w:p>
        </w:tc>
        <w:tc>
          <w:tcPr>
            <w:tcW w:w="3260" w:type="dxa"/>
            <w:tcMar>
              <w:top w:w="100" w:type="dxa"/>
              <w:left w:w="150" w:type="dxa"/>
              <w:bottom w:w="100" w:type="dxa"/>
              <w:right w:w="150" w:type="dxa"/>
            </w:tcMar>
            <w:vAlign w:val="center"/>
          </w:tcPr>
          <w:p w14:paraId="6B523BDE" w14:textId="3C66B1AC" w:rsidR="004F1859" w:rsidRPr="00B64138" w:rsidRDefault="00ED0E20" w:rsidP="00036B5A">
            <w:pPr>
              <w:spacing w:before="40" w:after="40"/>
              <w:jc w:val="both"/>
              <w:rPr>
                <w:rFonts w:ascii="Times New Roman" w:hAnsi="Times New Roman" w:cs="Times New Roman"/>
                <w:color w:val="000000" w:themeColor="text1"/>
                <w:sz w:val="28"/>
                <w:szCs w:val="28"/>
              </w:rPr>
            </w:pPr>
            <w:r w:rsidRPr="00B64138">
              <w:rPr>
                <w:rFonts w:ascii="Times New Roman" w:hAnsi="Times New Roman" w:cs="Times New Roman"/>
                <w:color w:val="000000" w:themeColor="text1"/>
                <w:sz w:val="28"/>
                <w:szCs w:val="28"/>
              </w:rPr>
              <w:t>UBKT Đảng ủy; các chi bộ trực thuộc đảng ủy</w:t>
            </w:r>
          </w:p>
        </w:tc>
        <w:tc>
          <w:tcPr>
            <w:tcW w:w="1837" w:type="dxa"/>
            <w:tcMar>
              <w:top w:w="100" w:type="dxa"/>
              <w:left w:w="150" w:type="dxa"/>
              <w:bottom w:w="100" w:type="dxa"/>
              <w:right w:w="150" w:type="dxa"/>
            </w:tcMar>
            <w:vAlign w:val="center"/>
          </w:tcPr>
          <w:p w14:paraId="4CCFB413" w14:textId="5DEA6EFF" w:rsidR="004F1859" w:rsidRPr="003A1F4E" w:rsidRDefault="00ED0E20" w:rsidP="00036B5A">
            <w:pPr>
              <w:spacing w:before="40" w:after="40"/>
              <w:jc w:val="both"/>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 xml:space="preserve">Đồng chí Chủ nhiệm UBKT </w:t>
            </w:r>
            <w:r>
              <w:rPr>
                <w:rFonts w:ascii="Times New Roman" w:hAnsi="Times New Roman" w:cs="Times New Roman"/>
                <w:color w:val="000000" w:themeColor="text1"/>
                <w:sz w:val="28"/>
                <w:szCs w:val="28"/>
              </w:rPr>
              <w:t>Đảng</w:t>
            </w:r>
            <w:r w:rsidRPr="003A1F4E">
              <w:rPr>
                <w:rFonts w:ascii="Times New Roman" w:hAnsi="Times New Roman" w:cs="Times New Roman"/>
                <w:color w:val="000000" w:themeColor="text1"/>
                <w:sz w:val="28"/>
                <w:szCs w:val="28"/>
              </w:rPr>
              <w:t xml:space="preserve"> ủy; Bí thư </w:t>
            </w:r>
            <w:r>
              <w:rPr>
                <w:rFonts w:ascii="Times New Roman" w:hAnsi="Times New Roman" w:cs="Times New Roman"/>
                <w:color w:val="000000" w:themeColor="text1"/>
                <w:sz w:val="28"/>
                <w:szCs w:val="28"/>
              </w:rPr>
              <w:t>chi bộ</w:t>
            </w:r>
          </w:p>
        </w:tc>
        <w:tc>
          <w:tcPr>
            <w:tcW w:w="2841" w:type="dxa"/>
            <w:tcMar>
              <w:top w:w="100" w:type="dxa"/>
              <w:left w:w="150" w:type="dxa"/>
              <w:bottom w:w="100" w:type="dxa"/>
              <w:right w:w="150" w:type="dxa"/>
            </w:tcMar>
            <w:vAlign w:val="center"/>
          </w:tcPr>
          <w:p w14:paraId="573C23A1" w14:textId="40F92F25" w:rsidR="004F1859" w:rsidRPr="003A1F4E" w:rsidRDefault="004F1859" w:rsidP="00ED0E20">
            <w:pPr>
              <w:spacing w:before="40" w:after="40"/>
              <w:jc w:val="both"/>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 xml:space="preserve">Báo cáo kết quả </w:t>
            </w:r>
            <w:r w:rsidR="00ED0E20">
              <w:rPr>
                <w:rFonts w:ascii="Times New Roman" w:hAnsi="Times New Roman" w:cs="Times New Roman"/>
                <w:color w:val="000000" w:themeColor="text1"/>
                <w:sz w:val="28"/>
                <w:szCs w:val="28"/>
              </w:rPr>
              <w:t>giám sát</w:t>
            </w:r>
            <w:r w:rsidRPr="003A1F4E">
              <w:rPr>
                <w:rFonts w:ascii="Times New Roman" w:hAnsi="Times New Roman" w:cs="Times New Roman"/>
                <w:color w:val="000000" w:themeColor="text1"/>
                <w:sz w:val="28"/>
                <w:szCs w:val="28"/>
              </w:rPr>
              <w:t xml:space="preserve"> tổng thể và danh sách </w:t>
            </w:r>
            <w:r w:rsidR="00ED0E20" w:rsidRPr="00ED0E20">
              <w:rPr>
                <w:rFonts w:ascii="Times New Roman" w:hAnsi="Times New Roman" w:cs="Times New Roman"/>
                <w:color w:val="000000" w:themeColor="text1"/>
                <w:sz w:val="28"/>
                <w:szCs w:val="28"/>
              </w:rPr>
              <w:t>tổ chức, cá nhân không thực hiện hoặc thực hiện không đầy đủ</w:t>
            </w:r>
            <w:r w:rsidR="00ED0E20">
              <w:rPr>
                <w:rFonts w:ascii="Times New Roman" w:hAnsi="Times New Roman" w:cs="Times New Roman"/>
                <w:color w:val="000000" w:themeColor="text1"/>
                <w:sz w:val="28"/>
                <w:szCs w:val="28"/>
              </w:rPr>
              <w:t xml:space="preserve"> đề nghị Đảng uỷ xem xét trách nhiệm</w:t>
            </w:r>
          </w:p>
        </w:tc>
        <w:tc>
          <w:tcPr>
            <w:tcW w:w="1843" w:type="dxa"/>
            <w:vAlign w:val="center"/>
          </w:tcPr>
          <w:p w14:paraId="392FB274" w14:textId="150CD36A" w:rsidR="004F1859" w:rsidRPr="003A1F4E" w:rsidRDefault="004F1859" w:rsidP="00036B5A">
            <w:pPr>
              <w:spacing w:before="40" w:after="40"/>
              <w:jc w:val="both"/>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Thường xuyên hằng năm</w:t>
            </w:r>
          </w:p>
        </w:tc>
      </w:tr>
      <w:tr w:rsidR="003A1F4E" w:rsidRPr="003A1F4E" w14:paraId="7F3F7DCA" w14:textId="2E6147C7" w:rsidTr="00B64138">
        <w:trPr>
          <w:jc w:val="center"/>
        </w:trPr>
        <w:tc>
          <w:tcPr>
            <w:tcW w:w="720" w:type="dxa"/>
            <w:tcMar>
              <w:top w:w="100" w:type="dxa"/>
              <w:left w:w="150" w:type="dxa"/>
              <w:bottom w:w="100" w:type="dxa"/>
              <w:right w:w="150" w:type="dxa"/>
            </w:tcMar>
            <w:vAlign w:val="center"/>
          </w:tcPr>
          <w:p w14:paraId="411EB5EA" w14:textId="3710AC63" w:rsidR="008D333C" w:rsidRPr="003A1F4E" w:rsidRDefault="004F1859" w:rsidP="00036B5A">
            <w:pPr>
              <w:spacing w:before="40" w:after="40" w:line="276" w:lineRule="auto"/>
              <w:jc w:val="center"/>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lastRenderedPageBreak/>
              <w:t>6</w:t>
            </w:r>
          </w:p>
        </w:tc>
        <w:tc>
          <w:tcPr>
            <w:tcW w:w="4237" w:type="dxa"/>
            <w:tcMar>
              <w:top w:w="100" w:type="dxa"/>
              <w:left w:w="150" w:type="dxa"/>
              <w:bottom w:w="100" w:type="dxa"/>
              <w:right w:w="150" w:type="dxa"/>
            </w:tcMar>
            <w:vAlign w:val="center"/>
          </w:tcPr>
          <w:p w14:paraId="5235BB82" w14:textId="3ABD0A4D" w:rsidR="008D333C" w:rsidRPr="003A1F4E" w:rsidRDefault="00B64138" w:rsidP="00B64138">
            <w:pPr>
              <w:spacing w:before="120" w:line="320" w:lineRule="atLeast"/>
              <w:jc w:val="both"/>
              <w:rPr>
                <w:rFonts w:ascii="Times New Roman" w:hAnsi="Times New Roman" w:cs="Times New Roman"/>
                <w:color w:val="000000" w:themeColor="text1"/>
                <w:sz w:val="28"/>
                <w:szCs w:val="28"/>
              </w:rPr>
            </w:pPr>
            <w:r w:rsidRPr="00B64138">
              <w:rPr>
                <w:rFonts w:ascii="Times New Roman" w:hAnsi="Times New Roman" w:cs="Times New Roman"/>
                <w:color w:val="000000" w:themeColor="text1"/>
                <w:sz w:val="28"/>
                <w:szCs w:val="28"/>
              </w:rPr>
              <w:t>Phấn đấu thực hiện số hóa 100% hồ sơ kiểm tra, giám sát liên quan đến việc thực hiện Quy định số 207-QĐ/TW theo điều kiện thực tế và yêu cầu của cấp trên.</w:t>
            </w:r>
          </w:p>
        </w:tc>
        <w:tc>
          <w:tcPr>
            <w:tcW w:w="3260" w:type="dxa"/>
            <w:tcMar>
              <w:top w:w="100" w:type="dxa"/>
              <w:left w:w="150" w:type="dxa"/>
              <w:bottom w:w="100" w:type="dxa"/>
              <w:right w:w="150" w:type="dxa"/>
            </w:tcMar>
            <w:vAlign w:val="center"/>
          </w:tcPr>
          <w:p w14:paraId="72673A79" w14:textId="643BF64B" w:rsidR="008D333C" w:rsidRPr="003A1F4E" w:rsidRDefault="008D333C" w:rsidP="00B64138">
            <w:pPr>
              <w:spacing w:before="40" w:after="40" w:line="276" w:lineRule="auto"/>
              <w:jc w:val="both"/>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 xml:space="preserve">Ủy ban Kiểm tra </w:t>
            </w:r>
            <w:r w:rsidR="00B64138">
              <w:rPr>
                <w:rFonts w:ascii="Times New Roman" w:hAnsi="Times New Roman" w:cs="Times New Roman"/>
                <w:color w:val="000000" w:themeColor="text1"/>
                <w:sz w:val="28"/>
                <w:szCs w:val="28"/>
              </w:rPr>
              <w:t>Đảng</w:t>
            </w:r>
            <w:r w:rsidRPr="003A1F4E">
              <w:rPr>
                <w:rFonts w:ascii="Times New Roman" w:hAnsi="Times New Roman" w:cs="Times New Roman"/>
                <w:color w:val="000000" w:themeColor="text1"/>
                <w:sz w:val="28"/>
                <w:szCs w:val="28"/>
              </w:rPr>
              <w:t xml:space="preserve"> ủy</w:t>
            </w:r>
          </w:p>
        </w:tc>
        <w:tc>
          <w:tcPr>
            <w:tcW w:w="1837" w:type="dxa"/>
            <w:tcMar>
              <w:top w:w="100" w:type="dxa"/>
              <w:left w:w="150" w:type="dxa"/>
              <w:bottom w:w="100" w:type="dxa"/>
              <w:right w:w="150" w:type="dxa"/>
            </w:tcMar>
            <w:vAlign w:val="center"/>
          </w:tcPr>
          <w:p w14:paraId="7D3B2266" w14:textId="757A1F51" w:rsidR="008D333C" w:rsidRPr="003A1F4E" w:rsidRDefault="004F1859" w:rsidP="00B64138">
            <w:pPr>
              <w:spacing w:before="40" w:after="40" w:line="276" w:lineRule="auto"/>
              <w:jc w:val="both"/>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Đồng chí</w:t>
            </w:r>
            <w:r w:rsidR="008D333C" w:rsidRPr="003A1F4E">
              <w:rPr>
                <w:rFonts w:ascii="Times New Roman" w:hAnsi="Times New Roman" w:cs="Times New Roman"/>
                <w:color w:val="000000" w:themeColor="text1"/>
                <w:sz w:val="28"/>
                <w:szCs w:val="28"/>
              </w:rPr>
              <w:t xml:space="preserve"> Chủ nhiệm UBKT </w:t>
            </w:r>
            <w:r w:rsidR="00B64138">
              <w:rPr>
                <w:rFonts w:ascii="Times New Roman" w:hAnsi="Times New Roman" w:cs="Times New Roman"/>
                <w:color w:val="000000" w:themeColor="text1"/>
                <w:sz w:val="28"/>
                <w:szCs w:val="28"/>
              </w:rPr>
              <w:t>Đảng</w:t>
            </w:r>
            <w:r w:rsidR="008D333C" w:rsidRPr="003A1F4E">
              <w:rPr>
                <w:rFonts w:ascii="Times New Roman" w:hAnsi="Times New Roman" w:cs="Times New Roman"/>
                <w:color w:val="000000" w:themeColor="text1"/>
                <w:sz w:val="28"/>
                <w:szCs w:val="28"/>
              </w:rPr>
              <w:t xml:space="preserve"> ủy</w:t>
            </w:r>
          </w:p>
        </w:tc>
        <w:tc>
          <w:tcPr>
            <w:tcW w:w="2841" w:type="dxa"/>
            <w:tcMar>
              <w:top w:w="100" w:type="dxa"/>
              <w:left w:w="150" w:type="dxa"/>
              <w:bottom w:w="100" w:type="dxa"/>
              <w:right w:w="150" w:type="dxa"/>
            </w:tcMar>
            <w:vAlign w:val="center"/>
          </w:tcPr>
          <w:p w14:paraId="60A3995D" w14:textId="337BF833" w:rsidR="008D333C" w:rsidRPr="003A1F4E" w:rsidRDefault="00894166" w:rsidP="00B64138">
            <w:pPr>
              <w:spacing w:before="40" w:after="40" w:line="276" w:lineRule="auto"/>
              <w:jc w:val="both"/>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Hệ thống/Cơ sở dữ liệu số về hồ sơ KT</w:t>
            </w:r>
            <w:r w:rsidR="00B64138">
              <w:rPr>
                <w:rFonts w:ascii="Times New Roman" w:hAnsi="Times New Roman" w:cs="Times New Roman"/>
                <w:color w:val="000000" w:themeColor="text1"/>
                <w:sz w:val="28"/>
                <w:szCs w:val="28"/>
              </w:rPr>
              <w:t>,</w:t>
            </w:r>
            <w:r w:rsidRPr="003A1F4E">
              <w:rPr>
                <w:rFonts w:ascii="Times New Roman" w:hAnsi="Times New Roman" w:cs="Times New Roman"/>
                <w:color w:val="000000" w:themeColor="text1"/>
                <w:sz w:val="28"/>
                <w:szCs w:val="28"/>
              </w:rPr>
              <w:t xml:space="preserve">GS </w:t>
            </w:r>
            <w:r w:rsidR="00B64138">
              <w:rPr>
                <w:rFonts w:ascii="Times New Roman" w:hAnsi="Times New Roman" w:cs="Times New Roman"/>
                <w:color w:val="000000" w:themeColor="text1"/>
                <w:sz w:val="28"/>
                <w:szCs w:val="28"/>
              </w:rPr>
              <w:t xml:space="preserve">từ </w:t>
            </w:r>
            <w:r w:rsidRPr="003A1F4E">
              <w:rPr>
                <w:rFonts w:ascii="Times New Roman" w:hAnsi="Times New Roman" w:cs="Times New Roman"/>
                <w:color w:val="000000" w:themeColor="text1"/>
                <w:sz w:val="28"/>
                <w:szCs w:val="28"/>
              </w:rPr>
              <w:t xml:space="preserve">tỉnh </w:t>
            </w:r>
            <w:r w:rsidR="00B64138">
              <w:rPr>
                <w:rFonts w:ascii="Times New Roman" w:hAnsi="Times New Roman" w:cs="Times New Roman"/>
                <w:color w:val="000000" w:themeColor="text1"/>
                <w:sz w:val="28"/>
                <w:szCs w:val="28"/>
              </w:rPr>
              <w:t xml:space="preserve">đến xã </w:t>
            </w:r>
            <w:r w:rsidRPr="003A1F4E">
              <w:rPr>
                <w:rFonts w:ascii="Times New Roman" w:hAnsi="Times New Roman" w:cs="Times New Roman"/>
                <w:color w:val="000000" w:themeColor="text1"/>
                <w:sz w:val="28"/>
                <w:szCs w:val="28"/>
              </w:rPr>
              <w:t>được xây dựng và cập nhật đầy đủ thông tin</w:t>
            </w:r>
            <w:r w:rsidR="004F1859" w:rsidRPr="003A1F4E">
              <w:rPr>
                <w:rFonts w:ascii="Times New Roman" w:hAnsi="Times New Roman" w:cs="Times New Roman"/>
                <w:color w:val="000000" w:themeColor="text1"/>
                <w:sz w:val="28"/>
                <w:szCs w:val="28"/>
              </w:rPr>
              <w:t>.</w:t>
            </w:r>
          </w:p>
        </w:tc>
        <w:tc>
          <w:tcPr>
            <w:tcW w:w="1843" w:type="dxa"/>
            <w:vAlign w:val="center"/>
          </w:tcPr>
          <w:p w14:paraId="650B7302" w14:textId="2F89D09A" w:rsidR="008D333C" w:rsidRPr="003A1F4E" w:rsidRDefault="008D333C" w:rsidP="00036B5A">
            <w:pPr>
              <w:spacing w:before="40" w:after="40"/>
              <w:jc w:val="both"/>
              <w:rPr>
                <w:rFonts w:ascii="Times New Roman" w:hAnsi="Times New Roman" w:cs="Times New Roman"/>
                <w:color w:val="000000" w:themeColor="text1"/>
                <w:sz w:val="28"/>
                <w:szCs w:val="28"/>
              </w:rPr>
            </w:pPr>
            <w:r w:rsidRPr="003A1F4E">
              <w:rPr>
                <w:rFonts w:ascii="Times New Roman" w:hAnsi="Times New Roman" w:cs="Times New Roman"/>
                <w:color w:val="000000" w:themeColor="text1"/>
                <w:sz w:val="28"/>
                <w:szCs w:val="28"/>
              </w:rPr>
              <w:t>Đến năm 2027</w:t>
            </w:r>
          </w:p>
        </w:tc>
      </w:tr>
    </w:tbl>
    <w:p w14:paraId="0C23F975" w14:textId="77777777" w:rsidR="001800BF" w:rsidRPr="003A1F4E" w:rsidRDefault="001800BF" w:rsidP="003A64A2">
      <w:pPr>
        <w:spacing w:before="360" w:after="360" w:line="288" w:lineRule="auto"/>
        <w:rPr>
          <w:color w:val="000000" w:themeColor="text1"/>
          <w:sz w:val="28"/>
          <w:szCs w:val="28"/>
        </w:rPr>
      </w:pPr>
    </w:p>
    <w:sectPr w:rsidR="001800BF" w:rsidRPr="003A1F4E" w:rsidSect="008D333C">
      <w:pgSz w:w="16840" w:h="11907" w:orient="landscape" w:code="9"/>
      <w:pgMar w:top="1701"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6447"/>
    <w:rsid w:val="000147CE"/>
    <w:rsid w:val="000208E9"/>
    <w:rsid w:val="00034616"/>
    <w:rsid w:val="00036B5A"/>
    <w:rsid w:val="000370CF"/>
    <w:rsid w:val="00053F25"/>
    <w:rsid w:val="0006063C"/>
    <w:rsid w:val="00064D1A"/>
    <w:rsid w:val="00067151"/>
    <w:rsid w:val="00072459"/>
    <w:rsid w:val="000A3746"/>
    <w:rsid w:val="000B4F72"/>
    <w:rsid w:val="000C344E"/>
    <w:rsid w:val="000C3B14"/>
    <w:rsid w:val="000D430D"/>
    <w:rsid w:val="00125FE4"/>
    <w:rsid w:val="0015074B"/>
    <w:rsid w:val="001800BF"/>
    <w:rsid w:val="00197D8A"/>
    <w:rsid w:val="001A2061"/>
    <w:rsid w:val="001F3023"/>
    <w:rsid w:val="001F63A1"/>
    <w:rsid w:val="00235EFD"/>
    <w:rsid w:val="0029639D"/>
    <w:rsid w:val="002C5972"/>
    <w:rsid w:val="002D0213"/>
    <w:rsid w:val="00326F90"/>
    <w:rsid w:val="00341F8B"/>
    <w:rsid w:val="003A1F4E"/>
    <w:rsid w:val="003A64A2"/>
    <w:rsid w:val="003E757B"/>
    <w:rsid w:val="003E7641"/>
    <w:rsid w:val="003F50B5"/>
    <w:rsid w:val="00416C24"/>
    <w:rsid w:val="0043707F"/>
    <w:rsid w:val="00470D8F"/>
    <w:rsid w:val="004D3DB4"/>
    <w:rsid w:val="004F1859"/>
    <w:rsid w:val="00514F0A"/>
    <w:rsid w:val="005307F3"/>
    <w:rsid w:val="0056456A"/>
    <w:rsid w:val="00566B07"/>
    <w:rsid w:val="005C4117"/>
    <w:rsid w:val="005D6B4C"/>
    <w:rsid w:val="005E3CFD"/>
    <w:rsid w:val="00655C30"/>
    <w:rsid w:val="00666CD7"/>
    <w:rsid w:val="00683D25"/>
    <w:rsid w:val="006847E0"/>
    <w:rsid w:val="006A42E0"/>
    <w:rsid w:val="006B1AF5"/>
    <w:rsid w:val="006F6752"/>
    <w:rsid w:val="007010AE"/>
    <w:rsid w:val="00705024"/>
    <w:rsid w:val="007101C7"/>
    <w:rsid w:val="00723049"/>
    <w:rsid w:val="0073117D"/>
    <w:rsid w:val="00750AA5"/>
    <w:rsid w:val="0078675B"/>
    <w:rsid w:val="007A4922"/>
    <w:rsid w:val="007C6970"/>
    <w:rsid w:val="007D353A"/>
    <w:rsid w:val="007D5716"/>
    <w:rsid w:val="007F3A14"/>
    <w:rsid w:val="008034CC"/>
    <w:rsid w:val="0088196E"/>
    <w:rsid w:val="00883373"/>
    <w:rsid w:val="00890055"/>
    <w:rsid w:val="00894166"/>
    <w:rsid w:val="00895AEF"/>
    <w:rsid w:val="008A3726"/>
    <w:rsid w:val="008C7C47"/>
    <w:rsid w:val="008D333C"/>
    <w:rsid w:val="008D3800"/>
    <w:rsid w:val="008E5B83"/>
    <w:rsid w:val="00935B2F"/>
    <w:rsid w:val="009C5EE6"/>
    <w:rsid w:val="009C65D9"/>
    <w:rsid w:val="009C7B5F"/>
    <w:rsid w:val="00A12069"/>
    <w:rsid w:val="00A16524"/>
    <w:rsid w:val="00A2562D"/>
    <w:rsid w:val="00A3117B"/>
    <w:rsid w:val="00A53566"/>
    <w:rsid w:val="00A572EE"/>
    <w:rsid w:val="00A5733B"/>
    <w:rsid w:val="00A61831"/>
    <w:rsid w:val="00A91977"/>
    <w:rsid w:val="00AA1D8D"/>
    <w:rsid w:val="00AA5250"/>
    <w:rsid w:val="00B17EE6"/>
    <w:rsid w:val="00B22CE2"/>
    <w:rsid w:val="00B47730"/>
    <w:rsid w:val="00B64138"/>
    <w:rsid w:val="00BA46E8"/>
    <w:rsid w:val="00C00975"/>
    <w:rsid w:val="00C201F6"/>
    <w:rsid w:val="00C20291"/>
    <w:rsid w:val="00C23B0A"/>
    <w:rsid w:val="00C35B94"/>
    <w:rsid w:val="00C52936"/>
    <w:rsid w:val="00C67F01"/>
    <w:rsid w:val="00C80516"/>
    <w:rsid w:val="00C8301B"/>
    <w:rsid w:val="00C91EE7"/>
    <w:rsid w:val="00CB0664"/>
    <w:rsid w:val="00CB5509"/>
    <w:rsid w:val="00CB55B1"/>
    <w:rsid w:val="00CB7B62"/>
    <w:rsid w:val="00CD242D"/>
    <w:rsid w:val="00CE26BE"/>
    <w:rsid w:val="00CE2F22"/>
    <w:rsid w:val="00CF531E"/>
    <w:rsid w:val="00D0632E"/>
    <w:rsid w:val="00D4201D"/>
    <w:rsid w:val="00D53CE8"/>
    <w:rsid w:val="00D74560"/>
    <w:rsid w:val="00DA0756"/>
    <w:rsid w:val="00DA42C2"/>
    <w:rsid w:val="00DB141F"/>
    <w:rsid w:val="00DC6948"/>
    <w:rsid w:val="00DD1623"/>
    <w:rsid w:val="00DF615D"/>
    <w:rsid w:val="00E13CB8"/>
    <w:rsid w:val="00E71AEA"/>
    <w:rsid w:val="00E71CA0"/>
    <w:rsid w:val="00E911AE"/>
    <w:rsid w:val="00EA332C"/>
    <w:rsid w:val="00EA45F7"/>
    <w:rsid w:val="00EC02B0"/>
    <w:rsid w:val="00ED0E20"/>
    <w:rsid w:val="00EE242A"/>
    <w:rsid w:val="00F02747"/>
    <w:rsid w:val="00F04C38"/>
    <w:rsid w:val="00F502AE"/>
    <w:rsid w:val="00F53AAF"/>
    <w:rsid w:val="00FA46D5"/>
    <w:rsid w:val="00FC19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8ED6515F-C7E1-4733-AEE3-7F02CB956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A572EE"/>
    <w:pPr>
      <w:spacing w:before="100" w:beforeAutospacing="1" w:after="100" w:afterAutospacing="1" w:line="240" w:lineRule="auto"/>
    </w:pPr>
    <w:rPr>
      <w:rFonts w:ascii="Times New Roman" w:eastAsia="Times New Roman" w:hAnsi="Times New Roman" w:cs="Times New Roman"/>
      <w:sz w:val="24"/>
      <w:szCs w:val="24"/>
      <w:lang w:val="en-SG" w:eastAsia="en-SG"/>
    </w:rPr>
  </w:style>
  <w:style w:type="character" w:customStyle="1" w:styleId="fontstyle01">
    <w:name w:val="fontstyle01"/>
    <w:basedOn w:val="DefaultParagraphFont"/>
    <w:rsid w:val="00A572EE"/>
    <w:rPr>
      <w:rFonts w:ascii="TimesNewRomanPSMT" w:hAnsi="TimesNewRomanPSMT" w:hint="default"/>
      <w:b w:val="0"/>
      <w:bCs w:val="0"/>
      <w:i w:val="0"/>
      <w:iCs w:val="0"/>
      <w:color w:val="000000"/>
      <w:sz w:val="30"/>
      <w:szCs w:val="30"/>
    </w:rPr>
  </w:style>
  <w:style w:type="character" w:customStyle="1" w:styleId="ng-star-inserted">
    <w:name w:val="ng-star-inserted"/>
    <w:basedOn w:val="DefaultParagraphFont"/>
    <w:rsid w:val="00A57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2850F-8213-4972-B6BC-7BF7068ED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cp:lastModifiedBy>
  <cp:revision>27</cp:revision>
  <cp:lastPrinted>2026-08-20T01:38:00Z</cp:lastPrinted>
  <dcterms:created xsi:type="dcterms:W3CDTF">2026-08-19T14:32:00Z</dcterms:created>
  <dcterms:modified xsi:type="dcterms:W3CDTF">2026-08-26T09:42:00Z</dcterms:modified>
  <cp:category/>
</cp:coreProperties>
</file>