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3E0B29" w14:textId="5D663D2C" w:rsidR="007101C7" w:rsidRPr="005D4A9A" w:rsidRDefault="00197D8A" w:rsidP="007101C7">
      <w:pPr>
        <w:spacing w:after="80" w:line="288" w:lineRule="auto"/>
        <w:jc w:val="center"/>
        <w:rPr>
          <w:color w:val="000000" w:themeColor="text1"/>
          <w:sz w:val="28"/>
          <w:szCs w:val="28"/>
        </w:rPr>
      </w:pPr>
      <w:r w:rsidRPr="005D4A9A">
        <w:rPr>
          <w:rFonts w:ascii="Times New Roman" w:hAnsi="Times New Roman"/>
          <w:b/>
          <w:color w:val="000000" w:themeColor="text1"/>
          <w:sz w:val="28"/>
          <w:szCs w:val="28"/>
        </w:rPr>
        <w:t>P</w:t>
      </w:r>
      <w:r w:rsidR="007101C7" w:rsidRPr="005D4A9A">
        <w:rPr>
          <w:rFonts w:ascii="Times New Roman" w:hAnsi="Times New Roman"/>
          <w:b/>
          <w:color w:val="000000" w:themeColor="text1"/>
          <w:sz w:val="28"/>
          <w:szCs w:val="28"/>
        </w:rPr>
        <w:t>HỤ LỤC II: TIẾN ĐỘ VÀ PHÂN CÔNG THỰC HIỆN CÁC NHIỆM VỤ TRỌNG TÂM</w:t>
      </w:r>
    </w:p>
    <w:p w14:paraId="6FC01FC4" w14:textId="097ED5E6" w:rsidR="007C76B8" w:rsidRPr="005D4A9A" w:rsidRDefault="007C76B8" w:rsidP="007C76B8">
      <w:pPr>
        <w:spacing w:after="240" w:line="288" w:lineRule="auto"/>
        <w:jc w:val="center"/>
        <w:rPr>
          <w:color w:val="000000" w:themeColor="text1"/>
          <w:sz w:val="28"/>
          <w:szCs w:val="28"/>
        </w:rPr>
      </w:pPr>
      <w:r w:rsidRPr="005D4A9A">
        <w:rPr>
          <w:rFonts w:ascii="Times New Roman" w:hAnsi="Times New Roman"/>
          <w:i/>
          <w:color w:val="000000" w:themeColor="text1"/>
          <w:sz w:val="28"/>
          <w:szCs w:val="28"/>
        </w:rPr>
        <w:t>(Kèm theo Kế hoạch số      -KH/ĐU ngày      tháng 8 năm 2026 của Đảng ủy</w:t>
      </w:r>
      <w:r w:rsidRPr="005D4A9A">
        <w:rPr>
          <w:rFonts w:ascii="Times New Roman" w:hAnsi="Times New Roman"/>
          <w:i/>
          <w:color w:val="000000" w:themeColor="text1"/>
          <w:sz w:val="28"/>
          <w:szCs w:val="28"/>
        </w:rPr>
        <w:t xml:space="preserve"> xã Lùng Phình</w:t>
      </w:r>
      <w:r w:rsidRPr="005D4A9A">
        <w:rPr>
          <w:rFonts w:ascii="Times New Roman" w:hAnsi="Times New Roman"/>
          <w:i/>
          <w:color w:val="000000" w:themeColor="text1"/>
          <w:sz w:val="28"/>
          <w:szCs w:val="28"/>
        </w:rPr>
        <w:t>)</w:t>
      </w:r>
    </w:p>
    <w:p w14:paraId="03716A42" w14:textId="77777777" w:rsidR="00567F6E" w:rsidRPr="005D4A9A" w:rsidRDefault="00567F6E" w:rsidP="007101C7">
      <w:pPr>
        <w:spacing w:after="240" w:line="288" w:lineRule="auto"/>
        <w:jc w:val="center"/>
        <w:rPr>
          <w:color w:val="000000" w:themeColor="text1"/>
        </w:rPr>
      </w:pPr>
    </w:p>
    <w:tbl>
      <w:tblPr>
        <w:tblStyle w:val="TableGrid"/>
        <w:tblW w:w="14767" w:type="dxa"/>
        <w:jc w:val="center"/>
        <w:tblLayout w:type="fixed"/>
        <w:tblLook w:val="04A0" w:firstRow="1" w:lastRow="0" w:firstColumn="1" w:lastColumn="0" w:noHBand="0" w:noVBand="1"/>
      </w:tblPr>
      <w:tblGrid>
        <w:gridCol w:w="846"/>
        <w:gridCol w:w="4252"/>
        <w:gridCol w:w="2835"/>
        <w:gridCol w:w="2268"/>
        <w:gridCol w:w="2694"/>
        <w:gridCol w:w="1872"/>
      </w:tblGrid>
      <w:tr w:rsidR="00273220" w:rsidRPr="005D4A9A" w14:paraId="0536AE3C" w14:textId="5F7DAD6F" w:rsidTr="00322543">
        <w:trPr>
          <w:jc w:val="center"/>
        </w:trPr>
        <w:tc>
          <w:tcPr>
            <w:tcW w:w="846" w:type="dxa"/>
            <w:shd w:val="clear" w:color="auto" w:fill="FFFFFF" w:themeFill="background1"/>
            <w:tcMar>
              <w:top w:w="100" w:type="dxa"/>
              <w:left w:w="100" w:type="dxa"/>
              <w:bottom w:w="100" w:type="dxa"/>
              <w:right w:w="100" w:type="dxa"/>
            </w:tcMar>
            <w:vAlign w:val="center"/>
          </w:tcPr>
          <w:p w14:paraId="480DBCC2" w14:textId="77777777" w:rsidR="00640552" w:rsidRPr="005D4A9A" w:rsidRDefault="00640552" w:rsidP="00920FC7">
            <w:pPr>
              <w:jc w:val="center"/>
              <w:rPr>
                <w:rFonts w:ascii="Times New Roman" w:hAnsi="Times New Roman" w:cs="Times New Roman"/>
                <w:color w:val="000000" w:themeColor="text1"/>
                <w:sz w:val="28"/>
                <w:szCs w:val="28"/>
              </w:rPr>
            </w:pPr>
            <w:r w:rsidRPr="005D4A9A">
              <w:rPr>
                <w:rFonts w:ascii="Times New Roman" w:hAnsi="Times New Roman" w:cs="Times New Roman"/>
                <w:b/>
                <w:color w:val="000000" w:themeColor="text1"/>
                <w:sz w:val="28"/>
                <w:szCs w:val="28"/>
              </w:rPr>
              <w:t>STT</w:t>
            </w:r>
          </w:p>
        </w:tc>
        <w:tc>
          <w:tcPr>
            <w:tcW w:w="4252" w:type="dxa"/>
            <w:shd w:val="clear" w:color="auto" w:fill="FFFFFF" w:themeFill="background1"/>
            <w:tcMar>
              <w:top w:w="100" w:type="dxa"/>
              <w:left w:w="100" w:type="dxa"/>
              <w:bottom w:w="100" w:type="dxa"/>
              <w:right w:w="100" w:type="dxa"/>
            </w:tcMar>
            <w:vAlign w:val="center"/>
          </w:tcPr>
          <w:p w14:paraId="520F285B" w14:textId="291DC5A6" w:rsidR="00640552" w:rsidRPr="005D4A9A" w:rsidRDefault="00640552" w:rsidP="00920FC7">
            <w:pPr>
              <w:jc w:val="center"/>
              <w:rPr>
                <w:rFonts w:ascii="Times New Roman" w:hAnsi="Times New Roman" w:cs="Times New Roman"/>
                <w:color w:val="000000" w:themeColor="text1"/>
                <w:sz w:val="28"/>
                <w:szCs w:val="28"/>
              </w:rPr>
            </w:pPr>
            <w:r w:rsidRPr="005D4A9A">
              <w:rPr>
                <w:rFonts w:ascii="Times New Roman" w:hAnsi="Times New Roman" w:cs="Times New Roman"/>
                <w:b/>
                <w:color w:val="000000" w:themeColor="text1"/>
                <w:sz w:val="28"/>
                <w:szCs w:val="28"/>
              </w:rPr>
              <w:t>Nhiệm vụ trọng tâm, thường xuyên và nhiệm vụ theo lộ trình</w:t>
            </w:r>
          </w:p>
        </w:tc>
        <w:tc>
          <w:tcPr>
            <w:tcW w:w="2835" w:type="dxa"/>
            <w:shd w:val="clear" w:color="auto" w:fill="FFFFFF" w:themeFill="background1"/>
            <w:tcMar>
              <w:top w:w="100" w:type="dxa"/>
              <w:left w:w="100" w:type="dxa"/>
              <w:bottom w:w="100" w:type="dxa"/>
              <w:right w:w="100" w:type="dxa"/>
            </w:tcMar>
            <w:vAlign w:val="center"/>
          </w:tcPr>
          <w:p w14:paraId="2A8C08A5" w14:textId="77777777" w:rsidR="00640552" w:rsidRPr="005D4A9A" w:rsidRDefault="00640552" w:rsidP="00920FC7">
            <w:pPr>
              <w:jc w:val="center"/>
              <w:rPr>
                <w:rFonts w:ascii="Times New Roman" w:hAnsi="Times New Roman" w:cs="Times New Roman"/>
                <w:color w:val="000000" w:themeColor="text1"/>
                <w:sz w:val="28"/>
                <w:szCs w:val="28"/>
              </w:rPr>
            </w:pPr>
            <w:r w:rsidRPr="005D4A9A">
              <w:rPr>
                <w:rFonts w:ascii="Times New Roman" w:hAnsi="Times New Roman" w:cs="Times New Roman"/>
                <w:b/>
                <w:color w:val="000000" w:themeColor="text1"/>
                <w:sz w:val="28"/>
                <w:szCs w:val="28"/>
              </w:rPr>
              <w:t>Cơ quan chủ trì / phối hợp</w:t>
            </w:r>
          </w:p>
        </w:tc>
        <w:tc>
          <w:tcPr>
            <w:tcW w:w="2268" w:type="dxa"/>
            <w:shd w:val="clear" w:color="auto" w:fill="FFFFFF" w:themeFill="background1"/>
            <w:tcMar>
              <w:top w:w="100" w:type="dxa"/>
              <w:left w:w="100" w:type="dxa"/>
              <w:bottom w:w="100" w:type="dxa"/>
              <w:right w:w="100" w:type="dxa"/>
            </w:tcMar>
            <w:vAlign w:val="center"/>
          </w:tcPr>
          <w:p w14:paraId="593476C2" w14:textId="641A5191" w:rsidR="00640552" w:rsidRPr="005D4A9A" w:rsidRDefault="00923900" w:rsidP="00920FC7">
            <w:pPr>
              <w:jc w:val="center"/>
              <w:rPr>
                <w:rFonts w:ascii="Times New Roman" w:hAnsi="Times New Roman" w:cs="Times New Roman"/>
                <w:color w:val="000000" w:themeColor="text1"/>
                <w:sz w:val="28"/>
                <w:szCs w:val="28"/>
              </w:rPr>
            </w:pPr>
            <w:r w:rsidRPr="005D4A9A">
              <w:rPr>
                <w:rFonts w:ascii="Times New Roman" w:hAnsi="Times New Roman" w:cs="Times New Roman"/>
                <w:b/>
                <w:color w:val="000000" w:themeColor="text1"/>
                <w:sz w:val="28"/>
                <w:szCs w:val="28"/>
              </w:rPr>
              <w:t>Lãnh đạo chỉ đạo</w:t>
            </w:r>
          </w:p>
        </w:tc>
        <w:tc>
          <w:tcPr>
            <w:tcW w:w="2694" w:type="dxa"/>
            <w:shd w:val="clear" w:color="auto" w:fill="FFFFFF" w:themeFill="background1"/>
            <w:tcMar>
              <w:top w:w="100" w:type="dxa"/>
              <w:left w:w="100" w:type="dxa"/>
              <w:bottom w:w="100" w:type="dxa"/>
              <w:right w:w="100" w:type="dxa"/>
            </w:tcMar>
            <w:vAlign w:val="center"/>
          </w:tcPr>
          <w:p w14:paraId="4CBCE1FE" w14:textId="47A6D16A" w:rsidR="00640552" w:rsidRPr="005D4A9A" w:rsidRDefault="00640552" w:rsidP="00920FC7">
            <w:pPr>
              <w:jc w:val="center"/>
              <w:rPr>
                <w:rFonts w:ascii="Times New Roman" w:hAnsi="Times New Roman" w:cs="Times New Roman"/>
                <w:b/>
                <w:bCs/>
                <w:color w:val="000000" w:themeColor="text1"/>
                <w:sz w:val="28"/>
                <w:szCs w:val="28"/>
              </w:rPr>
            </w:pPr>
            <w:r w:rsidRPr="005D4A9A">
              <w:rPr>
                <w:rFonts w:ascii="Times New Roman" w:hAnsi="Times New Roman" w:cs="Times New Roman"/>
                <w:b/>
                <w:bCs/>
                <w:color w:val="000000" w:themeColor="text1"/>
                <w:sz w:val="28"/>
                <w:szCs w:val="28"/>
              </w:rPr>
              <w:t>Kết quả, sản phẩm đầu ra</w:t>
            </w:r>
          </w:p>
        </w:tc>
        <w:tc>
          <w:tcPr>
            <w:tcW w:w="1872" w:type="dxa"/>
            <w:shd w:val="clear" w:color="auto" w:fill="FFFFFF" w:themeFill="background1"/>
          </w:tcPr>
          <w:p w14:paraId="737369EA" w14:textId="354DD015" w:rsidR="00640552" w:rsidRPr="005D4A9A" w:rsidRDefault="00640552" w:rsidP="00920FC7">
            <w:pPr>
              <w:jc w:val="center"/>
              <w:rPr>
                <w:rFonts w:ascii="Times New Roman" w:hAnsi="Times New Roman" w:cs="Times New Roman"/>
                <w:b/>
                <w:color w:val="000000" w:themeColor="text1"/>
                <w:sz w:val="28"/>
                <w:szCs w:val="28"/>
              </w:rPr>
            </w:pPr>
            <w:r w:rsidRPr="005D4A9A">
              <w:rPr>
                <w:rFonts w:ascii="Times New Roman" w:hAnsi="Times New Roman" w:cs="Times New Roman"/>
                <w:b/>
                <w:color w:val="000000" w:themeColor="text1"/>
                <w:sz w:val="28"/>
                <w:szCs w:val="28"/>
              </w:rPr>
              <w:t>Tiến độ hoàn thành</w:t>
            </w:r>
          </w:p>
        </w:tc>
      </w:tr>
      <w:tr w:rsidR="00273220" w:rsidRPr="005D4A9A" w14:paraId="7E0F94BC" w14:textId="2DB33A1C" w:rsidTr="00322543">
        <w:trPr>
          <w:jc w:val="center"/>
        </w:trPr>
        <w:tc>
          <w:tcPr>
            <w:tcW w:w="846" w:type="dxa"/>
            <w:tcMar>
              <w:top w:w="100" w:type="dxa"/>
              <w:left w:w="150" w:type="dxa"/>
              <w:bottom w:w="100" w:type="dxa"/>
              <w:right w:w="150" w:type="dxa"/>
            </w:tcMar>
          </w:tcPr>
          <w:p w14:paraId="6688CE7C" w14:textId="0A743A58" w:rsidR="00640552" w:rsidRPr="005D4A9A" w:rsidRDefault="00640552" w:rsidP="00DF6903">
            <w:pPr>
              <w:spacing w:before="40" w:after="40"/>
              <w:jc w:val="center"/>
              <w:rPr>
                <w:rFonts w:ascii="Times New Roman" w:hAnsi="Times New Roman" w:cs="Times New Roman"/>
                <w:b/>
                <w:bCs/>
                <w:color w:val="000000" w:themeColor="text1"/>
                <w:sz w:val="28"/>
                <w:szCs w:val="28"/>
              </w:rPr>
            </w:pPr>
            <w:r w:rsidRPr="005D4A9A">
              <w:rPr>
                <w:rFonts w:ascii="Times New Roman" w:hAnsi="Times New Roman" w:cs="Times New Roman"/>
                <w:b/>
                <w:bCs/>
                <w:color w:val="000000" w:themeColor="text1"/>
                <w:sz w:val="28"/>
                <w:szCs w:val="28"/>
              </w:rPr>
              <w:t>I</w:t>
            </w:r>
          </w:p>
        </w:tc>
        <w:tc>
          <w:tcPr>
            <w:tcW w:w="4252" w:type="dxa"/>
            <w:tcMar>
              <w:top w:w="100" w:type="dxa"/>
              <w:left w:w="150" w:type="dxa"/>
              <w:bottom w:w="100" w:type="dxa"/>
              <w:right w:w="150" w:type="dxa"/>
            </w:tcMar>
          </w:tcPr>
          <w:p w14:paraId="2966567F" w14:textId="2366BC90" w:rsidR="00640552" w:rsidRPr="005D4A9A" w:rsidRDefault="00640552" w:rsidP="00DF6903">
            <w:pPr>
              <w:spacing w:before="40" w:after="40"/>
              <w:rPr>
                <w:rFonts w:ascii="Times New Roman" w:hAnsi="Times New Roman" w:cs="Times New Roman"/>
                <w:color w:val="000000" w:themeColor="text1"/>
                <w:sz w:val="28"/>
                <w:szCs w:val="28"/>
              </w:rPr>
            </w:pPr>
            <w:r w:rsidRPr="005D4A9A">
              <w:rPr>
                <w:rFonts w:ascii="Times New Roman" w:hAnsi="Times New Roman" w:cs="Times New Roman"/>
                <w:b/>
                <w:color w:val="000000" w:themeColor="text1"/>
                <w:sz w:val="28"/>
                <w:szCs w:val="28"/>
              </w:rPr>
              <w:t>Nhiệm vụ cần làm ngay</w:t>
            </w:r>
          </w:p>
        </w:tc>
        <w:tc>
          <w:tcPr>
            <w:tcW w:w="2835" w:type="dxa"/>
            <w:tcMar>
              <w:top w:w="100" w:type="dxa"/>
              <w:left w:w="150" w:type="dxa"/>
              <w:bottom w:w="100" w:type="dxa"/>
              <w:right w:w="150" w:type="dxa"/>
            </w:tcMar>
          </w:tcPr>
          <w:p w14:paraId="56110BBE" w14:textId="77777777" w:rsidR="00640552" w:rsidRPr="005D4A9A" w:rsidRDefault="00640552" w:rsidP="00DF6903">
            <w:pPr>
              <w:spacing w:before="40" w:after="40"/>
              <w:rPr>
                <w:rFonts w:ascii="Times New Roman" w:hAnsi="Times New Roman" w:cs="Times New Roman"/>
                <w:color w:val="000000" w:themeColor="text1"/>
                <w:sz w:val="28"/>
                <w:szCs w:val="28"/>
              </w:rPr>
            </w:pPr>
          </w:p>
        </w:tc>
        <w:tc>
          <w:tcPr>
            <w:tcW w:w="2268" w:type="dxa"/>
            <w:tcMar>
              <w:top w:w="100" w:type="dxa"/>
              <w:left w:w="150" w:type="dxa"/>
              <w:bottom w:w="100" w:type="dxa"/>
              <w:right w:w="150" w:type="dxa"/>
            </w:tcMar>
          </w:tcPr>
          <w:p w14:paraId="66FC6E68" w14:textId="77777777" w:rsidR="00640552" w:rsidRPr="005D4A9A" w:rsidRDefault="00640552" w:rsidP="00DF6903">
            <w:pPr>
              <w:spacing w:before="40" w:after="40"/>
              <w:rPr>
                <w:rFonts w:ascii="Times New Roman" w:hAnsi="Times New Roman" w:cs="Times New Roman"/>
                <w:color w:val="000000" w:themeColor="text1"/>
                <w:sz w:val="28"/>
                <w:szCs w:val="28"/>
              </w:rPr>
            </w:pPr>
          </w:p>
        </w:tc>
        <w:tc>
          <w:tcPr>
            <w:tcW w:w="2694" w:type="dxa"/>
            <w:tcMar>
              <w:top w:w="100" w:type="dxa"/>
              <w:left w:w="150" w:type="dxa"/>
              <w:bottom w:w="100" w:type="dxa"/>
              <w:right w:w="150" w:type="dxa"/>
            </w:tcMar>
          </w:tcPr>
          <w:p w14:paraId="7D248BAE" w14:textId="77777777" w:rsidR="00640552" w:rsidRPr="005D4A9A" w:rsidRDefault="00640552" w:rsidP="00DF6903">
            <w:pPr>
              <w:spacing w:before="40" w:after="40"/>
              <w:jc w:val="center"/>
              <w:rPr>
                <w:rFonts w:ascii="Times New Roman" w:eastAsia="Times New Roman" w:hAnsi="Times New Roman" w:cs="Times New Roman"/>
                <w:bCs/>
                <w:color w:val="000000" w:themeColor="text1"/>
                <w:sz w:val="28"/>
                <w:szCs w:val="28"/>
                <w:lang w:eastAsia="en-SG"/>
              </w:rPr>
            </w:pPr>
          </w:p>
        </w:tc>
        <w:tc>
          <w:tcPr>
            <w:tcW w:w="1872" w:type="dxa"/>
          </w:tcPr>
          <w:p w14:paraId="4FC900A3" w14:textId="77777777" w:rsidR="00640552" w:rsidRPr="005D4A9A" w:rsidRDefault="00640552" w:rsidP="00DF6903">
            <w:pPr>
              <w:spacing w:before="40" w:after="40"/>
              <w:jc w:val="center"/>
              <w:rPr>
                <w:rFonts w:ascii="Times New Roman" w:eastAsia="Times New Roman" w:hAnsi="Times New Roman" w:cs="Times New Roman"/>
                <w:bCs/>
                <w:color w:val="000000" w:themeColor="text1"/>
                <w:sz w:val="28"/>
                <w:szCs w:val="28"/>
                <w:lang w:eastAsia="en-SG"/>
              </w:rPr>
            </w:pPr>
          </w:p>
        </w:tc>
      </w:tr>
      <w:tr w:rsidR="00273220" w:rsidRPr="005D4A9A" w14:paraId="2F4B8EF1" w14:textId="6D2A5D74" w:rsidTr="00322543">
        <w:trPr>
          <w:jc w:val="center"/>
        </w:trPr>
        <w:tc>
          <w:tcPr>
            <w:tcW w:w="846" w:type="dxa"/>
            <w:tcMar>
              <w:top w:w="100" w:type="dxa"/>
              <w:left w:w="150" w:type="dxa"/>
              <w:bottom w:w="100" w:type="dxa"/>
              <w:right w:w="150" w:type="dxa"/>
            </w:tcMar>
            <w:vAlign w:val="center"/>
          </w:tcPr>
          <w:p w14:paraId="4B225993" w14:textId="563EFA0F" w:rsidR="00640552" w:rsidRPr="005D4A9A" w:rsidRDefault="00640552" w:rsidP="00920FC7">
            <w:pPr>
              <w:spacing w:before="40" w:after="40" w:line="276" w:lineRule="auto"/>
              <w:jc w:val="center"/>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1</w:t>
            </w:r>
          </w:p>
        </w:tc>
        <w:tc>
          <w:tcPr>
            <w:tcW w:w="4252" w:type="dxa"/>
            <w:tcMar>
              <w:top w:w="100" w:type="dxa"/>
              <w:left w:w="150" w:type="dxa"/>
              <w:bottom w:w="100" w:type="dxa"/>
              <w:right w:w="150" w:type="dxa"/>
            </w:tcMar>
            <w:vAlign w:val="center"/>
          </w:tcPr>
          <w:p w14:paraId="7FD34AEB" w14:textId="733ECACD" w:rsidR="00640552" w:rsidRPr="005D4A9A" w:rsidRDefault="00640552" w:rsidP="007C76B8">
            <w:pPr>
              <w:spacing w:before="40" w:after="40" w:line="276" w:lineRule="auto"/>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 xml:space="preserve">Tổ chức Hội nghị để học tập, quán triệt sâu sắc Quy định 207-QĐ/TW, Kế hoạch 05-KH/TW và Hướng dẫn 02-HD/UBKTTW </w:t>
            </w:r>
            <w:r w:rsidR="007C76B8" w:rsidRPr="005D4A9A">
              <w:rPr>
                <w:rFonts w:ascii="Times New Roman" w:hAnsi="Times New Roman" w:cs="Times New Roman"/>
                <w:color w:val="000000" w:themeColor="text1"/>
                <w:sz w:val="28"/>
                <w:szCs w:val="28"/>
              </w:rPr>
              <w:t>và Chương trình số 04-CTr/UBKTTW</w:t>
            </w:r>
            <w:r w:rsidR="007C76B8" w:rsidRPr="005D4A9A">
              <w:rPr>
                <w:rFonts w:ascii="Times New Roman" w:hAnsi="Times New Roman" w:cs="Times New Roman"/>
                <w:color w:val="000000" w:themeColor="text1"/>
                <w:sz w:val="28"/>
                <w:szCs w:val="28"/>
              </w:rPr>
              <w:t xml:space="preserve"> </w:t>
            </w:r>
            <w:r w:rsidRPr="005D4A9A">
              <w:rPr>
                <w:rFonts w:ascii="Times New Roman" w:hAnsi="Times New Roman" w:cs="Times New Roman"/>
                <w:color w:val="000000" w:themeColor="text1"/>
                <w:sz w:val="28"/>
                <w:szCs w:val="28"/>
              </w:rPr>
              <w:t xml:space="preserve">đến toàn thể cán bộ, đảng viên trong Đảng bộ </w:t>
            </w:r>
            <w:r w:rsidR="007C76B8" w:rsidRPr="005D4A9A">
              <w:rPr>
                <w:rFonts w:ascii="Times New Roman" w:hAnsi="Times New Roman" w:cs="Times New Roman"/>
                <w:color w:val="000000" w:themeColor="text1"/>
                <w:sz w:val="28"/>
                <w:szCs w:val="28"/>
              </w:rPr>
              <w:t>xã</w:t>
            </w:r>
            <w:r w:rsidRPr="005D4A9A">
              <w:rPr>
                <w:rFonts w:ascii="Times New Roman" w:hAnsi="Times New Roman" w:cs="Times New Roman"/>
                <w:color w:val="000000" w:themeColor="text1"/>
                <w:sz w:val="28"/>
                <w:szCs w:val="28"/>
              </w:rPr>
              <w:t>, bảo đảm thống nhất về nhận thức, nâng cao trách nhiệm và tạo sự đồng thuận cao trong quá trình tổ chức thực hiện</w:t>
            </w:r>
          </w:p>
        </w:tc>
        <w:tc>
          <w:tcPr>
            <w:tcW w:w="2835" w:type="dxa"/>
            <w:tcMar>
              <w:top w:w="100" w:type="dxa"/>
              <w:left w:w="150" w:type="dxa"/>
              <w:bottom w:w="100" w:type="dxa"/>
              <w:right w:w="150" w:type="dxa"/>
            </w:tcMar>
            <w:vAlign w:val="center"/>
          </w:tcPr>
          <w:p w14:paraId="67EE1680" w14:textId="7D0A21A7" w:rsidR="00640552" w:rsidRPr="005D4A9A" w:rsidRDefault="007C76B8" w:rsidP="007C76B8">
            <w:pPr>
              <w:spacing w:before="40" w:after="40" w:line="276" w:lineRule="auto"/>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Ban Xây dựng Đảng Đảng uỷ</w:t>
            </w:r>
            <w:r w:rsidRPr="005D4A9A">
              <w:rPr>
                <w:rFonts w:ascii="Times New Roman" w:hAnsi="Times New Roman" w:cs="Times New Roman"/>
                <w:color w:val="000000" w:themeColor="text1"/>
                <w:sz w:val="28"/>
                <w:szCs w:val="28"/>
              </w:rPr>
              <w:t xml:space="preserve"> </w:t>
            </w:r>
            <w:r w:rsidR="00640552" w:rsidRPr="005D4A9A">
              <w:rPr>
                <w:rFonts w:ascii="Times New Roman" w:hAnsi="Times New Roman" w:cs="Times New Roman"/>
                <w:color w:val="000000" w:themeColor="text1"/>
                <w:sz w:val="28"/>
                <w:szCs w:val="28"/>
              </w:rPr>
              <w:t xml:space="preserve">chủ trì phối hợp với Văn phòng </w:t>
            </w:r>
            <w:r w:rsidRPr="005D4A9A">
              <w:rPr>
                <w:rFonts w:ascii="Times New Roman" w:hAnsi="Times New Roman" w:cs="Times New Roman"/>
                <w:color w:val="000000" w:themeColor="text1"/>
                <w:sz w:val="28"/>
                <w:szCs w:val="28"/>
              </w:rPr>
              <w:t>Đảng</w:t>
            </w:r>
            <w:r w:rsidR="00640552" w:rsidRPr="005D4A9A">
              <w:rPr>
                <w:rFonts w:ascii="Times New Roman" w:hAnsi="Times New Roman" w:cs="Times New Roman"/>
                <w:color w:val="000000" w:themeColor="text1"/>
                <w:sz w:val="28"/>
                <w:szCs w:val="28"/>
              </w:rPr>
              <w:t xml:space="preserve"> ủy, </w:t>
            </w:r>
            <w:r w:rsidR="00640552" w:rsidRPr="005D4A9A">
              <w:rPr>
                <w:rFonts w:ascii="Times New Roman" w:eastAsia="Times New Roman" w:hAnsi="Times New Roman" w:cs="Times New Roman"/>
                <w:bCs/>
                <w:color w:val="000000" w:themeColor="text1"/>
                <w:sz w:val="28"/>
                <w:szCs w:val="28"/>
                <w:lang w:eastAsia="en-SG"/>
              </w:rPr>
              <w:t xml:space="preserve">Ủy ban Kiểm tra </w:t>
            </w:r>
            <w:r w:rsidRPr="005D4A9A">
              <w:rPr>
                <w:rFonts w:ascii="Times New Roman" w:eastAsia="Times New Roman" w:hAnsi="Times New Roman" w:cs="Times New Roman"/>
                <w:bCs/>
                <w:color w:val="000000" w:themeColor="text1"/>
                <w:sz w:val="28"/>
                <w:szCs w:val="28"/>
                <w:lang w:eastAsia="en-SG"/>
              </w:rPr>
              <w:t>Đảng</w:t>
            </w:r>
            <w:r w:rsidR="00640552" w:rsidRPr="005D4A9A">
              <w:rPr>
                <w:rFonts w:ascii="Times New Roman" w:eastAsia="Times New Roman" w:hAnsi="Times New Roman" w:cs="Times New Roman"/>
                <w:bCs/>
                <w:color w:val="000000" w:themeColor="text1"/>
                <w:sz w:val="28"/>
                <w:szCs w:val="28"/>
                <w:lang w:eastAsia="en-SG"/>
              </w:rPr>
              <w:t xml:space="preserve"> ủy; các </w:t>
            </w:r>
            <w:r w:rsidRPr="005D4A9A">
              <w:rPr>
                <w:rFonts w:ascii="Times New Roman" w:eastAsia="Times New Roman" w:hAnsi="Times New Roman" w:cs="Times New Roman"/>
                <w:bCs/>
                <w:color w:val="000000" w:themeColor="text1"/>
                <w:sz w:val="28"/>
                <w:szCs w:val="28"/>
                <w:lang w:eastAsia="en-SG"/>
              </w:rPr>
              <w:t>chi bộ</w:t>
            </w:r>
            <w:r w:rsidR="00640552" w:rsidRPr="005D4A9A">
              <w:rPr>
                <w:rFonts w:ascii="Times New Roman" w:eastAsia="Times New Roman" w:hAnsi="Times New Roman" w:cs="Times New Roman"/>
                <w:bCs/>
                <w:color w:val="000000" w:themeColor="text1"/>
                <w:sz w:val="28"/>
                <w:szCs w:val="28"/>
                <w:lang w:eastAsia="en-SG"/>
              </w:rPr>
              <w:t xml:space="preserve"> trực thuộc </w:t>
            </w:r>
            <w:r w:rsidRPr="005D4A9A">
              <w:rPr>
                <w:rFonts w:ascii="Times New Roman" w:eastAsia="Times New Roman" w:hAnsi="Times New Roman" w:cs="Times New Roman"/>
                <w:bCs/>
                <w:color w:val="000000" w:themeColor="text1"/>
                <w:sz w:val="28"/>
                <w:szCs w:val="28"/>
                <w:lang w:eastAsia="en-SG"/>
              </w:rPr>
              <w:t xml:space="preserve">Đảng ủy </w:t>
            </w:r>
            <w:r w:rsidR="00640552" w:rsidRPr="005D4A9A">
              <w:rPr>
                <w:rFonts w:ascii="Times New Roman" w:eastAsia="Times New Roman" w:hAnsi="Times New Roman" w:cs="Times New Roman"/>
                <w:bCs/>
                <w:color w:val="000000" w:themeColor="text1"/>
                <w:sz w:val="28"/>
                <w:szCs w:val="28"/>
                <w:lang w:eastAsia="en-SG"/>
              </w:rPr>
              <w:t>và các cơ quan, đơn vị có liên quan.</w:t>
            </w:r>
          </w:p>
        </w:tc>
        <w:tc>
          <w:tcPr>
            <w:tcW w:w="2268" w:type="dxa"/>
            <w:tcMar>
              <w:top w:w="100" w:type="dxa"/>
              <w:left w:w="150" w:type="dxa"/>
              <w:bottom w:w="100" w:type="dxa"/>
              <w:right w:w="150" w:type="dxa"/>
            </w:tcMar>
            <w:vAlign w:val="center"/>
          </w:tcPr>
          <w:p w14:paraId="33E21387" w14:textId="1DD0526E" w:rsidR="00640552" w:rsidRPr="005D4A9A" w:rsidRDefault="007C76B8" w:rsidP="00920FC7">
            <w:pPr>
              <w:spacing w:before="40" w:after="40" w:line="276" w:lineRule="auto"/>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Đ/c Trưởng Ban Xây dựng Đảng Đ</w:t>
            </w:r>
            <w:r w:rsidRPr="005D4A9A">
              <w:rPr>
                <w:rFonts w:ascii="Times New Roman" w:hAnsi="Times New Roman" w:cs="Times New Roman"/>
                <w:color w:val="000000" w:themeColor="text1"/>
                <w:sz w:val="28"/>
                <w:szCs w:val="28"/>
              </w:rPr>
              <w:t>ả</w:t>
            </w:r>
            <w:r w:rsidRPr="005D4A9A">
              <w:rPr>
                <w:rFonts w:ascii="Times New Roman" w:hAnsi="Times New Roman" w:cs="Times New Roman"/>
                <w:color w:val="000000" w:themeColor="text1"/>
                <w:sz w:val="28"/>
                <w:szCs w:val="28"/>
              </w:rPr>
              <w:t>ng ủy</w:t>
            </w:r>
          </w:p>
        </w:tc>
        <w:tc>
          <w:tcPr>
            <w:tcW w:w="2694" w:type="dxa"/>
            <w:tcMar>
              <w:top w:w="100" w:type="dxa"/>
              <w:left w:w="150" w:type="dxa"/>
              <w:bottom w:w="100" w:type="dxa"/>
              <w:right w:w="150" w:type="dxa"/>
            </w:tcMar>
            <w:vAlign w:val="center"/>
          </w:tcPr>
          <w:p w14:paraId="0313F285" w14:textId="737AE322" w:rsidR="00640552" w:rsidRPr="005D4A9A" w:rsidRDefault="00055F7A" w:rsidP="00920FC7">
            <w:pPr>
              <w:spacing w:before="40" w:after="40" w:line="276" w:lineRule="auto"/>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Báo cáo kết quả tổ chức Hội nghị</w:t>
            </w:r>
          </w:p>
        </w:tc>
        <w:tc>
          <w:tcPr>
            <w:tcW w:w="1872" w:type="dxa"/>
            <w:vAlign w:val="center"/>
          </w:tcPr>
          <w:p w14:paraId="0D502F18" w14:textId="2A5FDA0E" w:rsidR="00640552" w:rsidRPr="005D4A9A" w:rsidRDefault="003D791F" w:rsidP="002E53EA">
            <w:pPr>
              <w:spacing w:before="40" w:after="40"/>
              <w:jc w:val="both"/>
              <w:rPr>
                <w:rFonts w:ascii="Times New Roman" w:eastAsia="Times New Roman" w:hAnsi="Times New Roman" w:cs="Times New Roman"/>
                <w:bCs/>
                <w:color w:val="000000" w:themeColor="text1"/>
                <w:sz w:val="28"/>
                <w:szCs w:val="28"/>
                <w:lang w:eastAsia="en-SG"/>
              </w:rPr>
            </w:pPr>
            <w:r w:rsidRPr="005D4A9A">
              <w:rPr>
                <w:rFonts w:ascii="Times New Roman" w:eastAsia="Times New Roman" w:hAnsi="Times New Roman" w:cs="Times New Roman"/>
                <w:bCs/>
                <w:color w:val="000000" w:themeColor="text1"/>
                <w:sz w:val="28"/>
                <w:szCs w:val="28"/>
                <w:lang w:eastAsia="en-SG"/>
              </w:rPr>
              <w:t>Trước ngày 30/9/2026</w:t>
            </w:r>
          </w:p>
        </w:tc>
      </w:tr>
      <w:tr w:rsidR="00273220" w:rsidRPr="005D4A9A" w14:paraId="53C1EA18" w14:textId="582B5A40" w:rsidTr="00322543">
        <w:trPr>
          <w:jc w:val="center"/>
        </w:trPr>
        <w:tc>
          <w:tcPr>
            <w:tcW w:w="846" w:type="dxa"/>
            <w:tcMar>
              <w:top w:w="100" w:type="dxa"/>
              <w:left w:w="150" w:type="dxa"/>
              <w:bottom w:w="100" w:type="dxa"/>
              <w:right w:w="150" w:type="dxa"/>
            </w:tcMar>
            <w:vAlign w:val="center"/>
          </w:tcPr>
          <w:p w14:paraId="00B776FE" w14:textId="541BB180" w:rsidR="00640552" w:rsidRPr="005D4A9A" w:rsidRDefault="00640552" w:rsidP="00920FC7">
            <w:pPr>
              <w:spacing w:before="40" w:after="40" w:line="276" w:lineRule="auto"/>
              <w:jc w:val="center"/>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2</w:t>
            </w:r>
          </w:p>
        </w:tc>
        <w:tc>
          <w:tcPr>
            <w:tcW w:w="4252" w:type="dxa"/>
            <w:tcMar>
              <w:top w:w="100" w:type="dxa"/>
              <w:left w:w="150" w:type="dxa"/>
              <w:bottom w:w="100" w:type="dxa"/>
              <w:right w:w="150" w:type="dxa"/>
            </w:tcMar>
            <w:vAlign w:val="center"/>
          </w:tcPr>
          <w:p w14:paraId="195CA4AD" w14:textId="4C0EA6F4" w:rsidR="00640552" w:rsidRPr="005D4A9A" w:rsidRDefault="00640552" w:rsidP="007C76B8">
            <w:pPr>
              <w:spacing w:before="40" w:after="40" w:line="276" w:lineRule="auto"/>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 xml:space="preserve">Chỉ đạo các </w:t>
            </w:r>
            <w:r w:rsidR="007C76B8" w:rsidRPr="005D4A9A">
              <w:rPr>
                <w:rFonts w:ascii="Times New Roman" w:hAnsi="Times New Roman" w:cs="Times New Roman"/>
                <w:color w:val="000000" w:themeColor="text1"/>
                <w:sz w:val="28"/>
                <w:szCs w:val="28"/>
              </w:rPr>
              <w:t>chi bộ</w:t>
            </w:r>
            <w:r w:rsidRPr="005D4A9A">
              <w:rPr>
                <w:rFonts w:ascii="Times New Roman" w:hAnsi="Times New Roman" w:cs="Times New Roman"/>
                <w:color w:val="000000" w:themeColor="text1"/>
                <w:sz w:val="28"/>
                <w:szCs w:val="28"/>
              </w:rPr>
              <w:t xml:space="preserve"> trực thuộc xây dựng Kế hoạch và tổ chức hội nghị nghiên cứu, học tập, tuyên truyền và triển khai thực hiện các Nghị quyết, Quy định Hội nghị Trung ương 3 khóa XIV sâu rộng đến từng </w:t>
            </w:r>
            <w:r w:rsidRPr="005D4A9A">
              <w:rPr>
                <w:rFonts w:ascii="Times New Roman" w:hAnsi="Times New Roman" w:cs="Times New Roman"/>
                <w:color w:val="000000" w:themeColor="text1"/>
                <w:sz w:val="28"/>
                <w:szCs w:val="28"/>
              </w:rPr>
              <w:lastRenderedPageBreak/>
              <w:t>cán bộ, đảng viên, bảo đảm chất lượng.</w:t>
            </w:r>
          </w:p>
        </w:tc>
        <w:tc>
          <w:tcPr>
            <w:tcW w:w="2835" w:type="dxa"/>
            <w:tcMar>
              <w:top w:w="100" w:type="dxa"/>
              <w:left w:w="150" w:type="dxa"/>
              <w:bottom w:w="100" w:type="dxa"/>
              <w:right w:w="150" w:type="dxa"/>
            </w:tcMar>
            <w:vAlign w:val="center"/>
          </w:tcPr>
          <w:p w14:paraId="12262F62" w14:textId="4F56FA38" w:rsidR="00640552" w:rsidRPr="005D4A9A" w:rsidRDefault="007C76B8" w:rsidP="007C76B8">
            <w:pPr>
              <w:spacing w:before="40" w:after="40" w:line="276" w:lineRule="auto"/>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lastRenderedPageBreak/>
              <w:t xml:space="preserve">Ban Xây dựng Đảng Đảng uỷ </w:t>
            </w:r>
            <w:r w:rsidR="00640552" w:rsidRPr="005D4A9A">
              <w:rPr>
                <w:rFonts w:ascii="Times New Roman" w:hAnsi="Times New Roman" w:cs="Times New Roman"/>
                <w:color w:val="000000" w:themeColor="text1"/>
                <w:sz w:val="28"/>
                <w:szCs w:val="28"/>
              </w:rPr>
              <w:t xml:space="preserve">chủ trì phối hợp với UBKT </w:t>
            </w:r>
            <w:r w:rsidRPr="005D4A9A">
              <w:rPr>
                <w:rFonts w:ascii="Times New Roman" w:hAnsi="Times New Roman" w:cs="Times New Roman"/>
                <w:color w:val="000000" w:themeColor="text1"/>
                <w:sz w:val="28"/>
                <w:szCs w:val="28"/>
              </w:rPr>
              <w:t>Đảng</w:t>
            </w:r>
            <w:r w:rsidR="00640552" w:rsidRPr="005D4A9A">
              <w:rPr>
                <w:rFonts w:ascii="Times New Roman" w:hAnsi="Times New Roman" w:cs="Times New Roman"/>
                <w:color w:val="000000" w:themeColor="text1"/>
                <w:sz w:val="28"/>
                <w:szCs w:val="28"/>
              </w:rPr>
              <w:t xml:space="preserve"> ủy, các </w:t>
            </w:r>
            <w:r w:rsidRPr="005D4A9A">
              <w:rPr>
                <w:rFonts w:ascii="Times New Roman" w:hAnsi="Times New Roman" w:cs="Times New Roman"/>
                <w:color w:val="000000" w:themeColor="text1"/>
                <w:sz w:val="28"/>
                <w:szCs w:val="28"/>
              </w:rPr>
              <w:t>chi bộ</w:t>
            </w:r>
            <w:r w:rsidR="00640552" w:rsidRPr="005D4A9A">
              <w:rPr>
                <w:rFonts w:ascii="Times New Roman" w:hAnsi="Times New Roman" w:cs="Times New Roman"/>
                <w:color w:val="000000" w:themeColor="text1"/>
                <w:sz w:val="28"/>
                <w:szCs w:val="28"/>
              </w:rPr>
              <w:t xml:space="preserve"> trực thuộc</w:t>
            </w:r>
          </w:p>
        </w:tc>
        <w:tc>
          <w:tcPr>
            <w:tcW w:w="2268" w:type="dxa"/>
            <w:tcMar>
              <w:top w:w="100" w:type="dxa"/>
              <w:left w:w="150" w:type="dxa"/>
              <w:bottom w:w="100" w:type="dxa"/>
              <w:right w:w="150" w:type="dxa"/>
            </w:tcMar>
            <w:vAlign w:val="center"/>
          </w:tcPr>
          <w:p w14:paraId="5DF479DC" w14:textId="5E6489E8" w:rsidR="00640552" w:rsidRPr="005D4A9A" w:rsidRDefault="007C76B8" w:rsidP="00920FC7">
            <w:pPr>
              <w:spacing w:before="40" w:after="40" w:line="276" w:lineRule="auto"/>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Đ/c Trưởng Ban Xây dựng Đảng Đảng ủy</w:t>
            </w:r>
          </w:p>
        </w:tc>
        <w:tc>
          <w:tcPr>
            <w:tcW w:w="2694" w:type="dxa"/>
            <w:tcMar>
              <w:top w:w="100" w:type="dxa"/>
              <w:left w:w="150" w:type="dxa"/>
              <w:bottom w:w="100" w:type="dxa"/>
              <w:right w:w="150" w:type="dxa"/>
            </w:tcMar>
            <w:vAlign w:val="center"/>
          </w:tcPr>
          <w:p w14:paraId="06F3D869" w14:textId="4B302041" w:rsidR="00640552" w:rsidRPr="005D4A9A" w:rsidRDefault="00055F7A" w:rsidP="007C76B8">
            <w:pPr>
              <w:spacing w:before="40" w:after="40" w:line="276" w:lineRule="auto"/>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 xml:space="preserve">Văn bản chỉ đạo, đôn đốc của </w:t>
            </w:r>
            <w:r w:rsidR="007C76B8" w:rsidRPr="005D4A9A">
              <w:rPr>
                <w:rFonts w:ascii="Times New Roman" w:hAnsi="Times New Roman" w:cs="Times New Roman"/>
                <w:color w:val="000000" w:themeColor="text1"/>
                <w:sz w:val="28"/>
                <w:szCs w:val="28"/>
              </w:rPr>
              <w:t>Đảng</w:t>
            </w:r>
            <w:r w:rsidRPr="005D4A9A">
              <w:rPr>
                <w:rFonts w:ascii="Times New Roman" w:hAnsi="Times New Roman" w:cs="Times New Roman"/>
                <w:color w:val="000000" w:themeColor="text1"/>
                <w:sz w:val="28"/>
                <w:szCs w:val="28"/>
              </w:rPr>
              <w:t xml:space="preserve"> ủy; 100% các </w:t>
            </w:r>
            <w:r w:rsidR="007C76B8" w:rsidRPr="005D4A9A">
              <w:rPr>
                <w:rFonts w:ascii="Times New Roman" w:hAnsi="Times New Roman" w:cs="Times New Roman"/>
                <w:color w:val="000000" w:themeColor="text1"/>
                <w:sz w:val="28"/>
                <w:szCs w:val="28"/>
              </w:rPr>
              <w:t>chi bộ</w:t>
            </w:r>
            <w:r w:rsidRPr="005D4A9A">
              <w:rPr>
                <w:rFonts w:ascii="Times New Roman" w:hAnsi="Times New Roman" w:cs="Times New Roman"/>
                <w:color w:val="000000" w:themeColor="text1"/>
                <w:sz w:val="28"/>
                <w:szCs w:val="28"/>
              </w:rPr>
              <w:t xml:space="preserve"> trực thuộc có Kế hoạch thực hiện và báo cáo </w:t>
            </w:r>
            <w:r w:rsidRPr="005D4A9A">
              <w:rPr>
                <w:rFonts w:ascii="Times New Roman" w:hAnsi="Times New Roman" w:cs="Times New Roman"/>
                <w:color w:val="000000" w:themeColor="text1"/>
                <w:sz w:val="28"/>
                <w:szCs w:val="28"/>
              </w:rPr>
              <w:lastRenderedPageBreak/>
              <w:t>kết quả tổ chức hội nghị</w:t>
            </w:r>
          </w:p>
        </w:tc>
        <w:tc>
          <w:tcPr>
            <w:tcW w:w="1872" w:type="dxa"/>
            <w:vAlign w:val="center"/>
          </w:tcPr>
          <w:p w14:paraId="12321B60" w14:textId="75EA3AB9" w:rsidR="00640552" w:rsidRPr="005D4A9A" w:rsidRDefault="00A60C86" w:rsidP="002E53EA">
            <w:pPr>
              <w:spacing w:before="40" w:after="40"/>
              <w:jc w:val="both"/>
              <w:rPr>
                <w:rFonts w:ascii="Times New Roman" w:eastAsia="Times New Roman" w:hAnsi="Times New Roman" w:cs="Times New Roman"/>
                <w:bCs/>
                <w:color w:val="000000" w:themeColor="text1"/>
                <w:sz w:val="28"/>
                <w:szCs w:val="28"/>
                <w:lang w:eastAsia="en-SG"/>
              </w:rPr>
            </w:pPr>
            <w:r w:rsidRPr="005D4A9A">
              <w:rPr>
                <w:rFonts w:ascii="Times New Roman" w:eastAsia="Times New Roman" w:hAnsi="Times New Roman" w:cs="Times New Roman"/>
                <w:bCs/>
                <w:color w:val="000000" w:themeColor="text1"/>
                <w:sz w:val="28"/>
                <w:szCs w:val="28"/>
                <w:lang w:eastAsia="en-SG"/>
              </w:rPr>
              <w:lastRenderedPageBreak/>
              <w:t>Trước ngày 30/9/2026</w:t>
            </w:r>
          </w:p>
        </w:tc>
      </w:tr>
      <w:tr w:rsidR="00273220" w:rsidRPr="005D4A9A" w14:paraId="1FC8C99A" w14:textId="2750E85A" w:rsidTr="00322543">
        <w:trPr>
          <w:jc w:val="center"/>
        </w:trPr>
        <w:tc>
          <w:tcPr>
            <w:tcW w:w="846" w:type="dxa"/>
            <w:tcMar>
              <w:top w:w="100" w:type="dxa"/>
              <w:left w:w="150" w:type="dxa"/>
              <w:bottom w:w="100" w:type="dxa"/>
              <w:right w:w="150" w:type="dxa"/>
            </w:tcMar>
            <w:vAlign w:val="center"/>
          </w:tcPr>
          <w:p w14:paraId="76FBFB08" w14:textId="7F7C833D" w:rsidR="00640552" w:rsidRPr="005D4A9A" w:rsidRDefault="00640552" w:rsidP="00920FC7">
            <w:pPr>
              <w:spacing w:before="40" w:after="40"/>
              <w:jc w:val="center"/>
              <w:rPr>
                <w:rFonts w:ascii="Times New Roman" w:hAnsi="Times New Roman" w:cs="Times New Roman"/>
                <w:b/>
                <w:bCs/>
                <w:color w:val="000000" w:themeColor="text1"/>
                <w:sz w:val="28"/>
                <w:szCs w:val="28"/>
              </w:rPr>
            </w:pPr>
            <w:r w:rsidRPr="005D4A9A">
              <w:rPr>
                <w:rFonts w:ascii="Times New Roman" w:hAnsi="Times New Roman" w:cs="Times New Roman"/>
                <w:b/>
                <w:bCs/>
                <w:color w:val="000000" w:themeColor="text1"/>
                <w:sz w:val="28"/>
                <w:szCs w:val="28"/>
              </w:rPr>
              <w:t>II</w:t>
            </w:r>
          </w:p>
        </w:tc>
        <w:tc>
          <w:tcPr>
            <w:tcW w:w="4252" w:type="dxa"/>
            <w:tcMar>
              <w:top w:w="100" w:type="dxa"/>
              <w:left w:w="150" w:type="dxa"/>
              <w:bottom w:w="100" w:type="dxa"/>
              <w:right w:w="150" w:type="dxa"/>
            </w:tcMar>
            <w:vAlign w:val="center"/>
          </w:tcPr>
          <w:p w14:paraId="3BDA5BBE" w14:textId="3B15F3B3" w:rsidR="00640552" w:rsidRPr="005D4A9A" w:rsidRDefault="00640552" w:rsidP="00920FC7">
            <w:pPr>
              <w:spacing w:before="40" w:after="40"/>
              <w:jc w:val="both"/>
              <w:rPr>
                <w:rFonts w:ascii="Times New Roman" w:hAnsi="Times New Roman" w:cs="Times New Roman"/>
                <w:color w:val="000000" w:themeColor="text1"/>
                <w:sz w:val="28"/>
                <w:szCs w:val="28"/>
              </w:rPr>
            </w:pPr>
            <w:r w:rsidRPr="005D4A9A">
              <w:rPr>
                <w:rFonts w:ascii="Times New Roman" w:hAnsi="Times New Roman" w:cs="Times New Roman"/>
                <w:b/>
                <w:color w:val="000000" w:themeColor="text1"/>
                <w:sz w:val="28"/>
                <w:szCs w:val="28"/>
              </w:rPr>
              <w:t>Nhiệm vụ thường xuyên</w:t>
            </w:r>
          </w:p>
        </w:tc>
        <w:tc>
          <w:tcPr>
            <w:tcW w:w="2835" w:type="dxa"/>
            <w:tcMar>
              <w:top w:w="100" w:type="dxa"/>
              <w:left w:w="150" w:type="dxa"/>
              <w:bottom w:w="100" w:type="dxa"/>
              <w:right w:w="150" w:type="dxa"/>
            </w:tcMar>
            <w:vAlign w:val="center"/>
          </w:tcPr>
          <w:p w14:paraId="42FE48FD" w14:textId="77777777" w:rsidR="00640552" w:rsidRPr="005D4A9A" w:rsidRDefault="00640552" w:rsidP="00920FC7">
            <w:pPr>
              <w:spacing w:before="40" w:after="40"/>
              <w:jc w:val="both"/>
              <w:rPr>
                <w:rFonts w:ascii="Times New Roman" w:hAnsi="Times New Roman" w:cs="Times New Roman"/>
                <w:color w:val="000000" w:themeColor="text1"/>
                <w:sz w:val="28"/>
                <w:szCs w:val="28"/>
              </w:rPr>
            </w:pPr>
          </w:p>
        </w:tc>
        <w:tc>
          <w:tcPr>
            <w:tcW w:w="2268" w:type="dxa"/>
            <w:tcMar>
              <w:top w:w="100" w:type="dxa"/>
              <w:left w:w="150" w:type="dxa"/>
              <w:bottom w:w="100" w:type="dxa"/>
              <w:right w:w="150" w:type="dxa"/>
            </w:tcMar>
            <w:vAlign w:val="center"/>
          </w:tcPr>
          <w:p w14:paraId="3042D7E5" w14:textId="07ADDE80" w:rsidR="00640552" w:rsidRPr="005D4A9A" w:rsidRDefault="00640552" w:rsidP="00920FC7">
            <w:pPr>
              <w:spacing w:before="40" w:after="40"/>
              <w:jc w:val="both"/>
              <w:rPr>
                <w:rFonts w:ascii="Times New Roman" w:hAnsi="Times New Roman" w:cs="Times New Roman"/>
                <w:color w:val="000000" w:themeColor="text1"/>
                <w:sz w:val="28"/>
                <w:szCs w:val="28"/>
              </w:rPr>
            </w:pPr>
          </w:p>
        </w:tc>
        <w:tc>
          <w:tcPr>
            <w:tcW w:w="2694" w:type="dxa"/>
            <w:tcMar>
              <w:top w:w="100" w:type="dxa"/>
              <w:left w:w="150" w:type="dxa"/>
              <w:bottom w:w="100" w:type="dxa"/>
              <w:right w:w="150" w:type="dxa"/>
            </w:tcMar>
            <w:vAlign w:val="center"/>
          </w:tcPr>
          <w:p w14:paraId="0F6138B2" w14:textId="77777777" w:rsidR="00640552" w:rsidRPr="005D4A9A" w:rsidRDefault="00640552" w:rsidP="00920FC7">
            <w:pPr>
              <w:spacing w:before="40" w:after="40"/>
              <w:jc w:val="both"/>
              <w:rPr>
                <w:rFonts w:ascii="Times New Roman" w:hAnsi="Times New Roman" w:cs="Times New Roman"/>
                <w:color w:val="000000" w:themeColor="text1"/>
                <w:sz w:val="28"/>
                <w:szCs w:val="28"/>
              </w:rPr>
            </w:pPr>
          </w:p>
        </w:tc>
        <w:tc>
          <w:tcPr>
            <w:tcW w:w="1872" w:type="dxa"/>
            <w:vAlign w:val="center"/>
          </w:tcPr>
          <w:p w14:paraId="65EE7A31" w14:textId="77777777" w:rsidR="00640552" w:rsidRPr="005D4A9A" w:rsidRDefault="00640552" w:rsidP="002E53EA">
            <w:pPr>
              <w:spacing w:before="40" w:after="40"/>
              <w:jc w:val="both"/>
              <w:rPr>
                <w:rFonts w:ascii="Times New Roman" w:hAnsi="Times New Roman" w:cs="Times New Roman"/>
                <w:color w:val="000000" w:themeColor="text1"/>
                <w:sz w:val="28"/>
                <w:szCs w:val="28"/>
              </w:rPr>
            </w:pPr>
          </w:p>
        </w:tc>
      </w:tr>
      <w:tr w:rsidR="00273220" w:rsidRPr="005D4A9A" w14:paraId="71DFA87F" w14:textId="08D29E2B" w:rsidTr="00322543">
        <w:trPr>
          <w:jc w:val="center"/>
        </w:trPr>
        <w:tc>
          <w:tcPr>
            <w:tcW w:w="846" w:type="dxa"/>
            <w:tcMar>
              <w:top w:w="100" w:type="dxa"/>
              <w:left w:w="150" w:type="dxa"/>
              <w:bottom w:w="100" w:type="dxa"/>
              <w:right w:w="150" w:type="dxa"/>
            </w:tcMar>
            <w:vAlign w:val="center"/>
          </w:tcPr>
          <w:p w14:paraId="72081553" w14:textId="343D847E" w:rsidR="00640552" w:rsidRPr="005D4A9A" w:rsidRDefault="00640552" w:rsidP="00920FC7">
            <w:pPr>
              <w:spacing w:before="40" w:after="40"/>
              <w:jc w:val="center"/>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1</w:t>
            </w:r>
          </w:p>
        </w:tc>
        <w:tc>
          <w:tcPr>
            <w:tcW w:w="4252" w:type="dxa"/>
            <w:tcMar>
              <w:top w:w="100" w:type="dxa"/>
              <w:left w:w="150" w:type="dxa"/>
              <w:bottom w:w="100" w:type="dxa"/>
              <w:right w:w="150" w:type="dxa"/>
            </w:tcMar>
            <w:vAlign w:val="center"/>
          </w:tcPr>
          <w:p w14:paraId="3B2716E6" w14:textId="3417D4DB" w:rsidR="00640552" w:rsidRPr="005D4A9A" w:rsidRDefault="00640552" w:rsidP="007C76B8">
            <w:pPr>
              <w:spacing w:before="40" w:after="40"/>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Đẩy mạnh tuyên truyền giáo dục, quán triệt và phổ biến Quy định số 207-QĐ/TW, Kế hoạch 05-KH/TW và Hướng dẫn số 02-HD/UBKTTW</w:t>
            </w:r>
            <w:r w:rsidR="007C76B8" w:rsidRPr="005D4A9A">
              <w:rPr>
                <w:rFonts w:ascii="Times New Roman" w:hAnsi="Times New Roman" w:cs="Times New Roman"/>
                <w:color w:val="000000" w:themeColor="text1"/>
                <w:sz w:val="28"/>
                <w:szCs w:val="28"/>
              </w:rPr>
              <w:t xml:space="preserve"> </w:t>
            </w:r>
            <w:r w:rsidR="007C76B8" w:rsidRPr="005D4A9A">
              <w:rPr>
                <w:rFonts w:ascii="Times New Roman" w:hAnsi="Times New Roman" w:cs="Times New Roman"/>
                <w:color w:val="000000" w:themeColor="text1"/>
                <w:sz w:val="28"/>
                <w:szCs w:val="28"/>
              </w:rPr>
              <w:t>và Chương trình số 04-CTr/UBKTTW</w:t>
            </w:r>
            <w:r w:rsidR="007C76B8" w:rsidRPr="005D4A9A">
              <w:rPr>
                <w:rFonts w:ascii="Times New Roman" w:hAnsi="Times New Roman" w:cs="Times New Roman"/>
                <w:color w:val="000000" w:themeColor="text1"/>
                <w:sz w:val="28"/>
                <w:szCs w:val="28"/>
              </w:rPr>
              <w:t xml:space="preserve"> </w:t>
            </w:r>
            <w:r w:rsidRPr="005D4A9A">
              <w:rPr>
                <w:rFonts w:ascii="Times New Roman" w:hAnsi="Times New Roman" w:cs="Times New Roman"/>
                <w:color w:val="000000" w:themeColor="text1"/>
                <w:sz w:val="28"/>
                <w:szCs w:val="28"/>
              </w:rPr>
              <w:t>bằng nhiều hình thức phong phú, tăng cường ứng dụng công nghệ thông tin và không gian mạng lành mạnh; kịp thời định hướng dư luận xã hội, kiên quyết đấu tranh phản bác các quan điểm sai trái, thù địch lợi dụng việc thực hiện Quy định để chống phá Đảng và Nhà nước.</w:t>
            </w:r>
          </w:p>
        </w:tc>
        <w:tc>
          <w:tcPr>
            <w:tcW w:w="2835" w:type="dxa"/>
            <w:tcMar>
              <w:top w:w="100" w:type="dxa"/>
              <w:left w:w="150" w:type="dxa"/>
              <w:bottom w:w="100" w:type="dxa"/>
              <w:right w:w="150" w:type="dxa"/>
            </w:tcMar>
            <w:vAlign w:val="center"/>
          </w:tcPr>
          <w:p w14:paraId="65A6583C" w14:textId="734B03C7" w:rsidR="00640552" w:rsidRPr="005D4A9A" w:rsidRDefault="007C76B8" w:rsidP="00920FC7">
            <w:pPr>
              <w:spacing w:before="120" w:line="360" w:lineRule="atLeast"/>
              <w:jc w:val="both"/>
              <w:outlineLvl w:val="1"/>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Ban Xây dựng Đảng Đảng uỷ chủ trì phối hợp với UBKT Đảng ủy, các chi bộ trực thuộc</w:t>
            </w:r>
            <w:r w:rsidR="00640552" w:rsidRPr="005D4A9A">
              <w:rPr>
                <w:rFonts w:ascii="Times New Roman" w:eastAsia="Times New Roman" w:hAnsi="Times New Roman" w:cs="Times New Roman"/>
                <w:bCs/>
                <w:color w:val="000000" w:themeColor="text1"/>
                <w:sz w:val="28"/>
                <w:szCs w:val="28"/>
                <w:lang w:eastAsia="en-SG"/>
              </w:rPr>
              <w:t xml:space="preserve"> và các cơ quan, đơn vị có liên quan</w:t>
            </w:r>
          </w:p>
        </w:tc>
        <w:tc>
          <w:tcPr>
            <w:tcW w:w="2268" w:type="dxa"/>
            <w:tcMar>
              <w:top w:w="100" w:type="dxa"/>
              <w:left w:w="150" w:type="dxa"/>
              <w:bottom w:w="100" w:type="dxa"/>
              <w:right w:w="150" w:type="dxa"/>
            </w:tcMar>
            <w:vAlign w:val="center"/>
          </w:tcPr>
          <w:p w14:paraId="3993D81A" w14:textId="315A6351" w:rsidR="00640552" w:rsidRPr="005D4A9A" w:rsidRDefault="007C76B8" w:rsidP="00920FC7">
            <w:pPr>
              <w:spacing w:before="40" w:after="40"/>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Đ/c Trưởng Ban Xây dựng Đảng Đảng ủy</w:t>
            </w:r>
          </w:p>
        </w:tc>
        <w:tc>
          <w:tcPr>
            <w:tcW w:w="2694" w:type="dxa"/>
            <w:tcMar>
              <w:top w:w="100" w:type="dxa"/>
              <w:left w:w="150" w:type="dxa"/>
              <w:bottom w:w="100" w:type="dxa"/>
              <w:right w:w="150" w:type="dxa"/>
            </w:tcMar>
            <w:vAlign w:val="center"/>
          </w:tcPr>
          <w:p w14:paraId="77D64345" w14:textId="0412DFA8" w:rsidR="00640552" w:rsidRPr="005D4A9A" w:rsidRDefault="00055F7A" w:rsidP="007C76B8">
            <w:pPr>
              <w:spacing w:before="40" w:after="40"/>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 xml:space="preserve">Các chuyên trang, chuyên mục trên </w:t>
            </w:r>
            <w:r w:rsidR="007C76B8" w:rsidRPr="005D4A9A">
              <w:rPr>
                <w:rFonts w:ascii="Times New Roman" w:hAnsi="Times New Roman" w:cs="Times New Roman"/>
                <w:color w:val="000000" w:themeColor="text1"/>
                <w:sz w:val="28"/>
                <w:szCs w:val="28"/>
              </w:rPr>
              <w:t>Fanpage của xã</w:t>
            </w:r>
          </w:p>
        </w:tc>
        <w:tc>
          <w:tcPr>
            <w:tcW w:w="1872" w:type="dxa"/>
            <w:vAlign w:val="center"/>
          </w:tcPr>
          <w:p w14:paraId="130A8E79" w14:textId="6FA28F90" w:rsidR="00640552" w:rsidRPr="005D4A9A" w:rsidRDefault="00A60C86" w:rsidP="002E53EA">
            <w:pPr>
              <w:spacing w:before="40" w:after="40"/>
              <w:jc w:val="both"/>
              <w:rPr>
                <w:rFonts w:ascii="Times New Roman" w:eastAsia="Times New Roman" w:hAnsi="Times New Roman" w:cs="Times New Roman"/>
                <w:bCs/>
                <w:color w:val="000000" w:themeColor="text1"/>
                <w:sz w:val="28"/>
                <w:szCs w:val="28"/>
                <w:lang w:eastAsia="en-SG"/>
              </w:rPr>
            </w:pPr>
            <w:r w:rsidRPr="005D4A9A">
              <w:rPr>
                <w:rFonts w:ascii="Times New Roman" w:eastAsia="Times New Roman" w:hAnsi="Times New Roman" w:cs="Times New Roman"/>
                <w:bCs/>
                <w:color w:val="000000" w:themeColor="text1"/>
                <w:sz w:val="28"/>
                <w:szCs w:val="28"/>
                <w:lang w:eastAsia="en-SG"/>
              </w:rPr>
              <w:t>Thường xuyên</w:t>
            </w:r>
          </w:p>
        </w:tc>
      </w:tr>
      <w:tr w:rsidR="00273220" w:rsidRPr="005D4A9A" w14:paraId="31664A99" w14:textId="170869F0" w:rsidTr="00322543">
        <w:trPr>
          <w:jc w:val="center"/>
        </w:trPr>
        <w:tc>
          <w:tcPr>
            <w:tcW w:w="846" w:type="dxa"/>
            <w:tcMar>
              <w:top w:w="100" w:type="dxa"/>
              <w:left w:w="150" w:type="dxa"/>
              <w:bottom w:w="100" w:type="dxa"/>
              <w:right w:w="150" w:type="dxa"/>
            </w:tcMar>
            <w:vAlign w:val="center"/>
          </w:tcPr>
          <w:p w14:paraId="050EB165" w14:textId="10EF136B" w:rsidR="00640552" w:rsidRPr="005D4A9A" w:rsidRDefault="00640552" w:rsidP="00920FC7">
            <w:pPr>
              <w:spacing w:before="40" w:after="40"/>
              <w:jc w:val="center"/>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2</w:t>
            </w:r>
          </w:p>
        </w:tc>
        <w:tc>
          <w:tcPr>
            <w:tcW w:w="4252" w:type="dxa"/>
            <w:tcMar>
              <w:top w:w="100" w:type="dxa"/>
              <w:left w:w="150" w:type="dxa"/>
              <w:bottom w:w="100" w:type="dxa"/>
              <w:right w:w="150" w:type="dxa"/>
            </w:tcMar>
            <w:vAlign w:val="center"/>
          </w:tcPr>
          <w:p w14:paraId="1FB82D82" w14:textId="02E471D1" w:rsidR="00640552" w:rsidRPr="005D4A9A" w:rsidRDefault="00640552" w:rsidP="00920FC7">
            <w:pPr>
              <w:spacing w:before="120" w:line="360" w:lineRule="atLeast"/>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 xml:space="preserve">Phát huy vai trò, trách nhiệm nêu gương của người đứng đầu cấp ủy, chính quyền các cấp; lấy sự gương mẫu chấp hành Quy định 207-QĐ/TW làm căn cứ quan trọng hàng đầu để đánh giá, xếp loại tổ chức đảng, đảng viên hằng năm. Đưa nội dung thực hiện Quy định </w:t>
            </w:r>
            <w:r w:rsidRPr="005D4A9A">
              <w:rPr>
                <w:rFonts w:ascii="Times New Roman" w:hAnsi="Times New Roman" w:cs="Times New Roman"/>
                <w:color w:val="000000" w:themeColor="text1"/>
                <w:sz w:val="28"/>
                <w:szCs w:val="28"/>
              </w:rPr>
              <w:lastRenderedPageBreak/>
              <w:t>vào sinh hoạt chi bộ định kỳ, làm cơ sở tự phê bình và phê bình. Tuyệt đối không để người thân (vợ/chồng, con, người thân theo Hướng dẫn số 02-HD/UBKTTW) lợi dụng chức vụ, vị trí công tác của mình để trục lợi hoặc can thiệp trái pháp luật vào hoạt động của cơ quan, đơn vị</w:t>
            </w:r>
          </w:p>
        </w:tc>
        <w:tc>
          <w:tcPr>
            <w:tcW w:w="2835" w:type="dxa"/>
            <w:tcMar>
              <w:top w:w="100" w:type="dxa"/>
              <w:left w:w="150" w:type="dxa"/>
              <w:bottom w:w="100" w:type="dxa"/>
              <w:right w:w="150" w:type="dxa"/>
            </w:tcMar>
            <w:vAlign w:val="center"/>
          </w:tcPr>
          <w:p w14:paraId="6434ADC4" w14:textId="39968AFE" w:rsidR="00640552" w:rsidRPr="005D4A9A" w:rsidRDefault="00307B77" w:rsidP="00920FC7">
            <w:pPr>
              <w:spacing w:before="120" w:line="360" w:lineRule="atLeast"/>
              <w:jc w:val="both"/>
              <w:outlineLvl w:val="1"/>
              <w:rPr>
                <w:rFonts w:ascii="Times New Roman" w:eastAsia="Times New Roman" w:hAnsi="Times New Roman" w:cs="Times New Roman"/>
                <w:bCs/>
                <w:color w:val="000000" w:themeColor="text1"/>
                <w:sz w:val="28"/>
                <w:szCs w:val="28"/>
                <w:lang w:eastAsia="en-SG"/>
              </w:rPr>
            </w:pPr>
            <w:r w:rsidRPr="005D4A9A">
              <w:rPr>
                <w:rFonts w:ascii="Times New Roman" w:hAnsi="Times New Roman" w:cs="Times New Roman"/>
                <w:color w:val="000000" w:themeColor="text1"/>
                <w:sz w:val="28"/>
                <w:szCs w:val="28"/>
              </w:rPr>
              <w:lastRenderedPageBreak/>
              <w:t xml:space="preserve">Ban Xây dựng Đảng Đảng uỷ chủ trì phối hợp với UBKT Đảng ủy, </w:t>
            </w:r>
            <w:r w:rsidR="00640552" w:rsidRPr="005D4A9A">
              <w:rPr>
                <w:rFonts w:ascii="Times New Roman" w:eastAsia="Times New Roman" w:hAnsi="Times New Roman" w:cs="Times New Roman"/>
                <w:bCs/>
                <w:color w:val="000000" w:themeColor="text1"/>
                <w:sz w:val="28"/>
                <w:szCs w:val="28"/>
                <w:lang w:eastAsia="en-SG"/>
              </w:rPr>
              <w:t xml:space="preserve">các cơ quan chuyên trách tham mưu giúp việc </w:t>
            </w:r>
            <w:r w:rsidRPr="005D4A9A">
              <w:rPr>
                <w:rFonts w:ascii="Times New Roman" w:eastAsia="Times New Roman" w:hAnsi="Times New Roman" w:cs="Times New Roman"/>
                <w:bCs/>
                <w:color w:val="000000" w:themeColor="text1"/>
                <w:sz w:val="28"/>
                <w:szCs w:val="28"/>
                <w:lang w:eastAsia="en-SG"/>
              </w:rPr>
              <w:t>Đảng</w:t>
            </w:r>
            <w:r w:rsidR="00640552" w:rsidRPr="005D4A9A">
              <w:rPr>
                <w:rFonts w:ascii="Times New Roman" w:eastAsia="Times New Roman" w:hAnsi="Times New Roman" w:cs="Times New Roman"/>
                <w:bCs/>
                <w:color w:val="000000" w:themeColor="text1"/>
                <w:sz w:val="28"/>
                <w:szCs w:val="28"/>
                <w:lang w:eastAsia="en-SG"/>
              </w:rPr>
              <w:t xml:space="preserve"> ủy, các </w:t>
            </w:r>
            <w:r w:rsidRPr="005D4A9A">
              <w:rPr>
                <w:rFonts w:ascii="Times New Roman" w:eastAsia="Times New Roman" w:hAnsi="Times New Roman" w:cs="Times New Roman"/>
                <w:bCs/>
                <w:color w:val="000000" w:themeColor="text1"/>
                <w:sz w:val="28"/>
                <w:szCs w:val="28"/>
                <w:lang w:eastAsia="en-SG"/>
              </w:rPr>
              <w:t>chi bộ</w:t>
            </w:r>
            <w:r w:rsidR="00640552" w:rsidRPr="005D4A9A">
              <w:rPr>
                <w:rFonts w:ascii="Times New Roman" w:eastAsia="Times New Roman" w:hAnsi="Times New Roman" w:cs="Times New Roman"/>
                <w:bCs/>
                <w:color w:val="000000" w:themeColor="text1"/>
                <w:sz w:val="28"/>
                <w:szCs w:val="28"/>
                <w:lang w:eastAsia="en-SG"/>
              </w:rPr>
              <w:t xml:space="preserve"> trực thuộc </w:t>
            </w:r>
            <w:r w:rsidRPr="005D4A9A">
              <w:rPr>
                <w:rFonts w:ascii="Times New Roman" w:eastAsia="Times New Roman" w:hAnsi="Times New Roman" w:cs="Times New Roman"/>
                <w:bCs/>
                <w:color w:val="000000" w:themeColor="text1"/>
                <w:sz w:val="28"/>
                <w:szCs w:val="28"/>
                <w:lang w:eastAsia="en-SG"/>
              </w:rPr>
              <w:t xml:space="preserve">Đảng ủy </w:t>
            </w:r>
            <w:r w:rsidR="00640552" w:rsidRPr="005D4A9A">
              <w:rPr>
                <w:rFonts w:ascii="Times New Roman" w:eastAsia="Times New Roman" w:hAnsi="Times New Roman" w:cs="Times New Roman"/>
                <w:bCs/>
                <w:color w:val="000000" w:themeColor="text1"/>
                <w:sz w:val="28"/>
                <w:szCs w:val="28"/>
                <w:lang w:eastAsia="en-SG"/>
              </w:rPr>
              <w:t xml:space="preserve">và các </w:t>
            </w:r>
            <w:r w:rsidR="00640552" w:rsidRPr="005D4A9A">
              <w:rPr>
                <w:rFonts w:ascii="Times New Roman" w:eastAsia="Times New Roman" w:hAnsi="Times New Roman" w:cs="Times New Roman"/>
                <w:bCs/>
                <w:color w:val="000000" w:themeColor="text1"/>
                <w:sz w:val="28"/>
                <w:szCs w:val="28"/>
                <w:lang w:eastAsia="en-SG"/>
              </w:rPr>
              <w:lastRenderedPageBreak/>
              <w:t>cơ quan, đơn vị có liên quan.</w:t>
            </w:r>
          </w:p>
          <w:p w14:paraId="77B6A871" w14:textId="77777777" w:rsidR="00640552" w:rsidRPr="005D4A9A" w:rsidRDefault="00640552" w:rsidP="00920FC7">
            <w:pPr>
              <w:spacing w:before="40" w:after="40"/>
              <w:jc w:val="both"/>
              <w:rPr>
                <w:rFonts w:ascii="Times New Roman" w:hAnsi="Times New Roman" w:cs="Times New Roman"/>
                <w:color w:val="000000" w:themeColor="text1"/>
                <w:sz w:val="28"/>
                <w:szCs w:val="28"/>
              </w:rPr>
            </w:pPr>
          </w:p>
        </w:tc>
        <w:tc>
          <w:tcPr>
            <w:tcW w:w="2268" w:type="dxa"/>
            <w:tcMar>
              <w:top w:w="100" w:type="dxa"/>
              <w:left w:w="150" w:type="dxa"/>
              <w:bottom w:w="100" w:type="dxa"/>
              <w:right w:w="150" w:type="dxa"/>
            </w:tcMar>
            <w:vAlign w:val="center"/>
          </w:tcPr>
          <w:p w14:paraId="3568FD8C" w14:textId="6A68F856" w:rsidR="00640552" w:rsidRPr="005D4A9A" w:rsidRDefault="00307B77" w:rsidP="00920FC7">
            <w:pPr>
              <w:spacing w:before="40" w:after="40"/>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lastRenderedPageBreak/>
              <w:t>Đ/c Trưởng Ban Xây dựng Đảng Đảng ủy</w:t>
            </w:r>
          </w:p>
        </w:tc>
        <w:tc>
          <w:tcPr>
            <w:tcW w:w="2694" w:type="dxa"/>
            <w:tcMar>
              <w:top w:w="100" w:type="dxa"/>
              <w:left w:w="150" w:type="dxa"/>
              <w:bottom w:w="100" w:type="dxa"/>
              <w:right w:w="150" w:type="dxa"/>
            </w:tcMar>
            <w:vAlign w:val="center"/>
          </w:tcPr>
          <w:p w14:paraId="17D3BF80" w14:textId="4FC71851" w:rsidR="00640552" w:rsidRPr="005D4A9A" w:rsidRDefault="00055F7A" w:rsidP="00920FC7">
            <w:pPr>
              <w:spacing w:before="40" w:after="40"/>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 xml:space="preserve">Hồ sơ đánh giá, xếp loại cán bộ hằng năm </w:t>
            </w:r>
          </w:p>
        </w:tc>
        <w:tc>
          <w:tcPr>
            <w:tcW w:w="1872" w:type="dxa"/>
            <w:vAlign w:val="center"/>
          </w:tcPr>
          <w:p w14:paraId="38D4D595" w14:textId="4A6A7EE6" w:rsidR="00640552" w:rsidRPr="005D4A9A" w:rsidRDefault="00A60C86" w:rsidP="002E53EA">
            <w:pPr>
              <w:spacing w:before="40" w:after="40"/>
              <w:jc w:val="both"/>
              <w:rPr>
                <w:rFonts w:ascii="Times New Roman" w:eastAsia="Times New Roman" w:hAnsi="Times New Roman" w:cs="Times New Roman"/>
                <w:bCs/>
                <w:color w:val="000000" w:themeColor="text1"/>
                <w:sz w:val="28"/>
                <w:szCs w:val="28"/>
                <w:lang w:eastAsia="en-SG"/>
              </w:rPr>
            </w:pPr>
            <w:r w:rsidRPr="005D4A9A">
              <w:rPr>
                <w:rFonts w:ascii="Times New Roman" w:eastAsia="Times New Roman" w:hAnsi="Times New Roman" w:cs="Times New Roman"/>
                <w:bCs/>
                <w:color w:val="000000" w:themeColor="text1"/>
                <w:sz w:val="28"/>
                <w:szCs w:val="28"/>
                <w:lang w:eastAsia="en-SG"/>
              </w:rPr>
              <w:t>Thường xuyên</w:t>
            </w:r>
          </w:p>
        </w:tc>
      </w:tr>
      <w:tr w:rsidR="00273220" w:rsidRPr="005D4A9A" w14:paraId="2C250328" w14:textId="58129436" w:rsidTr="00322543">
        <w:trPr>
          <w:jc w:val="center"/>
        </w:trPr>
        <w:tc>
          <w:tcPr>
            <w:tcW w:w="846" w:type="dxa"/>
            <w:tcMar>
              <w:top w:w="100" w:type="dxa"/>
              <w:left w:w="150" w:type="dxa"/>
              <w:bottom w:w="100" w:type="dxa"/>
              <w:right w:w="150" w:type="dxa"/>
            </w:tcMar>
            <w:vAlign w:val="center"/>
          </w:tcPr>
          <w:p w14:paraId="1CB31C56" w14:textId="16E229AA" w:rsidR="00640552" w:rsidRPr="005D4A9A" w:rsidRDefault="00640552" w:rsidP="00920FC7">
            <w:pPr>
              <w:spacing w:before="40" w:after="40"/>
              <w:jc w:val="center"/>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3</w:t>
            </w:r>
          </w:p>
        </w:tc>
        <w:tc>
          <w:tcPr>
            <w:tcW w:w="4252" w:type="dxa"/>
            <w:tcMar>
              <w:top w:w="100" w:type="dxa"/>
              <w:left w:w="150" w:type="dxa"/>
              <w:bottom w:w="100" w:type="dxa"/>
              <w:right w:w="150" w:type="dxa"/>
            </w:tcMar>
            <w:vAlign w:val="center"/>
          </w:tcPr>
          <w:p w14:paraId="1E52D71A" w14:textId="7C1980F3" w:rsidR="00640552" w:rsidRPr="005D4A9A" w:rsidRDefault="00640552" w:rsidP="00920FC7">
            <w:pPr>
              <w:spacing w:before="40" w:after="40"/>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 xml:space="preserve">Tăng cường công tác giám sát thường xuyên và kiểm tra chấp hành, giám sát chuyên đề việc chấp hành Quy định về những điều đảng viên không được làm. Chủ động kiểm tra khi có dấu hiệu vi phạm, tập trung vào các lĩnh vực nhạy cảm, dễ phát sinh tiêu cực như: phân bổ nguồn lực công (ngân sách, tài nguyên, đất đai); công tác cán bộ; quản lý tài chính; việc phát ngôn, đăng tải thông tin trên mạng xã hội. Bảo đảm mọi hành vi vi phạm đều được xem xét, xử lý nghiêm minh, chính xác, kịp thời và công bằng; đề cao trách nhiệm của tập thể và người đứng đầu nơi xảy ra vi phạm. Gắn kiểm tra với việc bảo vệ những nhân tố tích cực, đảng </w:t>
            </w:r>
            <w:r w:rsidRPr="005D4A9A">
              <w:rPr>
                <w:rFonts w:ascii="Times New Roman" w:hAnsi="Times New Roman" w:cs="Times New Roman"/>
                <w:color w:val="000000" w:themeColor="text1"/>
                <w:sz w:val="28"/>
                <w:szCs w:val="28"/>
              </w:rPr>
              <w:lastRenderedPageBreak/>
              <w:t>viên năng động, sáng tạo, dám nghĩ, dám làm vì lợi ích chung.</w:t>
            </w:r>
          </w:p>
        </w:tc>
        <w:tc>
          <w:tcPr>
            <w:tcW w:w="2835" w:type="dxa"/>
            <w:tcMar>
              <w:top w:w="100" w:type="dxa"/>
              <w:left w:w="150" w:type="dxa"/>
              <w:bottom w:w="100" w:type="dxa"/>
              <w:right w:w="150" w:type="dxa"/>
            </w:tcMar>
            <w:vAlign w:val="center"/>
          </w:tcPr>
          <w:p w14:paraId="73D1CFCC" w14:textId="127FE512" w:rsidR="00640552" w:rsidRPr="005D4A9A" w:rsidRDefault="00640552" w:rsidP="00920FC7">
            <w:pPr>
              <w:spacing w:before="120" w:line="360" w:lineRule="atLeast"/>
              <w:jc w:val="both"/>
              <w:outlineLvl w:val="1"/>
              <w:rPr>
                <w:rFonts w:ascii="Times New Roman" w:eastAsia="Times New Roman" w:hAnsi="Times New Roman" w:cs="Times New Roman"/>
                <w:bCs/>
                <w:color w:val="000000" w:themeColor="text1"/>
                <w:sz w:val="28"/>
                <w:szCs w:val="28"/>
                <w:lang w:eastAsia="en-SG"/>
              </w:rPr>
            </w:pPr>
            <w:r w:rsidRPr="005D4A9A">
              <w:rPr>
                <w:rFonts w:ascii="Times New Roman" w:eastAsia="Times New Roman" w:hAnsi="Times New Roman" w:cs="Times New Roman"/>
                <w:bCs/>
                <w:color w:val="000000" w:themeColor="text1"/>
                <w:sz w:val="28"/>
                <w:szCs w:val="28"/>
                <w:lang w:eastAsia="en-SG"/>
              </w:rPr>
              <w:lastRenderedPageBreak/>
              <w:t xml:space="preserve">Ủy ban Kiểm tra </w:t>
            </w:r>
            <w:r w:rsidR="00913786" w:rsidRPr="005D4A9A">
              <w:rPr>
                <w:rFonts w:ascii="Times New Roman" w:eastAsia="Times New Roman" w:hAnsi="Times New Roman" w:cs="Times New Roman"/>
                <w:bCs/>
                <w:color w:val="000000" w:themeColor="text1"/>
                <w:sz w:val="28"/>
                <w:szCs w:val="28"/>
                <w:lang w:eastAsia="en-SG"/>
              </w:rPr>
              <w:t xml:space="preserve">Đảng </w:t>
            </w:r>
            <w:r w:rsidRPr="005D4A9A">
              <w:rPr>
                <w:rFonts w:ascii="Times New Roman" w:eastAsia="Times New Roman" w:hAnsi="Times New Roman" w:cs="Times New Roman"/>
                <w:bCs/>
                <w:color w:val="000000" w:themeColor="text1"/>
                <w:sz w:val="28"/>
                <w:szCs w:val="28"/>
                <w:lang w:eastAsia="en-SG"/>
              </w:rPr>
              <w:t xml:space="preserve"> ủy chủ trì, phối hợp với các cơ quan chuyên trách tham mưu giúp việc </w:t>
            </w:r>
            <w:r w:rsidR="00913786" w:rsidRPr="005D4A9A">
              <w:rPr>
                <w:rFonts w:ascii="Times New Roman" w:eastAsia="Times New Roman" w:hAnsi="Times New Roman" w:cs="Times New Roman"/>
                <w:bCs/>
                <w:color w:val="000000" w:themeColor="text1"/>
                <w:sz w:val="28"/>
                <w:szCs w:val="28"/>
                <w:lang w:eastAsia="en-SG"/>
              </w:rPr>
              <w:t>Đảng</w:t>
            </w:r>
            <w:r w:rsidRPr="005D4A9A">
              <w:rPr>
                <w:rFonts w:ascii="Times New Roman" w:eastAsia="Times New Roman" w:hAnsi="Times New Roman" w:cs="Times New Roman"/>
                <w:bCs/>
                <w:color w:val="000000" w:themeColor="text1"/>
                <w:sz w:val="28"/>
                <w:szCs w:val="28"/>
                <w:lang w:eastAsia="en-SG"/>
              </w:rPr>
              <w:t xml:space="preserve"> ủy, các </w:t>
            </w:r>
            <w:r w:rsidR="00913786" w:rsidRPr="005D4A9A">
              <w:rPr>
                <w:rFonts w:ascii="Times New Roman" w:eastAsia="Times New Roman" w:hAnsi="Times New Roman" w:cs="Times New Roman"/>
                <w:bCs/>
                <w:color w:val="000000" w:themeColor="text1"/>
                <w:sz w:val="28"/>
                <w:szCs w:val="28"/>
                <w:lang w:eastAsia="en-SG"/>
              </w:rPr>
              <w:t>chi bộ</w:t>
            </w:r>
            <w:r w:rsidRPr="005D4A9A">
              <w:rPr>
                <w:rFonts w:ascii="Times New Roman" w:eastAsia="Times New Roman" w:hAnsi="Times New Roman" w:cs="Times New Roman"/>
                <w:bCs/>
                <w:color w:val="000000" w:themeColor="text1"/>
                <w:sz w:val="28"/>
                <w:szCs w:val="28"/>
                <w:lang w:eastAsia="en-SG"/>
              </w:rPr>
              <w:t xml:space="preserve"> trực thuộc </w:t>
            </w:r>
            <w:r w:rsidR="00913786" w:rsidRPr="005D4A9A">
              <w:rPr>
                <w:rFonts w:ascii="Times New Roman" w:eastAsia="Times New Roman" w:hAnsi="Times New Roman" w:cs="Times New Roman"/>
                <w:bCs/>
                <w:color w:val="000000" w:themeColor="text1"/>
                <w:sz w:val="28"/>
                <w:szCs w:val="28"/>
                <w:lang w:eastAsia="en-SG"/>
              </w:rPr>
              <w:t>Đảng</w:t>
            </w:r>
            <w:r w:rsidRPr="005D4A9A">
              <w:rPr>
                <w:rFonts w:ascii="Times New Roman" w:eastAsia="Times New Roman" w:hAnsi="Times New Roman" w:cs="Times New Roman"/>
                <w:bCs/>
                <w:color w:val="000000" w:themeColor="text1"/>
                <w:sz w:val="28"/>
                <w:szCs w:val="28"/>
                <w:lang w:eastAsia="en-SG"/>
              </w:rPr>
              <w:t xml:space="preserve"> ủy, các cơ quan, đơn vị có liên quan.</w:t>
            </w:r>
          </w:p>
          <w:p w14:paraId="6B12BB56" w14:textId="77777777" w:rsidR="00640552" w:rsidRPr="005D4A9A" w:rsidRDefault="00640552" w:rsidP="00920FC7">
            <w:pPr>
              <w:spacing w:before="40" w:after="40"/>
              <w:jc w:val="both"/>
              <w:rPr>
                <w:rFonts w:ascii="Times New Roman" w:hAnsi="Times New Roman" w:cs="Times New Roman"/>
                <w:color w:val="000000" w:themeColor="text1"/>
                <w:sz w:val="28"/>
                <w:szCs w:val="28"/>
              </w:rPr>
            </w:pPr>
          </w:p>
        </w:tc>
        <w:tc>
          <w:tcPr>
            <w:tcW w:w="2268" w:type="dxa"/>
            <w:tcMar>
              <w:top w:w="100" w:type="dxa"/>
              <w:left w:w="150" w:type="dxa"/>
              <w:bottom w:w="100" w:type="dxa"/>
              <w:right w:w="150" w:type="dxa"/>
            </w:tcMar>
            <w:vAlign w:val="center"/>
          </w:tcPr>
          <w:p w14:paraId="48A9C99A" w14:textId="1C27A048" w:rsidR="00640552" w:rsidRPr="005D4A9A" w:rsidRDefault="00640552" w:rsidP="00913786">
            <w:pPr>
              <w:spacing w:before="40" w:after="40"/>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 xml:space="preserve">Đồng chí Chủ nhiệm Ủy ban Kiểm tra </w:t>
            </w:r>
            <w:r w:rsidR="00913786" w:rsidRPr="005D4A9A">
              <w:rPr>
                <w:rFonts w:ascii="Times New Roman" w:hAnsi="Times New Roman" w:cs="Times New Roman"/>
                <w:color w:val="000000" w:themeColor="text1"/>
                <w:sz w:val="28"/>
                <w:szCs w:val="28"/>
              </w:rPr>
              <w:t>Đảng</w:t>
            </w:r>
            <w:r w:rsidRPr="005D4A9A">
              <w:rPr>
                <w:rFonts w:ascii="Times New Roman" w:hAnsi="Times New Roman" w:cs="Times New Roman"/>
                <w:color w:val="000000" w:themeColor="text1"/>
                <w:sz w:val="28"/>
                <w:szCs w:val="28"/>
              </w:rPr>
              <w:t xml:space="preserve"> ủy</w:t>
            </w:r>
          </w:p>
        </w:tc>
        <w:tc>
          <w:tcPr>
            <w:tcW w:w="2694" w:type="dxa"/>
            <w:tcMar>
              <w:top w:w="100" w:type="dxa"/>
              <w:left w:w="150" w:type="dxa"/>
              <w:bottom w:w="100" w:type="dxa"/>
              <w:right w:w="150" w:type="dxa"/>
            </w:tcMar>
            <w:vAlign w:val="center"/>
          </w:tcPr>
          <w:p w14:paraId="34A8006C" w14:textId="743E53A3" w:rsidR="00640552" w:rsidRPr="005D4A9A" w:rsidRDefault="00055F7A" w:rsidP="00920FC7">
            <w:pPr>
              <w:spacing w:before="40" w:after="40"/>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Các Quyết định, Kế hoạch kiểm tra, giám sát chuyên đề</w:t>
            </w:r>
          </w:p>
        </w:tc>
        <w:tc>
          <w:tcPr>
            <w:tcW w:w="1872" w:type="dxa"/>
            <w:vAlign w:val="center"/>
          </w:tcPr>
          <w:p w14:paraId="5BCCC8B6" w14:textId="56180DC5" w:rsidR="00640552" w:rsidRPr="005D4A9A" w:rsidRDefault="00A60C86" w:rsidP="002E53EA">
            <w:pPr>
              <w:spacing w:before="40" w:after="40"/>
              <w:jc w:val="both"/>
              <w:rPr>
                <w:rFonts w:ascii="Times New Roman" w:eastAsia="Times New Roman" w:hAnsi="Times New Roman" w:cs="Times New Roman"/>
                <w:bCs/>
                <w:color w:val="000000" w:themeColor="text1"/>
                <w:sz w:val="28"/>
                <w:szCs w:val="28"/>
                <w:lang w:eastAsia="en-SG"/>
              </w:rPr>
            </w:pPr>
            <w:r w:rsidRPr="005D4A9A">
              <w:rPr>
                <w:rFonts w:ascii="Times New Roman" w:eastAsia="Times New Roman" w:hAnsi="Times New Roman" w:cs="Times New Roman"/>
                <w:bCs/>
                <w:color w:val="000000" w:themeColor="text1"/>
                <w:sz w:val="28"/>
                <w:szCs w:val="28"/>
                <w:lang w:eastAsia="en-SG"/>
              </w:rPr>
              <w:t>Thường xuyên</w:t>
            </w:r>
          </w:p>
        </w:tc>
      </w:tr>
      <w:tr w:rsidR="00273220" w:rsidRPr="005D4A9A" w14:paraId="7E613A9C" w14:textId="5A3CD9F0" w:rsidTr="00322543">
        <w:trPr>
          <w:jc w:val="center"/>
        </w:trPr>
        <w:tc>
          <w:tcPr>
            <w:tcW w:w="846" w:type="dxa"/>
            <w:tcMar>
              <w:top w:w="100" w:type="dxa"/>
              <w:left w:w="150" w:type="dxa"/>
              <w:bottom w:w="100" w:type="dxa"/>
              <w:right w:w="150" w:type="dxa"/>
            </w:tcMar>
            <w:vAlign w:val="center"/>
          </w:tcPr>
          <w:p w14:paraId="50E20361" w14:textId="56439EB8" w:rsidR="00640552" w:rsidRPr="005D4A9A" w:rsidRDefault="00640552" w:rsidP="00920FC7">
            <w:pPr>
              <w:spacing w:before="40" w:after="40"/>
              <w:jc w:val="center"/>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4</w:t>
            </w:r>
          </w:p>
        </w:tc>
        <w:tc>
          <w:tcPr>
            <w:tcW w:w="4252" w:type="dxa"/>
            <w:tcMar>
              <w:top w:w="100" w:type="dxa"/>
              <w:left w:w="150" w:type="dxa"/>
              <w:bottom w:w="100" w:type="dxa"/>
              <w:right w:w="150" w:type="dxa"/>
            </w:tcMar>
            <w:vAlign w:val="center"/>
          </w:tcPr>
          <w:p w14:paraId="09A8889E" w14:textId="390973FC" w:rsidR="00640552" w:rsidRPr="005D4A9A" w:rsidRDefault="00640552" w:rsidP="00920FC7">
            <w:pPr>
              <w:spacing w:before="120" w:line="360" w:lineRule="atLeast"/>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Thực hiện nghiêm túc, công khai, minh bạch công tác phân bổ, sử dụng nguồn lực (tài chính, tài sản, nhân lực, đất đai, tài nguyên...); kiểm soát quyền lực, phòng chống tham nhũng, lãng phí, tiêu cực trong hoạt động công vụ; kiên quyết xử lý các hành vi né tránh, đùn đẩy trách nhiệm, sợ sai, làm việc cầm chừng. Thiết kế các tiêu chí, tiêu chuẩn công khai để loại bỏ tình trạng mập mờ, thiếu khách quan hoặc thiết kế tiêu chí mang tính riêng biệt nhằm tạo lợi thế cho một hoặc một số tổ chức, doanh nghiệp, cá nhân tiếp cận nguồn lực gây ra sự cạnh tranh bất bình đẳng</w:t>
            </w:r>
          </w:p>
        </w:tc>
        <w:tc>
          <w:tcPr>
            <w:tcW w:w="2835" w:type="dxa"/>
            <w:tcMar>
              <w:top w:w="100" w:type="dxa"/>
              <w:left w:w="150" w:type="dxa"/>
              <w:bottom w:w="100" w:type="dxa"/>
              <w:right w:w="150" w:type="dxa"/>
            </w:tcMar>
            <w:vAlign w:val="center"/>
          </w:tcPr>
          <w:p w14:paraId="446A5DC6" w14:textId="1A45AF5B" w:rsidR="00640552" w:rsidRPr="005D4A9A" w:rsidRDefault="00913786" w:rsidP="00920FC7">
            <w:pPr>
              <w:spacing w:before="120" w:line="360" w:lineRule="atLeast"/>
              <w:jc w:val="both"/>
              <w:outlineLvl w:val="1"/>
              <w:rPr>
                <w:rFonts w:ascii="Times New Roman" w:eastAsia="Times New Roman" w:hAnsi="Times New Roman" w:cs="Times New Roman"/>
                <w:bCs/>
                <w:color w:val="000000" w:themeColor="text1"/>
                <w:sz w:val="28"/>
                <w:szCs w:val="28"/>
                <w:lang w:eastAsia="en-SG"/>
              </w:rPr>
            </w:pPr>
            <w:r w:rsidRPr="005D4A9A">
              <w:rPr>
                <w:rFonts w:ascii="Times New Roman" w:eastAsia="Times New Roman" w:hAnsi="Times New Roman" w:cs="Times New Roman"/>
                <w:bCs/>
                <w:color w:val="000000" w:themeColor="text1"/>
                <w:sz w:val="28"/>
                <w:szCs w:val="28"/>
                <w:lang w:eastAsia="en-SG"/>
              </w:rPr>
              <w:t xml:space="preserve">Tổ tham mưu công tác </w:t>
            </w:r>
            <w:r w:rsidR="00640552" w:rsidRPr="005D4A9A">
              <w:rPr>
                <w:rFonts w:ascii="Times New Roman" w:eastAsia="Times New Roman" w:hAnsi="Times New Roman" w:cs="Times New Roman"/>
                <w:bCs/>
                <w:color w:val="000000" w:themeColor="text1"/>
                <w:sz w:val="28"/>
                <w:szCs w:val="28"/>
                <w:lang w:eastAsia="en-SG"/>
              </w:rPr>
              <w:t xml:space="preserve"> Nội chính </w:t>
            </w:r>
            <w:r w:rsidRPr="005D4A9A">
              <w:rPr>
                <w:rFonts w:ascii="Times New Roman" w:eastAsia="Times New Roman" w:hAnsi="Times New Roman" w:cs="Times New Roman"/>
                <w:bCs/>
                <w:color w:val="000000" w:themeColor="text1"/>
                <w:sz w:val="28"/>
                <w:szCs w:val="28"/>
                <w:lang w:eastAsia="en-SG"/>
              </w:rPr>
              <w:t>Đảng</w:t>
            </w:r>
            <w:r w:rsidR="00640552" w:rsidRPr="005D4A9A">
              <w:rPr>
                <w:rFonts w:ascii="Times New Roman" w:eastAsia="Times New Roman" w:hAnsi="Times New Roman" w:cs="Times New Roman"/>
                <w:bCs/>
                <w:color w:val="000000" w:themeColor="text1"/>
                <w:sz w:val="28"/>
                <w:szCs w:val="28"/>
                <w:lang w:eastAsia="en-SG"/>
              </w:rPr>
              <w:t xml:space="preserve"> ủy chủ trì, phối hợp với các cơ quan chuyên trách tham mưu giúp việc </w:t>
            </w:r>
            <w:r w:rsidR="000D29A7" w:rsidRPr="005D4A9A">
              <w:rPr>
                <w:rFonts w:ascii="Times New Roman" w:eastAsia="Times New Roman" w:hAnsi="Times New Roman" w:cs="Times New Roman"/>
                <w:bCs/>
                <w:color w:val="000000" w:themeColor="text1"/>
                <w:sz w:val="28"/>
                <w:szCs w:val="28"/>
                <w:lang w:eastAsia="en-SG"/>
              </w:rPr>
              <w:t>Đảng</w:t>
            </w:r>
            <w:r w:rsidR="00640552" w:rsidRPr="005D4A9A">
              <w:rPr>
                <w:rFonts w:ascii="Times New Roman" w:eastAsia="Times New Roman" w:hAnsi="Times New Roman" w:cs="Times New Roman"/>
                <w:bCs/>
                <w:color w:val="000000" w:themeColor="text1"/>
                <w:sz w:val="28"/>
                <w:szCs w:val="28"/>
                <w:lang w:eastAsia="en-SG"/>
              </w:rPr>
              <w:t xml:space="preserve"> ủy, các </w:t>
            </w:r>
            <w:r w:rsidR="000D29A7" w:rsidRPr="005D4A9A">
              <w:rPr>
                <w:rFonts w:ascii="Times New Roman" w:eastAsia="Times New Roman" w:hAnsi="Times New Roman" w:cs="Times New Roman"/>
                <w:bCs/>
                <w:color w:val="000000" w:themeColor="text1"/>
                <w:sz w:val="28"/>
                <w:szCs w:val="28"/>
                <w:lang w:eastAsia="en-SG"/>
              </w:rPr>
              <w:t>chi bộ</w:t>
            </w:r>
            <w:r w:rsidR="00640552" w:rsidRPr="005D4A9A">
              <w:rPr>
                <w:rFonts w:ascii="Times New Roman" w:eastAsia="Times New Roman" w:hAnsi="Times New Roman" w:cs="Times New Roman"/>
                <w:bCs/>
                <w:color w:val="000000" w:themeColor="text1"/>
                <w:sz w:val="28"/>
                <w:szCs w:val="28"/>
                <w:lang w:eastAsia="en-SG"/>
              </w:rPr>
              <w:t xml:space="preserve"> trực thuộc </w:t>
            </w:r>
            <w:r w:rsidR="000D29A7" w:rsidRPr="005D4A9A">
              <w:rPr>
                <w:rFonts w:ascii="Times New Roman" w:eastAsia="Times New Roman" w:hAnsi="Times New Roman" w:cs="Times New Roman"/>
                <w:bCs/>
                <w:color w:val="000000" w:themeColor="text1"/>
                <w:sz w:val="28"/>
                <w:szCs w:val="28"/>
                <w:lang w:eastAsia="en-SG"/>
              </w:rPr>
              <w:t>Đảng</w:t>
            </w:r>
            <w:r w:rsidR="00640552" w:rsidRPr="005D4A9A">
              <w:rPr>
                <w:rFonts w:ascii="Times New Roman" w:eastAsia="Times New Roman" w:hAnsi="Times New Roman" w:cs="Times New Roman"/>
                <w:bCs/>
                <w:color w:val="000000" w:themeColor="text1"/>
                <w:sz w:val="28"/>
                <w:szCs w:val="28"/>
                <w:lang w:eastAsia="en-SG"/>
              </w:rPr>
              <w:t xml:space="preserve"> ủy, các cơ quan, đơn vị có liên quan.</w:t>
            </w:r>
          </w:p>
          <w:p w14:paraId="218DC9DA" w14:textId="77777777" w:rsidR="00640552" w:rsidRPr="005D4A9A" w:rsidRDefault="00640552" w:rsidP="00920FC7">
            <w:pPr>
              <w:spacing w:before="40" w:after="40"/>
              <w:jc w:val="both"/>
              <w:rPr>
                <w:rFonts w:ascii="Times New Roman" w:hAnsi="Times New Roman" w:cs="Times New Roman"/>
                <w:color w:val="000000" w:themeColor="text1"/>
                <w:sz w:val="28"/>
                <w:szCs w:val="28"/>
              </w:rPr>
            </w:pPr>
          </w:p>
        </w:tc>
        <w:tc>
          <w:tcPr>
            <w:tcW w:w="2268" w:type="dxa"/>
            <w:tcMar>
              <w:top w:w="100" w:type="dxa"/>
              <w:left w:w="150" w:type="dxa"/>
              <w:bottom w:w="100" w:type="dxa"/>
              <w:right w:w="150" w:type="dxa"/>
            </w:tcMar>
            <w:vAlign w:val="center"/>
          </w:tcPr>
          <w:p w14:paraId="5785695D" w14:textId="580EF3D5" w:rsidR="00640552" w:rsidRPr="005D4A9A" w:rsidRDefault="00640552" w:rsidP="000D29A7">
            <w:pPr>
              <w:spacing w:before="40" w:after="40"/>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 xml:space="preserve">Đồng chí </w:t>
            </w:r>
            <w:r w:rsidR="000D29A7" w:rsidRPr="005D4A9A">
              <w:rPr>
                <w:rFonts w:ascii="Times New Roman" w:hAnsi="Times New Roman" w:cs="Times New Roman"/>
                <w:color w:val="000000" w:themeColor="text1"/>
                <w:sz w:val="28"/>
                <w:szCs w:val="28"/>
              </w:rPr>
              <w:t xml:space="preserve">Tổ </w:t>
            </w:r>
            <w:r w:rsidRPr="005D4A9A">
              <w:rPr>
                <w:rFonts w:ascii="Times New Roman" w:hAnsi="Times New Roman" w:cs="Times New Roman"/>
                <w:color w:val="000000" w:themeColor="text1"/>
                <w:sz w:val="28"/>
                <w:szCs w:val="28"/>
              </w:rPr>
              <w:t xml:space="preserve">Trưởng </w:t>
            </w:r>
            <w:r w:rsidR="000D29A7" w:rsidRPr="005D4A9A">
              <w:rPr>
                <w:rFonts w:ascii="Times New Roman" w:hAnsi="Times New Roman" w:cs="Times New Roman"/>
                <w:color w:val="000000" w:themeColor="text1"/>
                <w:sz w:val="28"/>
                <w:szCs w:val="28"/>
              </w:rPr>
              <w:t xml:space="preserve">tổ tham mưu công tác </w:t>
            </w:r>
            <w:r w:rsidRPr="005D4A9A">
              <w:rPr>
                <w:rFonts w:ascii="Times New Roman" w:hAnsi="Times New Roman" w:cs="Times New Roman"/>
                <w:color w:val="000000" w:themeColor="text1"/>
                <w:sz w:val="28"/>
                <w:szCs w:val="28"/>
              </w:rPr>
              <w:t xml:space="preserve">Nội chính </w:t>
            </w:r>
            <w:r w:rsidR="000D29A7" w:rsidRPr="005D4A9A">
              <w:rPr>
                <w:rFonts w:ascii="Times New Roman" w:hAnsi="Times New Roman" w:cs="Times New Roman"/>
                <w:color w:val="000000" w:themeColor="text1"/>
                <w:sz w:val="28"/>
                <w:szCs w:val="28"/>
              </w:rPr>
              <w:t>Đảng</w:t>
            </w:r>
            <w:r w:rsidRPr="005D4A9A">
              <w:rPr>
                <w:rFonts w:ascii="Times New Roman" w:hAnsi="Times New Roman" w:cs="Times New Roman"/>
                <w:color w:val="000000" w:themeColor="text1"/>
                <w:sz w:val="28"/>
                <w:szCs w:val="28"/>
              </w:rPr>
              <w:t xml:space="preserve"> ủy</w:t>
            </w:r>
            <w:r w:rsidR="000D29A7" w:rsidRPr="005D4A9A">
              <w:rPr>
                <w:rFonts w:ascii="Times New Roman" w:hAnsi="Times New Roman" w:cs="Times New Roman"/>
                <w:color w:val="000000" w:themeColor="text1"/>
                <w:sz w:val="28"/>
                <w:szCs w:val="28"/>
              </w:rPr>
              <w:t xml:space="preserve"> xã</w:t>
            </w:r>
          </w:p>
        </w:tc>
        <w:tc>
          <w:tcPr>
            <w:tcW w:w="2694" w:type="dxa"/>
            <w:tcMar>
              <w:top w:w="100" w:type="dxa"/>
              <w:left w:w="150" w:type="dxa"/>
              <w:bottom w:w="100" w:type="dxa"/>
              <w:right w:w="150" w:type="dxa"/>
            </w:tcMar>
            <w:vAlign w:val="center"/>
          </w:tcPr>
          <w:p w14:paraId="34280554" w14:textId="2B0A1404" w:rsidR="00640552" w:rsidRPr="005D4A9A" w:rsidRDefault="00055F7A" w:rsidP="00920FC7">
            <w:pPr>
              <w:spacing w:before="40" w:after="40"/>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Báo cáo kết quả kiểm tra trách nhiệm thực thi công vụ</w:t>
            </w:r>
          </w:p>
        </w:tc>
        <w:tc>
          <w:tcPr>
            <w:tcW w:w="1872" w:type="dxa"/>
            <w:vAlign w:val="center"/>
          </w:tcPr>
          <w:p w14:paraId="6B81B4A3" w14:textId="73D51FBF" w:rsidR="00640552" w:rsidRPr="005D4A9A" w:rsidRDefault="00A60C86" w:rsidP="002E53EA">
            <w:pPr>
              <w:spacing w:before="40" w:after="40"/>
              <w:jc w:val="both"/>
              <w:rPr>
                <w:rFonts w:ascii="Times New Roman" w:eastAsia="Times New Roman" w:hAnsi="Times New Roman" w:cs="Times New Roman"/>
                <w:bCs/>
                <w:color w:val="000000" w:themeColor="text1"/>
                <w:sz w:val="28"/>
                <w:szCs w:val="28"/>
                <w:lang w:eastAsia="en-SG"/>
              </w:rPr>
            </w:pPr>
            <w:r w:rsidRPr="005D4A9A">
              <w:rPr>
                <w:rFonts w:ascii="Times New Roman" w:eastAsia="Times New Roman" w:hAnsi="Times New Roman" w:cs="Times New Roman"/>
                <w:bCs/>
                <w:color w:val="000000" w:themeColor="text1"/>
                <w:sz w:val="28"/>
                <w:szCs w:val="28"/>
                <w:lang w:eastAsia="en-SG"/>
              </w:rPr>
              <w:t>Thường xuyên</w:t>
            </w:r>
          </w:p>
        </w:tc>
      </w:tr>
      <w:tr w:rsidR="00273220" w:rsidRPr="005D4A9A" w14:paraId="60203155" w14:textId="69FBB2FE" w:rsidTr="00322543">
        <w:trPr>
          <w:jc w:val="center"/>
        </w:trPr>
        <w:tc>
          <w:tcPr>
            <w:tcW w:w="846" w:type="dxa"/>
            <w:tcMar>
              <w:top w:w="100" w:type="dxa"/>
              <w:left w:w="150" w:type="dxa"/>
              <w:bottom w:w="100" w:type="dxa"/>
              <w:right w:w="150" w:type="dxa"/>
            </w:tcMar>
            <w:vAlign w:val="center"/>
          </w:tcPr>
          <w:p w14:paraId="41E86AC5" w14:textId="7B2CD647" w:rsidR="00640552" w:rsidRPr="005D4A9A" w:rsidRDefault="00640552" w:rsidP="00920FC7">
            <w:pPr>
              <w:spacing w:before="40" w:after="40"/>
              <w:jc w:val="center"/>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5</w:t>
            </w:r>
          </w:p>
        </w:tc>
        <w:tc>
          <w:tcPr>
            <w:tcW w:w="4252" w:type="dxa"/>
            <w:tcMar>
              <w:top w:w="100" w:type="dxa"/>
              <w:left w:w="150" w:type="dxa"/>
              <w:bottom w:w="100" w:type="dxa"/>
              <w:right w:w="150" w:type="dxa"/>
            </w:tcMar>
            <w:vAlign w:val="center"/>
          </w:tcPr>
          <w:p w14:paraId="0C54EE26" w14:textId="54CD4445" w:rsidR="00640552" w:rsidRPr="005D4A9A" w:rsidRDefault="00640552" w:rsidP="000D29A7">
            <w:pPr>
              <w:spacing w:before="40" w:after="40"/>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 xml:space="preserve">Thực hiện nghiêm việc kê khai tài sản, thu nhập hằng năm theo tinh thần tại Điều 9 Quy định số 207-QĐ/TW và Hướng dẫn số 02-HD/UBKTTW, trong đó chú trọng tính trung thực về nguồn gốc tài </w:t>
            </w:r>
            <w:r w:rsidRPr="005D4A9A">
              <w:rPr>
                <w:rFonts w:ascii="Times New Roman" w:hAnsi="Times New Roman" w:cs="Times New Roman"/>
                <w:color w:val="000000" w:themeColor="text1"/>
                <w:sz w:val="28"/>
                <w:szCs w:val="28"/>
              </w:rPr>
              <w:lastRenderedPageBreak/>
              <w:t xml:space="preserve">sản, biến động tài sản và trách nhiệm giải trình. Ủy ban Kiểm tra </w:t>
            </w:r>
            <w:r w:rsidR="000D29A7" w:rsidRPr="005D4A9A">
              <w:rPr>
                <w:rFonts w:ascii="Times New Roman" w:hAnsi="Times New Roman" w:cs="Times New Roman"/>
                <w:color w:val="000000" w:themeColor="text1"/>
                <w:sz w:val="28"/>
                <w:szCs w:val="28"/>
              </w:rPr>
              <w:t>Đảng</w:t>
            </w:r>
            <w:r w:rsidRPr="005D4A9A">
              <w:rPr>
                <w:rFonts w:ascii="Times New Roman" w:hAnsi="Times New Roman" w:cs="Times New Roman"/>
                <w:color w:val="000000" w:themeColor="text1"/>
                <w:sz w:val="28"/>
                <w:szCs w:val="28"/>
              </w:rPr>
              <w:t xml:space="preserve"> ủy tăng cường giám sát thường xuyên, hằng năm tiến hành xác minh tài sản, thu nhập của cán bộ lãnh đạo, quản lý các cấp để kịp thời phát hiện và xử lý các hành vi tẩu tán tài sản, trốn lậu thuế, nhờ người khác đứng tên tài sản không trung thực</w:t>
            </w:r>
          </w:p>
        </w:tc>
        <w:tc>
          <w:tcPr>
            <w:tcW w:w="2835" w:type="dxa"/>
            <w:tcMar>
              <w:top w:w="100" w:type="dxa"/>
              <w:left w:w="150" w:type="dxa"/>
              <w:bottom w:w="100" w:type="dxa"/>
              <w:right w:w="150" w:type="dxa"/>
            </w:tcMar>
            <w:vAlign w:val="center"/>
          </w:tcPr>
          <w:p w14:paraId="77213778" w14:textId="7A775866" w:rsidR="00640552" w:rsidRPr="005D4A9A" w:rsidRDefault="00640552" w:rsidP="00920FC7">
            <w:pPr>
              <w:spacing w:before="120" w:line="360" w:lineRule="atLeast"/>
              <w:jc w:val="both"/>
              <w:outlineLvl w:val="1"/>
              <w:rPr>
                <w:rFonts w:ascii="Times New Roman" w:eastAsia="Times New Roman" w:hAnsi="Times New Roman" w:cs="Times New Roman"/>
                <w:bCs/>
                <w:color w:val="000000" w:themeColor="text1"/>
                <w:sz w:val="28"/>
                <w:szCs w:val="28"/>
                <w:lang w:eastAsia="en-SG"/>
              </w:rPr>
            </w:pPr>
            <w:r w:rsidRPr="005D4A9A">
              <w:rPr>
                <w:rFonts w:ascii="Times New Roman" w:eastAsia="Times New Roman" w:hAnsi="Times New Roman" w:cs="Times New Roman"/>
                <w:bCs/>
                <w:color w:val="000000" w:themeColor="text1"/>
                <w:sz w:val="28"/>
                <w:szCs w:val="28"/>
                <w:lang w:eastAsia="en-SG"/>
              </w:rPr>
              <w:lastRenderedPageBreak/>
              <w:t xml:space="preserve">Ủy ban Kiểm tra </w:t>
            </w:r>
            <w:r w:rsidR="000D29A7" w:rsidRPr="005D4A9A">
              <w:rPr>
                <w:rFonts w:ascii="Times New Roman" w:eastAsia="Times New Roman" w:hAnsi="Times New Roman" w:cs="Times New Roman"/>
                <w:bCs/>
                <w:color w:val="000000" w:themeColor="text1"/>
                <w:sz w:val="28"/>
                <w:szCs w:val="28"/>
                <w:lang w:eastAsia="en-SG"/>
              </w:rPr>
              <w:t>Đảng</w:t>
            </w:r>
            <w:r w:rsidRPr="005D4A9A">
              <w:rPr>
                <w:rFonts w:ascii="Times New Roman" w:eastAsia="Times New Roman" w:hAnsi="Times New Roman" w:cs="Times New Roman"/>
                <w:bCs/>
                <w:color w:val="000000" w:themeColor="text1"/>
                <w:sz w:val="28"/>
                <w:szCs w:val="28"/>
                <w:lang w:eastAsia="en-SG"/>
              </w:rPr>
              <w:t xml:space="preserve"> ủy chủ trì, phối hợp với hợp với các cơ quan chuyên trách tham mưu giúp việc </w:t>
            </w:r>
            <w:r w:rsidR="000D29A7" w:rsidRPr="005D4A9A">
              <w:rPr>
                <w:rFonts w:ascii="Times New Roman" w:eastAsia="Times New Roman" w:hAnsi="Times New Roman" w:cs="Times New Roman"/>
                <w:bCs/>
                <w:color w:val="000000" w:themeColor="text1"/>
                <w:sz w:val="28"/>
                <w:szCs w:val="28"/>
                <w:lang w:eastAsia="en-SG"/>
              </w:rPr>
              <w:lastRenderedPageBreak/>
              <w:t>Đảng</w:t>
            </w:r>
            <w:r w:rsidRPr="005D4A9A">
              <w:rPr>
                <w:rFonts w:ascii="Times New Roman" w:eastAsia="Times New Roman" w:hAnsi="Times New Roman" w:cs="Times New Roman"/>
                <w:bCs/>
                <w:color w:val="000000" w:themeColor="text1"/>
                <w:sz w:val="28"/>
                <w:szCs w:val="28"/>
                <w:lang w:eastAsia="en-SG"/>
              </w:rPr>
              <w:t xml:space="preserve"> ủy, các </w:t>
            </w:r>
            <w:r w:rsidR="000D29A7" w:rsidRPr="005D4A9A">
              <w:rPr>
                <w:rFonts w:ascii="Times New Roman" w:eastAsia="Times New Roman" w:hAnsi="Times New Roman" w:cs="Times New Roman"/>
                <w:bCs/>
                <w:color w:val="000000" w:themeColor="text1"/>
                <w:sz w:val="28"/>
                <w:szCs w:val="28"/>
                <w:lang w:eastAsia="en-SG"/>
              </w:rPr>
              <w:t>chi bộ</w:t>
            </w:r>
            <w:r w:rsidRPr="005D4A9A">
              <w:rPr>
                <w:rFonts w:ascii="Times New Roman" w:eastAsia="Times New Roman" w:hAnsi="Times New Roman" w:cs="Times New Roman"/>
                <w:bCs/>
                <w:color w:val="000000" w:themeColor="text1"/>
                <w:sz w:val="28"/>
                <w:szCs w:val="28"/>
                <w:lang w:eastAsia="en-SG"/>
              </w:rPr>
              <w:t xml:space="preserve"> trực thuộc </w:t>
            </w:r>
            <w:r w:rsidR="000D29A7" w:rsidRPr="005D4A9A">
              <w:rPr>
                <w:rFonts w:ascii="Times New Roman" w:eastAsia="Times New Roman" w:hAnsi="Times New Roman" w:cs="Times New Roman"/>
                <w:bCs/>
                <w:color w:val="000000" w:themeColor="text1"/>
                <w:sz w:val="28"/>
                <w:szCs w:val="28"/>
                <w:lang w:eastAsia="en-SG"/>
              </w:rPr>
              <w:t>Đảng</w:t>
            </w:r>
            <w:r w:rsidRPr="005D4A9A">
              <w:rPr>
                <w:rFonts w:ascii="Times New Roman" w:eastAsia="Times New Roman" w:hAnsi="Times New Roman" w:cs="Times New Roman"/>
                <w:bCs/>
                <w:color w:val="000000" w:themeColor="text1"/>
                <w:sz w:val="28"/>
                <w:szCs w:val="28"/>
                <w:lang w:eastAsia="en-SG"/>
              </w:rPr>
              <w:t xml:space="preserve"> ủy, các cấp ủy, tổ chức đảng các cơ quan, đơn vị có liên quan.</w:t>
            </w:r>
          </w:p>
          <w:p w14:paraId="3140CE78" w14:textId="77777777" w:rsidR="00640552" w:rsidRPr="005D4A9A" w:rsidRDefault="00640552" w:rsidP="00920FC7">
            <w:pPr>
              <w:spacing w:before="40" w:after="40"/>
              <w:jc w:val="both"/>
              <w:rPr>
                <w:rFonts w:ascii="Times New Roman" w:hAnsi="Times New Roman" w:cs="Times New Roman"/>
                <w:color w:val="000000" w:themeColor="text1"/>
                <w:sz w:val="28"/>
                <w:szCs w:val="28"/>
              </w:rPr>
            </w:pPr>
          </w:p>
        </w:tc>
        <w:tc>
          <w:tcPr>
            <w:tcW w:w="2268" w:type="dxa"/>
            <w:tcMar>
              <w:top w:w="100" w:type="dxa"/>
              <w:left w:w="150" w:type="dxa"/>
              <w:bottom w:w="100" w:type="dxa"/>
              <w:right w:w="150" w:type="dxa"/>
            </w:tcMar>
            <w:vAlign w:val="center"/>
          </w:tcPr>
          <w:p w14:paraId="1E3DA0F2" w14:textId="7D8960DA" w:rsidR="00640552" w:rsidRPr="005D4A9A" w:rsidRDefault="00640552" w:rsidP="000D29A7">
            <w:pPr>
              <w:spacing w:before="40" w:after="40"/>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lastRenderedPageBreak/>
              <w:t>Đồng chí Chủ nhiệm Ủy ban Kiể</w:t>
            </w:r>
            <w:r w:rsidR="000D29A7" w:rsidRPr="005D4A9A">
              <w:rPr>
                <w:rFonts w:ascii="Times New Roman" w:hAnsi="Times New Roman" w:cs="Times New Roman"/>
                <w:color w:val="000000" w:themeColor="text1"/>
                <w:sz w:val="28"/>
                <w:szCs w:val="28"/>
              </w:rPr>
              <w:t>m tra Đảng</w:t>
            </w:r>
            <w:r w:rsidRPr="005D4A9A">
              <w:rPr>
                <w:rFonts w:ascii="Times New Roman" w:hAnsi="Times New Roman" w:cs="Times New Roman"/>
                <w:color w:val="000000" w:themeColor="text1"/>
                <w:sz w:val="28"/>
                <w:szCs w:val="28"/>
              </w:rPr>
              <w:t xml:space="preserve"> ủy</w:t>
            </w:r>
          </w:p>
        </w:tc>
        <w:tc>
          <w:tcPr>
            <w:tcW w:w="2694" w:type="dxa"/>
            <w:tcMar>
              <w:top w:w="100" w:type="dxa"/>
              <w:left w:w="150" w:type="dxa"/>
              <w:bottom w:w="100" w:type="dxa"/>
              <w:right w:w="150" w:type="dxa"/>
            </w:tcMar>
            <w:vAlign w:val="center"/>
          </w:tcPr>
          <w:p w14:paraId="3D54251A" w14:textId="65830E10" w:rsidR="00640552" w:rsidRPr="005D4A9A" w:rsidRDefault="00055F7A" w:rsidP="000D29A7">
            <w:pPr>
              <w:spacing w:before="40" w:after="40"/>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 xml:space="preserve">Báo cáo kết quả xác minh tài sản, thu nhập đối với cán bộ thuộc diện Ban Thường vụ </w:t>
            </w:r>
            <w:r w:rsidR="000D29A7" w:rsidRPr="005D4A9A">
              <w:rPr>
                <w:rFonts w:ascii="Times New Roman" w:hAnsi="Times New Roman" w:cs="Times New Roman"/>
                <w:color w:val="000000" w:themeColor="text1"/>
                <w:sz w:val="28"/>
                <w:szCs w:val="28"/>
              </w:rPr>
              <w:t>Đảng</w:t>
            </w:r>
            <w:r w:rsidRPr="005D4A9A">
              <w:rPr>
                <w:rFonts w:ascii="Times New Roman" w:hAnsi="Times New Roman" w:cs="Times New Roman"/>
                <w:color w:val="000000" w:themeColor="text1"/>
                <w:sz w:val="28"/>
                <w:szCs w:val="28"/>
              </w:rPr>
              <w:t xml:space="preserve"> ủy quản lý.</w:t>
            </w:r>
          </w:p>
        </w:tc>
        <w:tc>
          <w:tcPr>
            <w:tcW w:w="1872" w:type="dxa"/>
            <w:vAlign w:val="center"/>
          </w:tcPr>
          <w:p w14:paraId="780EBC1F" w14:textId="522FD2C7" w:rsidR="00640552" w:rsidRPr="005D4A9A" w:rsidRDefault="00A60C86" w:rsidP="002E53EA">
            <w:pPr>
              <w:spacing w:before="40" w:after="40"/>
              <w:jc w:val="both"/>
              <w:rPr>
                <w:rFonts w:ascii="Times New Roman" w:hAnsi="Times New Roman" w:cs="Times New Roman"/>
                <w:color w:val="000000" w:themeColor="text1"/>
                <w:sz w:val="28"/>
                <w:szCs w:val="28"/>
              </w:rPr>
            </w:pPr>
            <w:r w:rsidRPr="005D4A9A">
              <w:rPr>
                <w:rFonts w:ascii="Times New Roman" w:eastAsia="Times New Roman" w:hAnsi="Times New Roman" w:cs="Times New Roman"/>
                <w:bCs/>
                <w:color w:val="000000" w:themeColor="text1"/>
                <w:sz w:val="28"/>
                <w:szCs w:val="28"/>
                <w:lang w:eastAsia="en-SG"/>
              </w:rPr>
              <w:t>Thường xuyên</w:t>
            </w:r>
          </w:p>
        </w:tc>
      </w:tr>
      <w:tr w:rsidR="00273220" w:rsidRPr="005D4A9A" w14:paraId="20BCC4DF" w14:textId="6853E925" w:rsidTr="00322543">
        <w:trPr>
          <w:jc w:val="center"/>
        </w:trPr>
        <w:tc>
          <w:tcPr>
            <w:tcW w:w="846" w:type="dxa"/>
            <w:tcMar>
              <w:top w:w="100" w:type="dxa"/>
              <w:left w:w="150" w:type="dxa"/>
              <w:bottom w:w="100" w:type="dxa"/>
              <w:right w:w="150" w:type="dxa"/>
            </w:tcMar>
            <w:vAlign w:val="center"/>
          </w:tcPr>
          <w:p w14:paraId="18E95D5A" w14:textId="02255A82" w:rsidR="00640552" w:rsidRPr="005D4A9A" w:rsidRDefault="00640552" w:rsidP="00920FC7">
            <w:pPr>
              <w:spacing w:before="40" w:after="40"/>
              <w:jc w:val="center"/>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6</w:t>
            </w:r>
          </w:p>
        </w:tc>
        <w:tc>
          <w:tcPr>
            <w:tcW w:w="4252" w:type="dxa"/>
            <w:tcMar>
              <w:top w:w="100" w:type="dxa"/>
              <w:left w:w="150" w:type="dxa"/>
              <w:bottom w:w="100" w:type="dxa"/>
              <w:right w:w="150" w:type="dxa"/>
            </w:tcMar>
            <w:vAlign w:val="center"/>
          </w:tcPr>
          <w:p w14:paraId="1C6C3B5F" w14:textId="77777777" w:rsidR="00640552" w:rsidRPr="005D4A9A" w:rsidRDefault="00640552" w:rsidP="00920FC7">
            <w:pPr>
              <w:spacing w:before="120" w:line="360" w:lineRule="atLeast"/>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pacing w:val="-4"/>
                <w:sz w:val="28"/>
                <w:szCs w:val="28"/>
              </w:rPr>
              <w:t>Phát huy vai trò giám sát, phản biện xã hội của Mặt trận Tổ quốc Việt Nam, các tổ chức chính trị - xã hội và Nhân dân đối với việc tu dưỡng, rèn luyện đạo đức, lối sống và chấp hành quy định của cán bộ, đảng viên, nhất là người đứng đầu các cấp. Duy trì</w:t>
            </w:r>
            <w:r w:rsidRPr="005D4A9A">
              <w:rPr>
                <w:rFonts w:ascii="Times New Roman" w:hAnsi="Times New Roman" w:cs="Times New Roman"/>
                <w:color w:val="000000" w:themeColor="text1"/>
                <w:sz w:val="28"/>
                <w:szCs w:val="28"/>
              </w:rPr>
              <w:t xml:space="preserve"> các kênh tiếp nhận phản ánh, tố cáo của Nhân dân đối với đảng viên vi phạm; có cơ chế bảo vệ tuyệt đối và khen thưởng kịp thời người tố cáo đúng quy định.</w:t>
            </w:r>
          </w:p>
          <w:p w14:paraId="4BAEF799" w14:textId="77777777" w:rsidR="00640552" w:rsidRPr="005D4A9A" w:rsidRDefault="00640552" w:rsidP="00920FC7">
            <w:pPr>
              <w:spacing w:before="40" w:after="40"/>
              <w:jc w:val="both"/>
              <w:rPr>
                <w:rFonts w:ascii="Times New Roman" w:hAnsi="Times New Roman" w:cs="Times New Roman"/>
                <w:color w:val="000000" w:themeColor="text1"/>
                <w:sz w:val="28"/>
                <w:szCs w:val="28"/>
              </w:rPr>
            </w:pPr>
          </w:p>
        </w:tc>
        <w:tc>
          <w:tcPr>
            <w:tcW w:w="2835" w:type="dxa"/>
            <w:tcMar>
              <w:top w:w="100" w:type="dxa"/>
              <w:left w:w="150" w:type="dxa"/>
              <w:bottom w:w="100" w:type="dxa"/>
              <w:right w:w="150" w:type="dxa"/>
            </w:tcMar>
            <w:vAlign w:val="center"/>
          </w:tcPr>
          <w:p w14:paraId="3175ECF7" w14:textId="15148A88" w:rsidR="00640552" w:rsidRPr="005D4A9A" w:rsidRDefault="000D29A7" w:rsidP="00920FC7">
            <w:pPr>
              <w:spacing w:before="120" w:line="360" w:lineRule="atLeast"/>
              <w:jc w:val="both"/>
              <w:outlineLvl w:val="1"/>
              <w:rPr>
                <w:rFonts w:ascii="Times New Roman" w:eastAsia="Times New Roman" w:hAnsi="Times New Roman" w:cs="Times New Roman"/>
                <w:bCs/>
                <w:color w:val="000000" w:themeColor="text1"/>
                <w:sz w:val="28"/>
                <w:szCs w:val="28"/>
                <w:lang w:eastAsia="en-SG"/>
              </w:rPr>
            </w:pPr>
            <w:r w:rsidRPr="005D4A9A">
              <w:rPr>
                <w:rFonts w:ascii="Times New Roman" w:eastAsia="Times New Roman" w:hAnsi="Times New Roman" w:cs="Times New Roman"/>
                <w:bCs/>
                <w:color w:val="000000" w:themeColor="text1"/>
                <w:sz w:val="28"/>
                <w:szCs w:val="28"/>
                <w:lang w:eastAsia="en-SG"/>
              </w:rPr>
              <w:t>Mặt trận Tổ quốc Việt Nam xã</w:t>
            </w:r>
            <w:r w:rsidR="00640552" w:rsidRPr="005D4A9A">
              <w:rPr>
                <w:rFonts w:ascii="Times New Roman" w:eastAsia="Times New Roman" w:hAnsi="Times New Roman" w:cs="Times New Roman"/>
                <w:bCs/>
                <w:color w:val="000000" w:themeColor="text1"/>
                <w:sz w:val="28"/>
                <w:szCs w:val="28"/>
                <w:lang w:eastAsia="en-SG"/>
              </w:rPr>
              <w:t xml:space="preserve"> chủ trì, phối hợp với các cơ quan chuyên trách tham mưu giúp việc </w:t>
            </w:r>
            <w:r w:rsidRPr="005D4A9A">
              <w:rPr>
                <w:rFonts w:ascii="Times New Roman" w:eastAsia="Times New Roman" w:hAnsi="Times New Roman" w:cs="Times New Roman"/>
                <w:bCs/>
                <w:color w:val="000000" w:themeColor="text1"/>
                <w:sz w:val="28"/>
                <w:szCs w:val="28"/>
                <w:lang w:eastAsia="en-SG"/>
              </w:rPr>
              <w:t>Đảng</w:t>
            </w:r>
            <w:r w:rsidR="00640552" w:rsidRPr="005D4A9A">
              <w:rPr>
                <w:rFonts w:ascii="Times New Roman" w:eastAsia="Times New Roman" w:hAnsi="Times New Roman" w:cs="Times New Roman"/>
                <w:bCs/>
                <w:color w:val="000000" w:themeColor="text1"/>
                <w:sz w:val="28"/>
                <w:szCs w:val="28"/>
                <w:lang w:eastAsia="en-SG"/>
              </w:rPr>
              <w:t xml:space="preserve"> ủy, các cơ quan, đơn vị có liên quan.</w:t>
            </w:r>
          </w:p>
          <w:p w14:paraId="125D8160" w14:textId="77777777" w:rsidR="00640552" w:rsidRPr="005D4A9A" w:rsidRDefault="00640552" w:rsidP="00920FC7">
            <w:pPr>
              <w:spacing w:before="40" w:after="40"/>
              <w:jc w:val="both"/>
              <w:rPr>
                <w:rFonts w:ascii="Times New Roman" w:hAnsi="Times New Roman" w:cs="Times New Roman"/>
                <w:color w:val="000000" w:themeColor="text1"/>
                <w:sz w:val="28"/>
                <w:szCs w:val="28"/>
              </w:rPr>
            </w:pPr>
          </w:p>
        </w:tc>
        <w:tc>
          <w:tcPr>
            <w:tcW w:w="2268" w:type="dxa"/>
            <w:tcMar>
              <w:top w:w="100" w:type="dxa"/>
              <w:left w:w="150" w:type="dxa"/>
              <w:bottom w:w="100" w:type="dxa"/>
              <w:right w:w="150" w:type="dxa"/>
            </w:tcMar>
            <w:vAlign w:val="center"/>
          </w:tcPr>
          <w:p w14:paraId="2838FCB8" w14:textId="6DCD6DBE" w:rsidR="00640552" w:rsidRPr="005D4A9A" w:rsidRDefault="00640552" w:rsidP="000D29A7">
            <w:pPr>
              <w:spacing w:before="40" w:after="40"/>
              <w:jc w:val="both"/>
              <w:rPr>
                <w:rFonts w:ascii="Times New Roman" w:hAnsi="Times New Roman" w:cs="Times New Roman"/>
                <w:color w:val="000000" w:themeColor="text1"/>
                <w:sz w:val="28"/>
                <w:szCs w:val="28"/>
              </w:rPr>
            </w:pPr>
            <w:r w:rsidRPr="005D4A9A">
              <w:rPr>
                <w:rFonts w:ascii="Times New Roman" w:eastAsia="Times New Roman" w:hAnsi="Times New Roman" w:cs="Times New Roman"/>
                <w:bCs/>
                <w:color w:val="000000" w:themeColor="text1"/>
                <w:sz w:val="28"/>
                <w:szCs w:val="28"/>
                <w:lang w:eastAsia="en-SG"/>
              </w:rPr>
              <w:t xml:space="preserve">Đồng chí </w:t>
            </w:r>
            <w:r w:rsidR="000D29A7" w:rsidRPr="005D4A9A">
              <w:rPr>
                <w:rFonts w:ascii="Times New Roman" w:eastAsia="Times New Roman" w:hAnsi="Times New Roman" w:cs="Times New Roman"/>
                <w:bCs/>
                <w:color w:val="000000" w:themeColor="text1"/>
                <w:sz w:val="28"/>
                <w:szCs w:val="28"/>
                <w:lang w:eastAsia="en-SG"/>
              </w:rPr>
              <w:t>Chủ tịch Uỷ ban M</w:t>
            </w:r>
            <w:r w:rsidRPr="005D4A9A">
              <w:rPr>
                <w:rFonts w:ascii="Times New Roman" w:eastAsia="Times New Roman" w:hAnsi="Times New Roman" w:cs="Times New Roman"/>
                <w:bCs/>
                <w:color w:val="000000" w:themeColor="text1"/>
                <w:sz w:val="28"/>
                <w:szCs w:val="28"/>
                <w:lang w:eastAsia="en-SG"/>
              </w:rPr>
              <w:t xml:space="preserve">ặt trận Tổ quốc Việt Nam </w:t>
            </w:r>
            <w:r w:rsidR="000D29A7" w:rsidRPr="005D4A9A">
              <w:rPr>
                <w:rFonts w:ascii="Times New Roman" w:eastAsia="Times New Roman" w:hAnsi="Times New Roman" w:cs="Times New Roman"/>
                <w:bCs/>
                <w:color w:val="000000" w:themeColor="text1"/>
                <w:sz w:val="28"/>
                <w:szCs w:val="28"/>
                <w:lang w:eastAsia="en-SG"/>
              </w:rPr>
              <w:t>xã</w:t>
            </w:r>
          </w:p>
        </w:tc>
        <w:tc>
          <w:tcPr>
            <w:tcW w:w="2694" w:type="dxa"/>
            <w:tcMar>
              <w:top w:w="100" w:type="dxa"/>
              <w:left w:w="150" w:type="dxa"/>
              <w:bottom w:w="100" w:type="dxa"/>
              <w:right w:w="150" w:type="dxa"/>
            </w:tcMar>
            <w:vAlign w:val="center"/>
          </w:tcPr>
          <w:p w14:paraId="2D43E534" w14:textId="7C36DE76" w:rsidR="00640552" w:rsidRPr="005D4A9A" w:rsidRDefault="00055F7A" w:rsidP="00920FC7">
            <w:pPr>
              <w:spacing w:before="40" w:after="40"/>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Báo cáo tổng hợp ý kiến phản ánh của Nhân dân và kết quả giải quyết khiếu nại, tố cáo</w:t>
            </w:r>
          </w:p>
        </w:tc>
        <w:tc>
          <w:tcPr>
            <w:tcW w:w="1872" w:type="dxa"/>
            <w:vAlign w:val="center"/>
          </w:tcPr>
          <w:p w14:paraId="76242241" w14:textId="5556A980" w:rsidR="00640552" w:rsidRPr="005D4A9A" w:rsidRDefault="00A60C86" w:rsidP="002E53EA">
            <w:pPr>
              <w:spacing w:before="40" w:after="40"/>
              <w:jc w:val="both"/>
              <w:rPr>
                <w:rFonts w:ascii="Times New Roman" w:hAnsi="Times New Roman" w:cs="Times New Roman"/>
                <w:color w:val="000000" w:themeColor="text1"/>
                <w:sz w:val="28"/>
                <w:szCs w:val="28"/>
              </w:rPr>
            </w:pPr>
            <w:r w:rsidRPr="005D4A9A">
              <w:rPr>
                <w:rFonts w:ascii="Times New Roman" w:eastAsia="Times New Roman" w:hAnsi="Times New Roman" w:cs="Times New Roman"/>
                <w:bCs/>
                <w:color w:val="000000" w:themeColor="text1"/>
                <w:sz w:val="28"/>
                <w:szCs w:val="28"/>
                <w:lang w:eastAsia="en-SG"/>
              </w:rPr>
              <w:t>Thường xuyên</w:t>
            </w:r>
          </w:p>
        </w:tc>
      </w:tr>
      <w:tr w:rsidR="00273220" w:rsidRPr="005D4A9A" w14:paraId="7F5D0EDD" w14:textId="77777777" w:rsidTr="00322543">
        <w:trPr>
          <w:jc w:val="center"/>
        </w:trPr>
        <w:tc>
          <w:tcPr>
            <w:tcW w:w="846" w:type="dxa"/>
            <w:tcMar>
              <w:top w:w="100" w:type="dxa"/>
              <w:left w:w="150" w:type="dxa"/>
              <w:bottom w:w="100" w:type="dxa"/>
              <w:right w:w="150" w:type="dxa"/>
            </w:tcMar>
            <w:vAlign w:val="center"/>
          </w:tcPr>
          <w:p w14:paraId="7148DA48" w14:textId="36E21444" w:rsidR="00A60C86" w:rsidRPr="005D4A9A" w:rsidRDefault="00A60C86" w:rsidP="00A60C86">
            <w:pPr>
              <w:spacing w:before="40" w:after="40"/>
              <w:jc w:val="center"/>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lastRenderedPageBreak/>
              <w:t>7</w:t>
            </w:r>
          </w:p>
        </w:tc>
        <w:tc>
          <w:tcPr>
            <w:tcW w:w="4252" w:type="dxa"/>
            <w:tcMar>
              <w:top w:w="100" w:type="dxa"/>
              <w:left w:w="150" w:type="dxa"/>
              <w:bottom w:w="100" w:type="dxa"/>
              <w:right w:w="150" w:type="dxa"/>
            </w:tcMar>
            <w:vAlign w:val="center"/>
          </w:tcPr>
          <w:p w14:paraId="301037DC" w14:textId="14C4AECD" w:rsidR="00A60C86" w:rsidRPr="005D4A9A" w:rsidRDefault="00A60C86" w:rsidP="00A60C86">
            <w:pPr>
              <w:spacing w:before="120" w:line="320" w:lineRule="atLeast"/>
              <w:jc w:val="both"/>
              <w:outlineLvl w:val="1"/>
              <w:rPr>
                <w:rFonts w:ascii="Times New Roman" w:eastAsia="Times New Roman" w:hAnsi="Times New Roman" w:cs="Times New Roman"/>
                <w:color w:val="000000" w:themeColor="text1"/>
                <w:sz w:val="30"/>
                <w:szCs w:val="30"/>
                <w:lang w:eastAsia="en-SG"/>
              </w:rPr>
            </w:pPr>
            <w:r w:rsidRPr="005D4A9A">
              <w:rPr>
                <w:rFonts w:ascii="Times New Roman" w:eastAsia="Times New Roman" w:hAnsi="Times New Roman" w:cs="Times New Roman"/>
                <w:color w:val="000000" w:themeColor="text1"/>
                <w:sz w:val="30"/>
                <w:szCs w:val="30"/>
                <w:lang w:val="vi-VN" w:eastAsia="en-SG"/>
              </w:rPr>
              <w:t>Đẩy mạnh ứng dụng công nghệ thông tin và quản trị công tác kiểm tra,</w:t>
            </w:r>
            <w:r w:rsidR="000D29A7" w:rsidRPr="005D4A9A">
              <w:rPr>
                <w:rFonts w:ascii="Times New Roman" w:eastAsia="Times New Roman" w:hAnsi="Times New Roman" w:cs="Times New Roman"/>
                <w:color w:val="000000" w:themeColor="text1"/>
                <w:sz w:val="30"/>
                <w:szCs w:val="30"/>
                <w:lang w:val="vi-VN" w:eastAsia="en-SG"/>
              </w:rPr>
              <w:t xml:space="preserve"> giám sát trên cơ sở dữ liệu số</w:t>
            </w:r>
            <w:r w:rsidR="000D29A7" w:rsidRPr="005D4A9A">
              <w:rPr>
                <w:rFonts w:ascii="Times New Roman" w:eastAsia="Times New Roman" w:hAnsi="Times New Roman" w:cs="Times New Roman"/>
                <w:color w:val="000000" w:themeColor="text1"/>
                <w:sz w:val="30"/>
                <w:szCs w:val="30"/>
                <w:lang w:eastAsia="en-SG"/>
              </w:rPr>
              <w:t>;</w:t>
            </w:r>
            <w:r w:rsidRPr="005D4A9A">
              <w:rPr>
                <w:rFonts w:ascii="Times New Roman" w:eastAsia="Times New Roman" w:hAnsi="Times New Roman" w:cs="Times New Roman"/>
                <w:color w:val="000000" w:themeColor="text1"/>
                <w:sz w:val="30"/>
                <w:szCs w:val="30"/>
                <w:lang w:eastAsia="en-SG"/>
              </w:rPr>
              <w:t xml:space="preserve"> </w:t>
            </w:r>
            <w:r w:rsidRPr="005D4A9A">
              <w:rPr>
                <w:rFonts w:ascii="Times New Roman" w:eastAsia="Times New Roman" w:hAnsi="Times New Roman" w:cs="Times New Roman"/>
                <w:color w:val="000000" w:themeColor="text1"/>
                <w:sz w:val="30"/>
                <w:szCs w:val="30"/>
                <w:lang w:val="vi-VN" w:eastAsia="en-SG"/>
              </w:rPr>
              <w:t>kết nối dữ liệu kiểm tra Đảng với thanh tra, kiểm toán, tư pháp để kịp thời phát hiện vi phạm từ sớm, từ xa.</w:t>
            </w:r>
          </w:p>
          <w:p w14:paraId="12EB001C" w14:textId="77777777" w:rsidR="00A60C86" w:rsidRPr="005D4A9A" w:rsidRDefault="00A60C86" w:rsidP="00A60C86">
            <w:pPr>
              <w:spacing w:before="40" w:after="40"/>
              <w:jc w:val="both"/>
              <w:rPr>
                <w:rFonts w:ascii="Times New Roman" w:hAnsi="Times New Roman" w:cs="Times New Roman"/>
                <w:b/>
                <w:bCs/>
                <w:color w:val="000000" w:themeColor="text1"/>
                <w:sz w:val="28"/>
                <w:szCs w:val="28"/>
              </w:rPr>
            </w:pPr>
          </w:p>
        </w:tc>
        <w:tc>
          <w:tcPr>
            <w:tcW w:w="2835" w:type="dxa"/>
            <w:tcMar>
              <w:top w:w="100" w:type="dxa"/>
              <w:left w:w="150" w:type="dxa"/>
              <w:bottom w:w="100" w:type="dxa"/>
              <w:right w:w="150" w:type="dxa"/>
            </w:tcMar>
            <w:vAlign w:val="center"/>
          </w:tcPr>
          <w:p w14:paraId="59BCA83E" w14:textId="5C53FE74" w:rsidR="00A60C86" w:rsidRPr="005D4A9A" w:rsidRDefault="00A60C86" w:rsidP="00A60C86">
            <w:pPr>
              <w:spacing w:before="120" w:line="360" w:lineRule="atLeast"/>
              <w:jc w:val="both"/>
              <w:outlineLvl w:val="1"/>
              <w:rPr>
                <w:rFonts w:ascii="Times New Roman" w:eastAsia="Times New Roman" w:hAnsi="Times New Roman" w:cs="Times New Roman"/>
                <w:bCs/>
                <w:color w:val="000000" w:themeColor="text1"/>
                <w:sz w:val="28"/>
                <w:szCs w:val="28"/>
                <w:lang w:eastAsia="en-SG"/>
              </w:rPr>
            </w:pPr>
            <w:r w:rsidRPr="005D4A9A">
              <w:rPr>
                <w:rFonts w:ascii="Times New Roman" w:eastAsia="Times New Roman" w:hAnsi="Times New Roman" w:cs="Times New Roman"/>
                <w:bCs/>
                <w:color w:val="000000" w:themeColor="text1"/>
                <w:sz w:val="28"/>
                <w:szCs w:val="28"/>
                <w:lang w:eastAsia="en-SG"/>
              </w:rPr>
              <w:t xml:space="preserve">Ủy ban Kiểm tra </w:t>
            </w:r>
            <w:r w:rsidR="000D29A7" w:rsidRPr="005D4A9A">
              <w:rPr>
                <w:rFonts w:ascii="Times New Roman" w:eastAsia="Times New Roman" w:hAnsi="Times New Roman" w:cs="Times New Roman"/>
                <w:bCs/>
                <w:color w:val="000000" w:themeColor="text1"/>
                <w:sz w:val="28"/>
                <w:szCs w:val="28"/>
                <w:lang w:eastAsia="en-SG"/>
              </w:rPr>
              <w:t>Đảng</w:t>
            </w:r>
            <w:r w:rsidRPr="005D4A9A">
              <w:rPr>
                <w:rFonts w:ascii="Times New Roman" w:eastAsia="Times New Roman" w:hAnsi="Times New Roman" w:cs="Times New Roman"/>
                <w:bCs/>
                <w:color w:val="000000" w:themeColor="text1"/>
                <w:sz w:val="28"/>
                <w:szCs w:val="28"/>
                <w:lang w:eastAsia="en-SG"/>
              </w:rPr>
              <w:t xml:space="preserve"> ủy chủ trì, phối hợp với hợp với các cơ quan chuyên trách tham mưu giúp việc </w:t>
            </w:r>
            <w:r w:rsidR="000D29A7" w:rsidRPr="005D4A9A">
              <w:rPr>
                <w:rFonts w:ascii="Times New Roman" w:eastAsia="Times New Roman" w:hAnsi="Times New Roman" w:cs="Times New Roman"/>
                <w:bCs/>
                <w:color w:val="000000" w:themeColor="text1"/>
                <w:sz w:val="28"/>
                <w:szCs w:val="28"/>
                <w:lang w:eastAsia="en-SG"/>
              </w:rPr>
              <w:t xml:space="preserve">Đảng </w:t>
            </w:r>
            <w:r w:rsidRPr="005D4A9A">
              <w:rPr>
                <w:rFonts w:ascii="Times New Roman" w:eastAsia="Times New Roman" w:hAnsi="Times New Roman" w:cs="Times New Roman"/>
                <w:bCs/>
                <w:color w:val="000000" w:themeColor="text1"/>
                <w:sz w:val="28"/>
                <w:szCs w:val="28"/>
                <w:lang w:eastAsia="en-SG"/>
              </w:rPr>
              <w:t>ủy, các cơ quan, đơn vị có liên quan.</w:t>
            </w:r>
          </w:p>
          <w:p w14:paraId="5C6FE0B3" w14:textId="77777777" w:rsidR="00A60C86" w:rsidRPr="005D4A9A" w:rsidRDefault="00A60C86" w:rsidP="00A60C86">
            <w:pPr>
              <w:spacing w:before="40" w:after="40"/>
              <w:jc w:val="both"/>
              <w:rPr>
                <w:rFonts w:ascii="Times New Roman" w:hAnsi="Times New Roman" w:cs="Times New Roman"/>
                <w:color w:val="000000" w:themeColor="text1"/>
                <w:sz w:val="28"/>
                <w:szCs w:val="28"/>
              </w:rPr>
            </w:pPr>
          </w:p>
        </w:tc>
        <w:tc>
          <w:tcPr>
            <w:tcW w:w="2268" w:type="dxa"/>
            <w:tcMar>
              <w:top w:w="100" w:type="dxa"/>
              <w:left w:w="150" w:type="dxa"/>
              <w:bottom w:w="100" w:type="dxa"/>
              <w:right w:w="150" w:type="dxa"/>
            </w:tcMar>
            <w:vAlign w:val="center"/>
          </w:tcPr>
          <w:p w14:paraId="4B0C2B83" w14:textId="15931BC1" w:rsidR="00A60C86" w:rsidRPr="005D4A9A" w:rsidRDefault="00A60C86" w:rsidP="000D29A7">
            <w:pPr>
              <w:spacing w:before="40" w:after="40"/>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 xml:space="preserve">Đồng chí Chủ nhiệm Ủy ban Kiểm tra </w:t>
            </w:r>
            <w:r w:rsidR="000D29A7" w:rsidRPr="005D4A9A">
              <w:rPr>
                <w:rFonts w:ascii="Times New Roman" w:hAnsi="Times New Roman" w:cs="Times New Roman"/>
                <w:color w:val="000000" w:themeColor="text1"/>
                <w:sz w:val="28"/>
                <w:szCs w:val="28"/>
              </w:rPr>
              <w:t>Đảng</w:t>
            </w:r>
            <w:r w:rsidRPr="005D4A9A">
              <w:rPr>
                <w:rFonts w:ascii="Times New Roman" w:hAnsi="Times New Roman" w:cs="Times New Roman"/>
                <w:color w:val="000000" w:themeColor="text1"/>
                <w:sz w:val="28"/>
                <w:szCs w:val="28"/>
              </w:rPr>
              <w:t xml:space="preserve"> ủy</w:t>
            </w:r>
          </w:p>
        </w:tc>
        <w:tc>
          <w:tcPr>
            <w:tcW w:w="2694" w:type="dxa"/>
            <w:tcMar>
              <w:top w:w="100" w:type="dxa"/>
              <w:left w:w="150" w:type="dxa"/>
              <w:bottom w:w="100" w:type="dxa"/>
              <w:right w:w="150" w:type="dxa"/>
            </w:tcMar>
            <w:vAlign w:val="center"/>
          </w:tcPr>
          <w:p w14:paraId="35AC0AF7" w14:textId="11E55115" w:rsidR="002E53EA" w:rsidRPr="005D4A9A" w:rsidRDefault="002E53EA" w:rsidP="00A60C86">
            <w:pPr>
              <w:spacing w:before="40" w:after="40"/>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Phần mềm/Hệ thống dữ liệu kiểm tra, giám sát</w:t>
            </w:r>
            <w:r w:rsidR="000D29A7" w:rsidRPr="005D4A9A">
              <w:rPr>
                <w:rFonts w:ascii="Times New Roman" w:hAnsi="Times New Roman" w:cs="Times New Roman"/>
                <w:color w:val="000000" w:themeColor="text1"/>
                <w:sz w:val="28"/>
                <w:szCs w:val="28"/>
              </w:rPr>
              <w:t xml:space="preserve"> từ</w:t>
            </w:r>
            <w:r w:rsidRPr="005D4A9A">
              <w:rPr>
                <w:rFonts w:ascii="Times New Roman" w:hAnsi="Times New Roman" w:cs="Times New Roman"/>
                <w:color w:val="000000" w:themeColor="text1"/>
                <w:sz w:val="28"/>
                <w:szCs w:val="28"/>
              </w:rPr>
              <w:t xml:space="preserve"> tỉnh </w:t>
            </w:r>
            <w:r w:rsidR="000D29A7" w:rsidRPr="005D4A9A">
              <w:rPr>
                <w:rFonts w:ascii="Times New Roman" w:hAnsi="Times New Roman" w:cs="Times New Roman"/>
                <w:color w:val="000000" w:themeColor="text1"/>
                <w:sz w:val="28"/>
                <w:szCs w:val="28"/>
              </w:rPr>
              <w:t xml:space="preserve">đến xã </w:t>
            </w:r>
            <w:r w:rsidRPr="005D4A9A">
              <w:rPr>
                <w:rFonts w:ascii="Times New Roman" w:hAnsi="Times New Roman" w:cs="Times New Roman"/>
                <w:color w:val="000000" w:themeColor="text1"/>
                <w:sz w:val="28"/>
                <w:szCs w:val="28"/>
              </w:rPr>
              <w:t>đi vào vận hành</w:t>
            </w:r>
          </w:p>
          <w:p w14:paraId="2CEE1D6D" w14:textId="242D63EC" w:rsidR="00A60C86" w:rsidRPr="005D4A9A" w:rsidRDefault="00A60C86" w:rsidP="00A60C86">
            <w:pPr>
              <w:spacing w:before="40" w:after="40"/>
              <w:jc w:val="both"/>
              <w:rPr>
                <w:rFonts w:ascii="Times New Roman" w:hAnsi="Times New Roman" w:cs="Times New Roman"/>
                <w:color w:val="000000" w:themeColor="text1"/>
                <w:sz w:val="28"/>
                <w:szCs w:val="28"/>
              </w:rPr>
            </w:pPr>
          </w:p>
        </w:tc>
        <w:tc>
          <w:tcPr>
            <w:tcW w:w="1872" w:type="dxa"/>
            <w:vAlign w:val="center"/>
          </w:tcPr>
          <w:p w14:paraId="45EBBA76" w14:textId="3C9E3FA3" w:rsidR="00A60C86" w:rsidRPr="005D4A9A" w:rsidRDefault="00A60C86" w:rsidP="002E53EA">
            <w:pPr>
              <w:spacing w:before="40" w:after="40"/>
              <w:jc w:val="both"/>
              <w:rPr>
                <w:rFonts w:ascii="Times New Roman" w:hAnsi="Times New Roman" w:cs="Times New Roman"/>
                <w:color w:val="000000" w:themeColor="text1"/>
                <w:sz w:val="28"/>
                <w:szCs w:val="28"/>
              </w:rPr>
            </w:pPr>
            <w:r w:rsidRPr="005D4A9A">
              <w:rPr>
                <w:rFonts w:ascii="Times New Roman" w:eastAsia="Times New Roman" w:hAnsi="Times New Roman" w:cs="Times New Roman"/>
                <w:bCs/>
                <w:color w:val="000000" w:themeColor="text1"/>
                <w:sz w:val="28"/>
                <w:szCs w:val="28"/>
                <w:lang w:eastAsia="en-SG"/>
              </w:rPr>
              <w:t>Thường xuyên</w:t>
            </w:r>
          </w:p>
        </w:tc>
      </w:tr>
      <w:tr w:rsidR="00273220" w:rsidRPr="005D4A9A" w14:paraId="75E2D804" w14:textId="63431471" w:rsidTr="00322543">
        <w:trPr>
          <w:jc w:val="center"/>
        </w:trPr>
        <w:tc>
          <w:tcPr>
            <w:tcW w:w="846" w:type="dxa"/>
            <w:tcMar>
              <w:top w:w="100" w:type="dxa"/>
              <w:left w:w="150" w:type="dxa"/>
              <w:bottom w:w="100" w:type="dxa"/>
              <w:right w:w="150" w:type="dxa"/>
            </w:tcMar>
            <w:vAlign w:val="center"/>
          </w:tcPr>
          <w:p w14:paraId="49B48B40" w14:textId="334EF46A" w:rsidR="00A60C86" w:rsidRPr="005D4A9A" w:rsidRDefault="00A60C86" w:rsidP="00A60C86">
            <w:pPr>
              <w:spacing w:before="40" w:after="40"/>
              <w:jc w:val="center"/>
              <w:rPr>
                <w:rFonts w:ascii="Times New Roman" w:hAnsi="Times New Roman" w:cs="Times New Roman"/>
                <w:b/>
                <w:bCs/>
                <w:color w:val="000000" w:themeColor="text1"/>
                <w:sz w:val="28"/>
                <w:szCs w:val="28"/>
              </w:rPr>
            </w:pPr>
            <w:r w:rsidRPr="005D4A9A">
              <w:rPr>
                <w:rFonts w:ascii="Times New Roman" w:hAnsi="Times New Roman" w:cs="Times New Roman"/>
                <w:b/>
                <w:bCs/>
                <w:color w:val="000000" w:themeColor="text1"/>
                <w:sz w:val="28"/>
                <w:szCs w:val="28"/>
              </w:rPr>
              <w:t>III</w:t>
            </w:r>
          </w:p>
        </w:tc>
        <w:tc>
          <w:tcPr>
            <w:tcW w:w="4252" w:type="dxa"/>
            <w:tcMar>
              <w:top w:w="100" w:type="dxa"/>
              <w:left w:w="150" w:type="dxa"/>
              <w:bottom w:w="100" w:type="dxa"/>
              <w:right w:w="150" w:type="dxa"/>
            </w:tcMar>
            <w:vAlign w:val="center"/>
          </w:tcPr>
          <w:p w14:paraId="2E4EF8EF" w14:textId="563AAD38" w:rsidR="00A60C86" w:rsidRPr="005D4A9A" w:rsidRDefault="00A60C86" w:rsidP="00A60C86">
            <w:pPr>
              <w:spacing w:before="40" w:after="40"/>
              <w:jc w:val="both"/>
              <w:rPr>
                <w:rFonts w:ascii="Times New Roman" w:hAnsi="Times New Roman" w:cs="Times New Roman"/>
                <w:b/>
                <w:bCs/>
                <w:color w:val="000000" w:themeColor="text1"/>
                <w:sz w:val="28"/>
                <w:szCs w:val="28"/>
              </w:rPr>
            </w:pPr>
            <w:r w:rsidRPr="005D4A9A">
              <w:rPr>
                <w:rFonts w:ascii="Times New Roman" w:hAnsi="Times New Roman" w:cs="Times New Roman"/>
                <w:b/>
                <w:bCs/>
                <w:color w:val="000000" w:themeColor="text1"/>
                <w:sz w:val="28"/>
                <w:szCs w:val="28"/>
              </w:rPr>
              <w:t>Nhiệm vụ theo lộ trình</w:t>
            </w:r>
          </w:p>
        </w:tc>
        <w:tc>
          <w:tcPr>
            <w:tcW w:w="2835" w:type="dxa"/>
            <w:tcMar>
              <w:top w:w="100" w:type="dxa"/>
              <w:left w:w="150" w:type="dxa"/>
              <w:bottom w:w="100" w:type="dxa"/>
              <w:right w:w="150" w:type="dxa"/>
            </w:tcMar>
            <w:vAlign w:val="center"/>
          </w:tcPr>
          <w:p w14:paraId="26B0A4C5" w14:textId="77777777" w:rsidR="00A60C86" w:rsidRPr="005D4A9A" w:rsidRDefault="00A60C86" w:rsidP="00A60C86">
            <w:pPr>
              <w:spacing w:before="40" w:after="40"/>
              <w:jc w:val="both"/>
              <w:rPr>
                <w:rFonts w:ascii="Times New Roman" w:hAnsi="Times New Roman" w:cs="Times New Roman"/>
                <w:color w:val="000000" w:themeColor="text1"/>
                <w:sz w:val="28"/>
                <w:szCs w:val="28"/>
              </w:rPr>
            </w:pPr>
          </w:p>
        </w:tc>
        <w:tc>
          <w:tcPr>
            <w:tcW w:w="2268" w:type="dxa"/>
            <w:tcMar>
              <w:top w:w="100" w:type="dxa"/>
              <w:left w:w="150" w:type="dxa"/>
              <w:bottom w:w="100" w:type="dxa"/>
              <w:right w:w="150" w:type="dxa"/>
            </w:tcMar>
            <w:vAlign w:val="center"/>
          </w:tcPr>
          <w:p w14:paraId="61ADD907" w14:textId="77777777" w:rsidR="00A60C86" w:rsidRPr="005D4A9A" w:rsidRDefault="00A60C86" w:rsidP="00A60C86">
            <w:pPr>
              <w:spacing w:before="40" w:after="40"/>
              <w:jc w:val="both"/>
              <w:rPr>
                <w:rFonts w:ascii="Times New Roman" w:hAnsi="Times New Roman" w:cs="Times New Roman"/>
                <w:color w:val="000000" w:themeColor="text1"/>
                <w:sz w:val="28"/>
                <w:szCs w:val="28"/>
              </w:rPr>
            </w:pPr>
          </w:p>
        </w:tc>
        <w:tc>
          <w:tcPr>
            <w:tcW w:w="2694" w:type="dxa"/>
            <w:tcMar>
              <w:top w:w="100" w:type="dxa"/>
              <w:left w:w="150" w:type="dxa"/>
              <w:bottom w:w="100" w:type="dxa"/>
              <w:right w:w="150" w:type="dxa"/>
            </w:tcMar>
            <w:vAlign w:val="center"/>
          </w:tcPr>
          <w:p w14:paraId="656BDBF9" w14:textId="77777777" w:rsidR="00A60C86" w:rsidRPr="005D4A9A" w:rsidRDefault="00A60C86" w:rsidP="00A60C86">
            <w:pPr>
              <w:spacing w:before="40" w:after="40"/>
              <w:jc w:val="both"/>
              <w:rPr>
                <w:rFonts w:ascii="Times New Roman" w:hAnsi="Times New Roman" w:cs="Times New Roman"/>
                <w:color w:val="000000" w:themeColor="text1"/>
                <w:sz w:val="28"/>
                <w:szCs w:val="28"/>
              </w:rPr>
            </w:pPr>
          </w:p>
        </w:tc>
        <w:tc>
          <w:tcPr>
            <w:tcW w:w="1872" w:type="dxa"/>
            <w:vAlign w:val="center"/>
          </w:tcPr>
          <w:p w14:paraId="1F742492" w14:textId="77777777" w:rsidR="00A60C86" w:rsidRPr="005D4A9A" w:rsidRDefault="00A60C86" w:rsidP="002E53EA">
            <w:pPr>
              <w:spacing w:before="40" w:after="40"/>
              <w:jc w:val="both"/>
              <w:rPr>
                <w:rFonts w:ascii="Times New Roman" w:hAnsi="Times New Roman" w:cs="Times New Roman"/>
                <w:color w:val="000000" w:themeColor="text1"/>
                <w:sz w:val="28"/>
                <w:szCs w:val="28"/>
              </w:rPr>
            </w:pPr>
          </w:p>
        </w:tc>
      </w:tr>
      <w:tr w:rsidR="00273220" w:rsidRPr="005D4A9A" w14:paraId="32CB8966" w14:textId="45ABAFA2" w:rsidTr="00322543">
        <w:trPr>
          <w:jc w:val="center"/>
        </w:trPr>
        <w:tc>
          <w:tcPr>
            <w:tcW w:w="846" w:type="dxa"/>
            <w:tcMar>
              <w:top w:w="100" w:type="dxa"/>
              <w:left w:w="150" w:type="dxa"/>
              <w:bottom w:w="100" w:type="dxa"/>
              <w:right w:w="150" w:type="dxa"/>
            </w:tcMar>
            <w:vAlign w:val="center"/>
          </w:tcPr>
          <w:p w14:paraId="2B63617A" w14:textId="242C8CED" w:rsidR="00A60C86" w:rsidRPr="005D4A9A" w:rsidRDefault="00A60C86" w:rsidP="00A60C86">
            <w:pPr>
              <w:spacing w:before="40" w:after="40" w:line="276" w:lineRule="auto"/>
              <w:jc w:val="center"/>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1</w:t>
            </w:r>
          </w:p>
        </w:tc>
        <w:tc>
          <w:tcPr>
            <w:tcW w:w="4252" w:type="dxa"/>
            <w:tcMar>
              <w:top w:w="100" w:type="dxa"/>
              <w:left w:w="150" w:type="dxa"/>
              <w:bottom w:w="100" w:type="dxa"/>
              <w:right w:w="150" w:type="dxa"/>
            </w:tcMar>
            <w:vAlign w:val="center"/>
          </w:tcPr>
          <w:p w14:paraId="2DAD72D4" w14:textId="333B7902" w:rsidR="00A60C86" w:rsidRPr="005D4A9A" w:rsidRDefault="00A60C86" w:rsidP="00A60C86">
            <w:pPr>
              <w:spacing w:before="120" w:line="360" w:lineRule="atLeast"/>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 xml:space="preserve">Hoàn thành việc rà soát và tham mưu Ban Thường vụ </w:t>
            </w:r>
            <w:r w:rsidR="000D29A7" w:rsidRPr="005D4A9A">
              <w:rPr>
                <w:rFonts w:ascii="Times New Roman" w:hAnsi="Times New Roman" w:cs="Times New Roman"/>
                <w:color w:val="000000" w:themeColor="text1"/>
                <w:sz w:val="28"/>
                <w:szCs w:val="28"/>
              </w:rPr>
              <w:t>Đảng</w:t>
            </w:r>
            <w:r w:rsidRPr="005D4A9A">
              <w:rPr>
                <w:rFonts w:ascii="Times New Roman" w:hAnsi="Times New Roman" w:cs="Times New Roman"/>
                <w:color w:val="000000" w:themeColor="text1"/>
                <w:sz w:val="28"/>
                <w:szCs w:val="28"/>
              </w:rPr>
              <w:t xml:space="preserve"> ủy</w:t>
            </w:r>
            <w:r w:rsidR="000D29A7" w:rsidRPr="005D4A9A">
              <w:rPr>
                <w:rFonts w:ascii="Times New Roman" w:hAnsi="Times New Roman" w:cs="Times New Roman"/>
                <w:color w:val="000000" w:themeColor="text1"/>
                <w:sz w:val="28"/>
                <w:szCs w:val="28"/>
              </w:rPr>
              <w:t xml:space="preserve"> xã</w:t>
            </w:r>
            <w:r w:rsidRPr="005D4A9A">
              <w:rPr>
                <w:rFonts w:ascii="Times New Roman" w:hAnsi="Times New Roman" w:cs="Times New Roman"/>
                <w:color w:val="000000" w:themeColor="text1"/>
                <w:sz w:val="28"/>
                <w:szCs w:val="28"/>
              </w:rPr>
              <w:t xml:space="preserve"> sửa đổi, bổ sung hoặc ban hành mới các văn bản quy định về công tác kiểm tra, giám sát thuộc thẩm quyền bảo đảm đồng bộ, thống nhất với Quy định số 207-QĐ/TW.</w:t>
            </w:r>
          </w:p>
          <w:p w14:paraId="1E9F4CBB" w14:textId="01C996DE" w:rsidR="00A60C86" w:rsidRPr="005D4A9A" w:rsidRDefault="00A60C86" w:rsidP="00A60C86">
            <w:pPr>
              <w:spacing w:before="40" w:after="40" w:line="276" w:lineRule="auto"/>
              <w:jc w:val="both"/>
              <w:rPr>
                <w:rFonts w:ascii="Times New Roman" w:hAnsi="Times New Roman" w:cs="Times New Roman"/>
                <w:color w:val="000000" w:themeColor="text1"/>
                <w:sz w:val="28"/>
                <w:szCs w:val="28"/>
              </w:rPr>
            </w:pPr>
          </w:p>
        </w:tc>
        <w:tc>
          <w:tcPr>
            <w:tcW w:w="2835" w:type="dxa"/>
            <w:tcMar>
              <w:top w:w="100" w:type="dxa"/>
              <w:left w:w="150" w:type="dxa"/>
              <w:bottom w:w="100" w:type="dxa"/>
              <w:right w:w="150" w:type="dxa"/>
            </w:tcMar>
            <w:vAlign w:val="center"/>
          </w:tcPr>
          <w:p w14:paraId="604F5961" w14:textId="3AFC6A1D" w:rsidR="00A60C86" w:rsidRPr="005D4A9A" w:rsidRDefault="00A60C86" w:rsidP="000D29A7">
            <w:pPr>
              <w:spacing w:before="40" w:after="40" w:line="276" w:lineRule="auto"/>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 xml:space="preserve">Ủy ban Kiểm tra </w:t>
            </w:r>
            <w:r w:rsidR="000D29A7" w:rsidRPr="005D4A9A">
              <w:rPr>
                <w:rFonts w:ascii="Times New Roman" w:hAnsi="Times New Roman" w:cs="Times New Roman"/>
                <w:color w:val="000000" w:themeColor="text1"/>
                <w:sz w:val="28"/>
                <w:szCs w:val="28"/>
              </w:rPr>
              <w:t>Đảng</w:t>
            </w:r>
            <w:r w:rsidRPr="005D4A9A">
              <w:rPr>
                <w:rFonts w:ascii="Times New Roman" w:hAnsi="Times New Roman" w:cs="Times New Roman"/>
                <w:color w:val="000000" w:themeColor="text1"/>
                <w:sz w:val="28"/>
                <w:szCs w:val="28"/>
              </w:rPr>
              <w:t xml:space="preserve"> ủy chủ trì, phối hợp với Văn phòng </w:t>
            </w:r>
            <w:r w:rsidR="000D29A7" w:rsidRPr="005D4A9A">
              <w:rPr>
                <w:rFonts w:ascii="Times New Roman" w:hAnsi="Times New Roman" w:cs="Times New Roman"/>
                <w:color w:val="000000" w:themeColor="text1"/>
                <w:sz w:val="28"/>
                <w:szCs w:val="28"/>
              </w:rPr>
              <w:t>Đảng</w:t>
            </w:r>
            <w:r w:rsidRPr="005D4A9A">
              <w:rPr>
                <w:rFonts w:ascii="Times New Roman" w:hAnsi="Times New Roman" w:cs="Times New Roman"/>
                <w:color w:val="000000" w:themeColor="text1"/>
                <w:sz w:val="28"/>
                <w:szCs w:val="28"/>
              </w:rPr>
              <w:t xml:space="preserve"> ủy</w:t>
            </w:r>
          </w:p>
        </w:tc>
        <w:tc>
          <w:tcPr>
            <w:tcW w:w="2268" w:type="dxa"/>
            <w:tcMar>
              <w:top w:w="100" w:type="dxa"/>
              <w:left w:w="150" w:type="dxa"/>
              <w:bottom w:w="100" w:type="dxa"/>
              <w:right w:w="150" w:type="dxa"/>
            </w:tcMar>
            <w:vAlign w:val="center"/>
          </w:tcPr>
          <w:p w14:paraId="5F24C7F6" w14:textId="4C25FC3E" w:rsidR="00A60C86" w:rsidRPr="005D4A9A" w:rsidRDefault="00A60C86" w:rsidP="000D29A7">
            <w:pPr>
              <w:spacing w:before="40" w:after="40" w:line="276" w:lineRule="auto"/>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Đồng chí Chủ nhiệ</w:t>
            </w:r>
            <w:r w:rsidR="000D29A7" w:rsidRPr="005D4A9A">
              <w:rPr>
                <w:rFonts w:ascii="Times New Roman" w:hAnsi="Times New Roman" w:cs="Times New Roman"/>
                <w:color w:val="000000" w:themeColor="text1"/>
                <w:sz w:val="28"/>
                <w:szCs w:val="28"/>
              </w:rPr>
              <w:t>m UBKT Đảng</w:t>
            </w:r>
            <w:r w:rsidRPr="005D4A9A">
              <w:rPr>
                <w:rFonts w:ascii="Times New Roman" w:hAnsi="Times New Roman" w:cs="Times New Roman"/>
                <w:color w:val="000000" w:themeColor="text1"/>
                <w:sz w:val="28"/>
                <w:szCs w:val="28"/>
              </w:rPr>
              <w:t xml:space="preserve"> ủy</w:t>
            </w:r>
          </w:p>
        </w:tc>
        <w:tc>
          <w:tcPr>
            <w:tcW w:w="2694" w:type="dxa"/>
            <w:tcMar>
              <w:top w:w="100" w:type="dxa"/>
              <w:left w:w="150" w:type="dxa"/>
              <w:bottom w:w="100" w:type="dxa"/>
              <w:right w:w="150" w:type="dxa"/>
            </w:tcMar>
            <w:vAlign w:val="center"/>
          </w:tcPr>
          <w:p w14:paraId="21180D86" w14:textId="6B28DCB5" w:rsidR="00A60C86" w:rsidRPr="005D4A9A" w:rsidRDefault="002E53EA" w:rsidP="000D29A7">
            <w:pPr>
              <w:spacing w:before="40" w:after="40" w:line="276" w:lineRule="auto"/>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 xml:space="preserve">Các văn bản quy định, quy chế, hướng dẫn của </w:t>
            </w:r>
            <w:r w:rsidR="000D29A7" w:rsidRPr="005D4A9A">
              <w:rPr>
                <w:rFonts w:ascii="Times New Roman" w:hAnsi="Times New Roman" w:cs="Times New Roman"/>
                <w:color w:val="000000" w:themeColor="text1"/>
                <w:sz w:val="28"/>
                <w:szCs w:val="28"/>
              </w:rPr>
              <w:t>Đảng</w:t>
            </w:r>
            <w:r w:rsidRPr="005D4A9A">
              <w:rPr>
                <w:rFonts w:ascii="Times New Roman" w:hAnsi="Times New Roman" w:cs="Times New Roman"/>
                <w:color w:val="000000" w:themeColor="text1"/>
                <w:sz w:val="28"/>
                <w:szCs w:val="28"/>
              </w:rPr>
              <w:t xml:space="preserve"> ủy về công tác kiểm tra, giám sát ban hành mới/sửa đổi.</w:t>
            </w:r>
          </w:p>
        </w:tc>
        <w:tc>
          <w:tcPr>
            <w:tcW w:w="1872" w:type="dxa"/>
            <w:vAlign w:val="center"/>
          </w:tcPr>
          <w:p w14:paraId="667DB556" w14:textId="69D619C8" w:rsidR="00A60C86" w:rsidRPr="005D4A9A" w:rsidRDefault="00A60C86" w:rsidP="002E53EA">
            <w:pPr>
              <w:spacing w:before="40" w:after="40"/>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Trong Quý III/2026</w:t>
            </w:r>
          </w:p>
        </w:tc>
      </w:tr>
      <w:tr w:rsidR="00273220" w:rsidRPr="005D4A9A" w14:paraId="3073454A" w14:textId="3A75EA98" w:rsidTr="00322543">
        <w:trPr>
          <w:jc w:val="center"/>
        </w:trPr>
        <w:tc>
          <w:tcPr>
            <w:tcW w:w="846" w:type="dxa"/>
            <w:tcMar>
              <w:top w:w="100" w:type="dxa"/>
              <w:left w:w="150" w:type="dxa"/>
              <w:bottom w:w="100" w:type="dxa"/>
              <w:right w:w="150" w:type="dxa"/>
            </w:tcMar>
            <w:vAlign w:val="center"/>
          </w:tcPr>
          <w:p w14:paraId="14D20BA3" w14:textId="77F8F14E" w:rsidR="00A60C86" w:rsidRPr="005D4A9A" w:rsidRDefault="005D4A9A" w:rsidP="00A60C86">
            <w:pPr>
              <w:spacing w:before="40" w:after="40" w:line="276" w:lineRule="auto"/>
              <w:jc w:val="center"/>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2</w:t>
            </w:r>
          </w:p>
        </w:tc>
        <w:tc>
          <w:tcPr>
            <w:tcW w:w="4252" w:type="dxa"/>
            <w:tcMar>
              <w:top w:w="100" w:type="dxa"/>
              <w:left w:w="150" w:type="dxa"/>
              <w:bottom w:w="100" w:type="dxa"/>
              <w:right w:w="150" w:type="dxa"/>
            </w:tcMar>
            <w:vAlign w:val="center"/>
          </w:tcPr>
          <w:p w14:paraId="59152B14" w14:textId="77777777" w:rsidR="00A60C86" w:rsidRPr="005D4A9A" w:rsidRDefault="00A60C86" w:rsidP="00A60C86">
            <w:pPr>
              <w:spacing w:before="40" w:after="40" w:line="276" w:lineRule="auto"/>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Số hóa 100% hồ sơ kiểm tra, giám sát liên quan đến thực hiện Quy định 207-QĐ/TW; kết nối liên thông dữ liệu đảng viên.</w:t>
            </w:r>
          </w:p>
        </w:tc>
        <w:tc>
          <w:tcPr>
            <w:tcW w:w="2835" w:type="dxa"/>
            <w:tcMar>
              <w:top w:w="100" w:type="dxa"/>
              <w:left w:w="150" w:type="dxa"/>
              <w:bottom w:w="100" w:type="dxa"/>
              <w:right w:w="150" w:type="dxa"/>
            </w:tcMar>
            <w:vAlign w:val="center"/>
          </w:tcPr>
          <w:p w14:paraId="1C228751" w14:textId="3CC0FFC1" w:rsidR="00A60C86" w:rsidRPr="005D4A9A" w:rsidRDefault="00A60C86" w:rsidP="005D4A9A">
            <w:pPr>
              <w:spacing w:before="40" w:after="40" w:line="276" w:lineRule="auto"/>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 xml:space="preserve">Ủy ban Kiểm tra </w:t>
            </w:r>
            <w:r w:rsidR="005D4A9A" w:rsidRPr="005D4A9A">
              <w:rPr>
                <w:rFonts w:ascii="Times New Roman" w:hAnsi="Times New Roman" w:cs="Times New Roman"/>
                <w:color w:val="000000" w:themeColor="text1"/>
                <w:sz w:val="28"/>
                <w:szCs w:val="28"/>
              </w:rPr>
              <w:t>Đảng</w:t>
            </w:r>
            <w:r w:rsidRPr="005D4A9A">
              <w:rPr>
                <w:rFonts w:ascii="Times New Roman" w:hAnsi="Times New Roman" w:cs="Times New Roman"/>
                <w:color w:val="000000" w:themeColor="text1"/>
                <w:sz w:val="28"/>
                <w:szCs w:val="28"/>
              </w:rPr>
              <w:t xml:space="preserve"> ủy chủ trì, phối hợp với các cơ quan liên quan</w:t>
            </w:r>
          </w:p>
        </w:tc>
        <w:tc>
          <w:tcPr>
            <w:tcW w:w="2268" w:type="dxa"/>
            <w:tcMar>
              <w:top w:w="100" w:type="dxa"/>
              <w:left w:w="150" w:type="dxa"/>
              <w:bottom w:w="100" w:type="dxa"/>
              <w:right w:w="150" w:type="dxa"/>
            </w:tcMar>
            <w:vAlign w:val="center"/>
          </w:tcPr>
          <w:p w14:paraId="73ADFB39" w14:textId="461D64EB" w:rsidR="00A60C86" w:rsidRPr="005D4A9A" w:rsidRDefault="00A60C86" w:rsidP="005D4A9A">
            <w:pPr>
              <w:spacing w:before="40" w:after="40" w:line="276" w:lineRule="auto"/>
              <w:jc w:val="both"/>
              <w:rPr>
                <w:rFonts w:ascii="Times New Roman" w:hAnsi="Times New Roman" w:cs="Times New Roman"/>
                <w:color w:val="000000" w:themeColor="text1"/>
                <w:sz w:val="28"/>
                <w:szCs w:val="28"/>
              </w:rPr>
            </w:pPr>
            <w:bookmarkStart w:id="0" w:name="_GoBack"/>
            <w:bookmarkEnd w:id="0"/>
            <w:r w:rsidRPr="005D4A9A">
              <w:rPr>
                <w:rFonts w:ascii="Times New Roman" w:hAnsi="Times New Roman" w:cs="Times New Roman"/>
                <w:color w:val="000000" w:themeColor="text1"/>
                <w:sz w:val="28"/>
                <w:szCs w:val="28"/>
              </w:rPr>
              <w:t xml:space="preserve">Đồng chí Chủ nhiệm UBKT </w:t>
            </w:r>
            <w:r w:rsidR="005D4A9A" w:rsidRPr="005D4A9A">
              <w:rPr>
                <w:rFonts w:ascii="Times New Roman" w:hAnsi="Times New Roman" w:cs="Times New Roman"/>
                <w:color w:val="000000" w:themeColor="text1"/>
                <w:sz w:val="28"/>
                <w:szCs w:val="28"/>
              </w:rPr>
              <w:t>Đảng</w:t>
            </w:r>
            <w:r w:rsidRPr="005D4A9A">
              <w:rPr>
                <w:rFonts w:ascii="Times New Roman" w:hAnsi="Times New Roman" w:cs="Times New Roman"/>
                <w:color w:val="000000" w:themeColor="text1"/>
                <w:sz w:val="28"/>
                <w:szCs w:val="28"/>
              </w:rPr>
              <w:t xml:space="preserve"> ủy</w:t>
            </w:r>
          </w:p>
        </w:tc>
        <w:tc>
          <w:tcPr>
            <w:tcW w:w="2694" w:type="dxa"/>
            <w:tcMar>
              <w:top w:w="100" w:type="dxa"/>
              <w:left w:w="150" w:type="dxa"/>
              <w:bottom w:w="100" w:type="dxa"/>
              <w:right w:w="150" w:type="dxa"/>
            </w:tcMar>
            <w:vAlign w:val="center"/>
          </w:tcPr>
          <w:p w14:paraId="4EECB0A1" w14:textId="77777777" w:rsidR="002E53EA" w:rsidRPr="005D4A9A" w:rsidRDefault="002E53EA" w:rsidP="00A60C86">
            <w:pPr>
              <w:spacing w:before="40" w:after="40" w:line="276" w:lineRule="auto"/>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Cơ sở dữ liệu hồ sơ kiểm tra, giám sát được số hóa hoàn toàn.</w:t>
            </w:r>
          </w:p>
          <w:p w14:paraId="748BC0E0" w14:textId="24042ADA" w:rsidR="00A60C86" w:rsidRPr="005D4A9A" w:rsidRDefault="002E53EA" w:rsidP="00A60C86">
            <w:pPr>
              <w:spacing w:before="40" w:after="40" w:line="276" w:lineRule="auto"/>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lastRenderedPageBreak/>
              <w:t xml:space="preserve"> Giao diện kết nối dữ liệu giữa UBKT Tỉnh ủy với các cơ quan liên quan.</w:t>
            </w:r>
          </w:p>
        </w:tc>
        <w:tc>
          <w:tcPr>
            <w:tcW w:w="1872" w:type="dxa"/>
            <w:vAlign w:val="center"/>
          </w:tcPr>
          <w:p w14:paraId="58B59B30" w14:textId="738F1574" w:rsidR="00A60C86" w:rsidRPr="005D4A9A" w:rsidRDefault="00A60C86" w:rsidP="002E53EA">
            <w:pPr>
              <w:spacing w:before="40" w:after="40"/>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lastRenderedPageBreak/>
              <w:t>Trong Quý IV/2027</w:t>
            </w:r>
          </w:p>
        </w:tc>
      </w:tr>
      <w:tr w:rsidR="00273220" w:rsidRPr="00273220" w14:paraId="5A5D6946" w14:textId="4A0F75B3" w:rsidTr="00322543">
        <w:trPr>
          <w:jc w:val="center"/>
        </w:trPr>
        <w:tc>
          <w:tcPr>
            <w:tcW w:w="846" w:type="dxa"/>
            <w:tcMar>
              <w:top w:w="100" w:type="dxa"/>
              <w:left w:w="150" w:type="dxa"/>
              <w:bottom w:w="100" w:type="dxa"/>
              <w:right w:w="150" w:type="dxa"/>
            </w:tcMar>
            <w:vAlign w:val="center"/>
          </w:tcPr>
          <w:p w14:paraId="513601B9" w14:textId="693CA1A3" w:rsidR="00A60C86" w:rsidRPr="005D4A9A" w:rsidRDefault="005D4A9A" w:rsidP="00A60C86">
            <w:pPr>
              <w:spacing w:before="40" w:after="40" w:line="276" w:lineRule="auto"/>
              <w:jc w:val="center"/>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3</w:t>
            </w:r>
          </w:p>
        </w:tc>
        <w:tc>
          <w:tcPr>
            <w:tcW w:w="4252" w:type="dxa"/>
            <w:tcMar>
              <w:top w:w="100" w:type="dxa"/>
              <w:left w:w="150" w:type="dxa"/>
              <w:bottom w:w="100" w:type="dxa"/>
              <w:right w:w="150" w:type="dxa"/>
            </w:tcMar>
            <w:vAlign w:val="center"/>
          </w:tcPr>
          <w:p w14:paraId="1FECE7E2" w14:textId="026F5F6C" w:rsidR="00A60C86" w:rsidRPr="005D4A9A" w:rsidRDefault="00A60C86" w:rsidP="005D4A9A">
            <w:pPr>
              <w:spacing w:before="120" w:line="320" w:lineRule="atLeast"/>
              <w:jc w:val="both"/>
              <w:rPr>
                <w:rFonts w:ascii="Times New Roman" w:hAnsi="Times New Roman" w:cs="Times New Roman"/>
                <w:color w:val="000000" w:themeColor="text1"/>
                <w:sz w:val="30"/>
                <w:szCs w:val="30"/>
              </w:rPr>
            </w:pPr>
            <w:r w:rsidRPr="005D4A9A">
              <w:rPr>
                <w:rFonts w:ascii="Times New Roman" w:hAnsi="Times New Roman" w:cs="Times New Roman"/>
                <w:color w:val="000000" w:themeColor="text1"/>
                <w:sz w:val="30"/>
                <w:szCs w:val="30"/>
              </w:rPr>
              <w:t xml:space="preserve">Bổ sung việc kiểm tra, giám sát thực hiện các nghị quyết, quy định, kết luận của HNTW 3 khóa XIV vào Chương trình kiểm tra, giám sát của </w:t>
            </w:r>
            <w:r w:rsidR="005D4A9A" w:rsidRPr="005D4A9A">
              <w:rPr>
                <w:rFonts w:ascii="Times New Roman" w:hAnsi="Times New Roman" w:cs="Times New Roman"/>
                <w:color w:val="000000" w:themeColor="text1"/>
                <w:sz w:val="30"/>
                <w:szCs w:val="30"/>
              </w:rPr>
              <w:t>Đảng</w:t>
            </w:r>
            <w:r w:rsidRPr="005D4A9A">
              <w:rPr>
                <w:rFonts w:ascii="Times New Roman" w:hAnsi="Times New Roman" w:cs="Times New Roman"/>
                <w:color w:val="000000" w:themeColor="text1"/>
                <w:sz w:val="30"/>
                <w:szCs w:val="30"/>
              </w:rPr>
              <w:t xml:space="preserve"> ủy</w:t>
            </w:r>
          </w:p>
        </w:tc>
        <w:tc>
          <w:tcPr>
            <w:tcW w:w="2835" w:type="dxa"/>
            <w:tcMar>
              <w:top w:w="100" w:type="dxa"/>
              <w:left w:w="150" w:type="dxa"/>
              <w:bottom w:w="100" w:type="dxa"/>
              <w:right w:w="150" w:type="dxa"/>
            </w:tcMar>
            <w:vAlign w:val="center"/>
          </w:tcPr>
          <w:p w14:paraId="5E887C20" w14:textId="1EB60BFB" w:rsidR="00A60C86" w:rsidRPr="005D4A9A" w:rsidRDefault="00A60C86" w:rsidP="005D4A9A">
            <w:pPr>
              <w:spacing w:before="40" w:after="40" w:line="276" w:lineRule="auto"/>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 xml:space="preserve">Ủy ban Kiểm tra </w:t>
            </w:r>
            <w:r w:rsidR="005D4A9A" w:rsidRPr="005D4A9A">
              <w:rPr>
                <w:rFonts w:ascii="Times New Roman" w:hAnsi="Times New Roman" w:cs="Times New Roman"/>
                <w:color w:val="000000" w:themeColor="text1"/>
                <w:sz w:val="28"/>
                <w:szCs w:val="28"/>
              </w:rPr>
              <w:t>Đảng</w:t>
            </w:r>
            <w:r w:rsidRPr="005D4A9A">
              <w:rPr>
                <w:rFonts w:ascii="Times New Roman" w:hAnsi="Times New Roman" w:cs="Times New Roman"/>
                <w:color w:val="000000" w:themeColor="text1"/>
                <w:sz w:val="28"/>
                <w:szCs w:val="28"/>
              </w:rPr>
              <w:t xml:space="preserve"> ủy chủ trì phối hợp với các cơ quan chuyên trách tham mưu giúp việc </w:t>
            </w:r>
            <w:r w:rsidR="005D4A9A" w:rsidRPr="005D4A9A">
              <w:rPr>
                <w:rFonts w:ascii="Times New Roman" w:hAnsi="Times New Roman" w:cs="Times New Roman"/>
                <w:color w:val="000000" w:themeColor="text1"/>
                <w:sz w:val="28"/>
                <w:szCs w:val="28"/>
              </w:rPr>
              <w:t>Đảng</w:t>
            </w:r>
            <w:r w:rsidRPr="005D4A9A">
              <w:rPr>
                <w:rFonts w:ascii="Times New Roman" w:hAnsi="Times New Roman" w:cs="Times New Roman"/>
                <w:color w:val="000000" w:themeColor="text1"/>
                <w:sz w:val="28"/>
                <w:szCs w:val="28"/>
              </w:rPr>
              <w:t xml:space="preserve"> ủy</w:t>
            </w:r>
          </w:p>
        </w:tc>
        <w:tc>
          <w:tcPr>
            <w:tcW w:w="2268" w:type="dxa"/>
            <w:tcMar>
              <w:top w:w="100" w:type="dxa"/>
              <w:left w:w="150" w:type="dxa"/>
              <w:bottom w:w="100" w:type="dxa"/>
              <w:right w:w="150" w:type="dxa"/>
            </w:tcMar>
            <w:vAlign w:val="center"/>
          </w:tcPr>
          <w:p w14:paraId="350ECC37" w14:textId="2A209382" w:rsidR="00A60C86" w:rsidRPr="005D4A9A" w:rsidRDefault="00A60C86" w:rsidP="005D4A9A">
            <w:pPr>
              <w:spacing w:before="40" w:after="40" w:line="276" w:lineRule="auto"/>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 xml:space="preserve">Đồng chí Chủ nhiệm UBKT </w:t>
            </w:r>
            <w:r w:rsidR="005D4A9A" w:rsidRPr="005D4A9A">
              <w:rPr>
                <w:rFonts w:ascii="Times New Roman" w:hAnsi="Times New Roman" w:cs="Times New Roman"/>
                <w:color w:val="000000" w:themeColor="text1"/>
                <w:sz w:val="28"/>
                <w:szCs w:val="28"/>
              </w:rPr>
              <w:t>Đảng</w:t>
            </w:r>
            <w:r w:rsidRPr="005D4A9A">
              <w:rPr>
                <w:rFonts w:ascii="Times New Roman" w:hAnsi="Times New Roman" w:cs="Times New Roman"/>
                <w:color w:val="000000" w:themeColor="text1"/>
                <w:sz w:val="28"/>
                <w:szCs w:val="28"/>
              </w:rPr>
              <w:t xml:space="preserve"> ủy</w:t>
            </w:r>
          </w:p>
        </w:tc>
        <w:tc>
          <w:tcPr>
            <w:tcW w:w="2694" w:type="dxa"/>
            <w:tcMar>
              <w:top w:w="100" w:type="dxa"/>
              <w:left w:w="150" w:type="dxa"/>
              <w:bottom w:w="100" w:type="dxa"/>
              <w:right w:w="150" w:type="dxa"/>
            </w:tcMar>
            <w:vAlign w:val="center"/>
          </w:tcPr>
          <w:p w14:paraId="13BD25BC" w14:textId="3EC79C39" w:rsidR="00A60C86" w:rsidRPr="005D4A9A" w:rsidRDefault="002E53EA" w:rsidP="005D4A9A">
            <w:pPr>
              <w:spacing w:before="40" w:after="40" w:line="276" w:lineRule="auto"/>
              <w:jc w:val="both"/>
              <w:rPr>
                <w:rFonts w:ascii="Times New Roman" w:hAnsi="Times New Roman" w:cs="Times New Roman"/>
                <w:color w:val="000000" w:themeColor="text1"/>
                <w:sz w:val="28"/>
                <w:szCs w:val="28"/>
              </w:rPr>
            </w:pPr>
            <w:r w:rsidRPr="005D4A9A">
              <w:rPr>
                <w:rFonts w:ascii="Times New Roman" w:hAnsi="Times New Roman" w:cs="Times New Roman"/>
                <w:color w:val="000000" w:themeColor="text1"/>
                <w:sz w:val="28"/>
                <w:szCs w:val="28"/>
              </w:rPr>
              <w:t xml:space="preserve">Chương trình kiểm tra, giám sát toàn khóa (sửa đổi, bổ sung). </w:t>
            </w:r>
          </w:p>
        </w:tc>
        <w:tc>
          <w:tcPr>
            <w:tcW w:w="1872" w:type="dxa"/>
            <w:vAlign w:val="center"/>
          </w:tcPr>
          <w:p w14:paraId="4E233822" w14:textId="5336ED03" w:rsidR="00A60C86" w:rsidRPr="00273220" w:rsidRDefault="00A60C86" w:rsidP="002E53EA">
            <w:pPr>
              <w:spacing w:before="40" w:after="40"/>
              <w:jc w:val="both"/>
              <w:rPr>
                <w:rFonts w:ascii="Times New Roman" w:hAnsi="Times New Roman" w:cs="Times New Roman"/>
                <w:color w:val="000000" w:themeColor="text1"/>
                <w:sz w:val="28"/>
                <w:szCs w:val="28"/>
              </w:rPr>
            </w:pPr>
            <w:bookmarkStart w:id="1" w:name="_Hlk238071465"/>
            <w:r w:rsidRPr="005D4A9A">
              <w:rPr>
                <w:rFonts w:ascii="Times New Roman" w:hAnsi="Times New Roman" w:cs="Times New Roman"/>
                <w:color w:val="000000" w:themeColor="text1"/>
                <w:sz w:val="28"/>
                <w:szCs w:val="28"/>
              </w:rPr>
              <w:t>Quý IV/2026 và thường xuyên</w:t>
            </w:r>
            <w:bookmarkEnd w:id="1"/>
            <w:r w:rsidRPr="005D4A9A">
              <w:rPr>
                <w:rFonts w:ascii="Times New Roman" w:hAnsi="Times New Roman" w:cs="Times New Roman"/>
                <w:color w:val="000000" w:themeColor="text1"/>
                <w:sz w:val="28"/>
                <w:szCs w:val="28"/>
              </w:rPr>
              <w:t xml:space="preserve"> theo lộ trình</w:t>
            </w:r>
          </w:p>
        </w:tc>
      </w:tr>
    </w:tbl>
    <w:p w14:paraId="4C9C8350" w14:textId="77777777" w:rsidR="007101C7" w:rsidRPr="00273220" w:rsidRDefault="007101C7" w:rsidP="00C422EC">
      <w:pPr>
        <w:jc w:val="both"/>
        <w:rPr>
          <w:rFonts w:ascii="Times New Roman" w:hAnsi="Times New Roman" w:cs="Times New Roman"/>
          <w:color w:val="000000" w:themeColor="text1"/>
          <w:sz w:val="24"/>
          <w:szCs w:val="24"/>
        </w:rPr>
      </w:pPr>
    </w:p>
    <w:p w14:paraId="24386EBE" w14:textId="2B666895" w:rsidR="00AA5250" w:rsidRPr="00273220" w:rsidRDefault="00AA5250">
      <w:pPr>
        <w:rPr>
          <w:rFonts w:ascii="Times New Roman" w:hAnsi="Times New Roman" w:cs="Times New Roman"/>
          <w:color w:val="000000" w:themeColor="text1"/>
          <w:sz w:val="24"/>
          <w:szCs w:val="24"/>
        </w:rPr>
      </w:pPr>
    </w:p>
    <w:sectPr w:rsidR="00AA5250" w:rsidRPr="00273220" w:rsidSect="00567F6E">
      <w:pgSz w:w="16840" w:h="11907" w:orient="landscape"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6447"/>
    <w:rsid w:val="000147CE"/>
    <w:rsid w:val="000208E9"/>
    <w:rsid w:val="00034616"/>
    <w:rsid w:val="000370CF"/>
    <w:rsid w:val="00053F25"/>
    <w:rsid w:val="00055F7A"/>
    <w:rsid w:val="0006063C"/>
    <w:rsid w:val="00064D1A"/>
    <w:rsid w:val="00067151"/>
    <w:rsid w:val="00072459"/>
    <w:rsid w:val="000B4F72"/>
    <w:rsid w:val="000C3B14"/>
    <w:rsid w:val="000C594E"/>
    <w:rsid w:val="000D29A7"/>
    <w:rsid w:val="00125FE4"/>
    <w:rsid w:val="0015074B"/>
    <w:rsid w:val="001800BF"/>
    <w:rsid w:val="00197D8A"/>
    <w:rsid w:val="001A2061"/>
    <w:rsid w:val="001B7D66"/>
    <w:rsid w:val="001F3023"/>
    <w:rsid w:val="001F63A1"/>
    <w:rsid w:val="00235EFD"/>
    <w:rsid w:val="00273220"/>
    <w:rsid w:val="0029639D"/>
    <w:rsid w:val="002C5972"/>
    <w:rsid w:val="002D0213"/>
    <w:rsid w:val="002E53EA"/>
    <w:rsid w:val="00307B77"/>
    <w:rsid w:val="0031168D"/>
    <w:rsid w:val="00322543"/>
    <w:rsid w:val="00326F90"/>
    <w:rsid w:val="00341F8B"/>
    <w:rsid w:val="003D791F"/>
    <w:rsid w:val="003E757B"/>
    <w:rsid w:val="003E7641"/>
    <w:rsid w:val="003F50B5"/>
    <w:rsid w:val="00416C24"/>
    <w:rsid w:val="00470D8F"/>
    <w:rsid w:val="004D3DB4"/>
    <w:rsid w:val="004E4EB1"/>
    <w:rsid w:val="00514F0A"/>
    <w:rsid w:val="005307F3"/>
    <w:rsid w:val="0056456A"/>
    <w:rsid w:val="00566B07"/>
    <w:rsid w:val="00567F6E"/>
    <w:rsid w:val="005C4117"/>
    <w:rsid w:val="005D4A9A"/>
    <w:rsid w:val="005D6B4C"/>
    <w:rsid w:val="006228E9"/>
    <w:rsid w:val="00640552"/>
    <w:rsid w:val="00655C30"/>
    <w:rsid w:val="00666CD7"/>
    <w:rsid w:val="00683D25"/>
    <w:rsid w:val="006847E0"/>
    <w:rsid w:val="00695B4D"/>
    <w:rsid w:val="006A42E0"/>
    <w:rsid w:val="006B1AF5"/>
    <w:rsid w:val="007010AE"/>
    <w:rsid w:val="00705024"/>
    <w:rsid w:val="007101C7"/>
    <w:rsid w:val="00723049"/>
    <w:rsid w:val="0073117D"/>
    <w:rsid w:val="00750AA5"/>
    <w:rsid w:val="0078675B"/>
    <w:rsid w:val="007A4922"/>
    <w:rsid w:val="007C76B8"/>
    <w:rsid w:val="007D353A"/>
    <w:rsid w:val="007D5716"/>
    <w:rsid w:val="007F3A14"/>
    <w:rsid w:val="008034CC"/>
    <w:rsid w:val="0088196E"/>
    <w:rsid w:val="00883373"/>
    <w:rsid w:val="00890055"/>
    <w:rsid w:val="00895AEF"/>
    <w:rsid w:val="008A3726"/>
    <w:rsid w:val="008C7C47"/>
    <w:rsid w:val="008D3800"/>
    <w:rsid w:val="008E5B83"/>
    <w:rsid w:val="00913786"/>
    <w:rsid w:val="00920FC7"/>
    <w:rsid w:val="00923900"/>
    <w:rsid w:val="009C4D54"/>
    <w:rsid w:val="009C5EE6"/>
    <w:rsid w:val="009C65D9"/>
    <w:rsid w:val="009C7B5F"/>
    <w:rsid w:val="009E1638"/>
    <w:rsid w:val="00A12069"/>
    <w:rsid w:val="00A16524"/>
    <w:rsid w:val="00A2562D"/>
    <w:rsid w:val="00A4237F"/>
    <w:rsid w:val="00A53566"/>
    <w:rsid w:val="00A572EE"/>
    <w:rsid w:val="00A5733B"/>
    <w:rsid w:val="00A60C86"/>
    <w:rsid w:val="00A61831"/>
    <w:rsid w:val="00A80835"/>
    <w:rsid w:val="00A91977"/>
    <w:rsid w:val="00AA1D8D"/>
    <w:rsid w:val="00AA5250"/>
    <w:rsid w:val="00AE599F"/>
    <w:rsid w:val="00B17EE6"/>
    <w:rsid w:val="00B22CE2"/>
    <w:rsid w:val="00B4117A"/>
    <w:rsid w:val="00B47730"/>
    <w:rsid w:val="00C00975"/>
    <w:rsid w:val="00C201F6"/>
    <w:rsid w:val="00C20291"/>
    <w:rsid w:val="00C23B0A"/>
    <w:rsid w:val="00C35B94"/>
    <w:rsid w:val="00C422EC"/>
    <w:rsid w:val="00C52936"/>
    <w:rsid w:val="00C67F01"/>
    <w:rsid w:val="00C80516"/>
    <w:rsid w:val="00C8301B"/>
    <w:rsid w:val="00C91EE7"/>
    <w:rsid w:val="00CB0664"/>
    <w:rsid w:val="00CB5509"/>
    <w:rsid w:val="00CB55B1"/>
    <w:rsid w:val="00CB7B62"/>
    <w:rsid w:val="00CD242D"/>
    <w:rsid w:val="00CE2214"/>
    <w:rsid w:val="00CE26BE"/>
    <w:rsid w:val="00CE2F22"/>
    <w:rsid w:val="00CF531E"/>
    <w:rsid w:val="00D0632E"/>
    <w:rsid w:val="00D4201D"/>
    <w:rsid w:val="00D53CE8"/>
    <w:rsid w:val="00D74560"/>
    <w:rsid w:val="00DA0756"/>
    <w:rsid w:val="00DA42C2"/>
    <w:rsid w:val="00DB141F"/>
    <w:rsid w:val="00DC6948"/>
    <w:rsid w:val="00DD1623"/>
    <w:rsid w:val="00DF3219"/>
    <w:rsid w:val="00DF615D"/>
    <w:rsid w:val="00E71AEA"/>
    <w:rsid w:val="00E71CA0"/>
    <w:rsid w:val="00E74B24"/>
    <w:rsid w:val="00E911AE"/>
    <w:rsid w:val="00EA332C"/>
    <w:rsid w:val="00EA45F7"/>
    <w:rsid w:val="00EC02B0"/>
    <w:rsid w:val="00EE242A"/>
    <w:rsid w:val="00F02747"/>
    <w:rsid w:val="00F04C38"/>
    <w:rsid w:val="00F502AE"/>
    <w:rsid w:val="00F53AAF"/>
    <w:rsid w:val="00FC19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8ED6515F-C7E1-4733-AEE3-7F02CB956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A572EE"/>
    <w:pPr>
      <w:spacing w:before="100" w:beforeAutospacing="1" w:after="100" w:afterAutospacing="1" w:line="240" w:lineRule="auto"/>
    </w:pPr>
    <w:rPr>
      <w:rFonts w:ascii="Times New Roman" w:eastAsia="Times New Roman" w:hAnsi="Times New Roman" w:cs="Times New Roman"/>
      <w:sz w:val="24"/>
      <w:szCs w:val="24"/>
      <w:lang w:val="en-SG" w:eastAsia="en-SG"/>
    </w:rPr>
  </w:style>
  <w:style w:type="character" w:customStyle="1" w:styleId="fontstyle01">
    <w:name w:val="fontstyle01"/>
    <w:basedOn w:val="DefaultParagraphFont"/>
    <w:rsid w:val="00A572EE"/>
    <w:rPr>
      <w:rFonts w:ascii="TimesNewRomanPSMT" w:hAnsi="TimesNewRomanPSMT" w:hint="default"/>
      <w:b w:val="0"/>
      <w:bCs w:val="0"/>
      <w:i w:val="0"/>
      <w:iCs w:val="0"/>
      <w:color w:val="000000"/>
      <w:sz w:val="30"/>
      <w:szCs w:val="30"/>
    </w:rPr>
  </w:style>
  <w:style w:type="character" w:customStyle="1" w:styleId="ng-star-inserted">
    <w:name w:val="ng-star-inserted"/>
    <w:basedOn w:val="DefaultParagraphFont"/>
    <w:rsid w:val="00A572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0863A-D843-4439-8B53-E792E5240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7</Pages>
  <Words>1196</Words>
  <Characters>6819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8000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Admin</cp:lastModifiedBy>
  <cp:revision>35</cp:revision>
  <cp:lastPrinted>2026-08-20T01:18:00Z</cp:lastPrinted>
  <dcterms:created xsi:type="dcterms:W3CDTF">2026-08-19T14:32:00Z</dcterms:created>
  <dcterms:modified xsi:type="dcterms:W3CDTF">2026-08-26T09:42:00Z</dcterms:modified>
  <cp:category/>
</cp:coreProperties>
</file>